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480" w:lineRule="auto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TERMINATION OF PURCHASE AGREEEMENT</w:t>
      </w:r>
    </w:p>
    <w:p>
      <w:pPr>
        <w:spacing w:line="480" w:lineRule="auto"/>
      </w:pPr>
    </w:p>
    <w:p>
      <w:pPr>
        <w:spacing w:line="480" w:lineRule="auto"/>
      </w:pPr>
      <w:r>
        <w:rPr>
          <w:rFonts w:ascii="Times New Roman" w:hAnsi="Times New Roman" w:eastAsia="Times New Roman" w:cs="Times New Roman"/>
          <w:b/>
          <w:sz w:val="24"/>
        </w:rPr>
        <w:t>WHEREAS</w:t>
      </w:r>
      <w:r>
        <w:rPr>
          <w:rFonts w:ascii="Times New Roman" w:hAnsi="Times New Roman" w:eastAsia="Times New Roman" w:cs="Times New Roman"/>
          <w:sz w:val="24"/>
        </w:rPr>
        <w:t xml:space="preserve">, __________________ (“Buyer”) and __________________ (“Seller”) entered into a contract for the sale of real estate with an Effective Date of __________________, 20____ (“Agreement”), a copy which is annexed hereto, </w:t>
      </w:r>
    </w:p>
    <w:p>
      <w:pPr>
        <w:spacing w:line="480" w:lineRule="auto"/>
      </w:pPr>
    </w:p>
    <w:p>
      <w:pPr>
        <w:spacing w:line="480" w:lineRule="auto"/>
      </w:pPr>
      <w:r>
        <w:rPr>
          <w:rFonts w:ascii="Times New Roman" w:hAnsi="Times New Roman" w:eastAsia="Times New Roman" w:cs="Times New Roman"/>
          <w:b/>
          <w:sz w:val="24"/>
        </w:rPr>
        <w:t>NOW THEREFORE</w:t>
      </w:r>
      <w:r>
        <w:rPr>
          <w:rFonts w:ascii="Times New Roman" w:hAnsi="Times New Roman" w:eastAsia="Times New Roman" w:cs="Times New Roman"/>
          <w:sz w:val="24"/>
        </w:rPr>
        <w:t>, with each party’s signature herein, he/she/they unconditionally waive and release any claim against each other arising from the Agreement or by reason of its termination.</w:t>
      </w:r>
    </w:p>
    <w:p>
      <w:pPr>
        <w:spacing w:line="480" w:lineRule="auto"/>
      </w:pPr>
    </w:p>
    <w:p>
      <w:pPr>
        <w:spacing w:line="480" w:lineRule="auto"/>
      </w:pPr>
      <w:r>
        <w:rPr>
          <w:rFonts w:ascii="Times New Roman" w:hAnsi="Times New Roman" w:eastAsia="Times New Roman" w:cs="Times New Roman"/>
          <w:b/>
          <w:sz w:val="24"/>
        </w:rPr>
        <w:t>FUTHERMORE</w:t>
      </w:r>
      <w:r>
        <w:rPr>
          <w:rFonts w:ascii="Times New Roman" w:hAnsi="Times New Roman" w:eastAsia="Times New Roman" w:cs="Times New Roman"/>
          <w:sz w:val="24"/>
        </w:rPr>
        <w:t>, the Buyer and Seller hereby agree that any deposit, earnest money, or any other monies held by any real estate agent, attorney, third (3</w:t>
      </w:r>
      <w:r>
        <w:rPr>
          <w:rFonts w:ascii="Times New Roman" w:hAnsi="Times New Roman" w:eastAsia="Times New Roman" w:cs="Times New Roman"/>
          <w:sz w:val="24"/>
        </w:rPr>
        <w:t>rd</w:t>
      </w:r>
      <w:r>
        <w:rPr>
          <w:rFonts w:ascii="Times New Roman" w:hAnsi="Times New Roman" w:eastAsia="Times New Roman" w:cs="Times New Roman"/>
          <w:sz w:val="24"/>
        </w:rPr>
        <w:t>) party, or any individual or entity holding funds on an escrow basis shall be distributed in the following amounts to the following parties:</w:t>
      </w:r>
    </w:p>
    <w:p>
      <w:pPr>
        <w:spacing w:line="480" w:lineRule="auto"/>
      </w:pPr>
    </w:p>
    <w:p>
      <w:pPr>
        <w:spacing w:line="480" w:lineRule="auto"/>
      </w:pPr>
      <w:r>
        <w:rPr>
          <w:rFonts w:ascii="Times New Roman" w:hAnsi="Times New Roman" w:eastAsia="Times New Roman" w:cs="Times New Roman"/>
          <w:sz w:val="24"/>
        </w:rPr>
        <w:t>$__________________ to __________________</w:t>
      </w:r>
    </w:p>
    <w:p>
      <w:pPr>
        <w:spacing w:line="480" w:lineRule="auto"/>
      </w:pPr>
      <w:r>
        <w:rPr>
          <w:rFonts w:ascii="Times New Roman" w:hAnsi="Times New Roman" w:eastAsia="Times New Roman" w:cs="Times New Roman"/>
          <w:sz w:val="24"/>
        </w:rPr>
        <w:t>$__________________ to __________________</w:t>
      </w:r>
    </w:p>
    <w:p>
      <w:pPr>
        <w:spacing w:line="480" w:lineRule="auto"/>
      </w:pPr>
      <w:r>
        <w:rPr>
          <w:rFonts w:ascii="Times New Roman" w:hAnsi="Times New Roman" w:eastAsia="Times New Roman" w:cs="Times New Roman"/>
          <w:sz w:val="24"/>
        </w:rPr>
        <w:t>$__________________ to __________________</w:t>
      </w:r>
    </w:p>
    <w:p>
      <w:pPr>
        <w:spacing w:line="480" w:lineRule="auto"/>
      </w:pPr>
    </w:p>
    <w:p>
      <w:pPr>
        <w:spacing w:line="480" w:lineRule="auto"/>
      </w:pPr>
      <w:r>
        <w:rPr>
          <w:rFonts w:ascii="Times New Roman" w:hAnsi="Times New Roman" w:eastAsia="Times New Roman" w:cs="Times New Roman"/>
          <w:b/>
          <w:sz w:val="24"/>
        </w:rPr>
        <w:t>Buyer’s Signature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 __________________</w:t>
      </w:r>
    </w:p>
    <w:p>
      <w:pPr>
        <w:spacing w:line="480" w:lineRule="auto"/>
      </w:pPr>
      <w:r>
        <w:rPr>
          <w:rFonts w:ascii="Times New Roman" w:hAnsi="Times New Roman" w:eastAsia="Times New Roman" w:cs="Times New Roman"/>
          <w:b/>
          <w:sz w:val="24"/>
        </w:rPr>
        <w:t>Buyer’s Signature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 __________________</w:t>
      </w:r>
    </w:p>
    <w:p>
      <w:pPr>
        <w:spacing w:line="480" w:lineRule="auto"/>
      </w:pPr>
    </w:p>
    <w:p>
      <w:pPr>
        <w:spacing w:line="480" w:lineRule="auto"/>
      </w:pPr>
      <w:r>
        <w:rPr>
          <w:rFonts w:ascii="Times New Roman" w:hAnsi="Times New Roman" w:eastAsia="Times New Roman" w:cs="Times New Roman"/>
          <w:b/>
          <w:sz w:val="24"/>
        </w:rPr>
        <w:t>Seller’s Signature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 __________________</w:t>
      </w:r>
    </w:p>
    <w:p>
      <w:pPr>
        <w:spacing w:line="480" w:lineRule="auto"/>
      </w:pPr>
      <w:r>
        <w:rPr>
          <w:rFonts w:ascii="Times New Roman" w:hAnsi="Times New Roman" w:eastAsia="Times New Roman" w:cs="Times New Roman"/>
          <w:b/>
          <w:sz w:val="24"/>
        </w:rPr>
        <w:t>Seller’s Signature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 __________________</w:t>
      </w:r>
    </w:p>
    <w:p>
      <w:pPr>
        <w:spacing w:line="480" w:lineRule="auto"/>
      </w:pPr>
    </w:p>
    <w:p>
      <w:pPr>
        <w:spacing w:line="480" w:lineRule="auto"/>
      </w:pPr>
      <w:r>
        <w:rPr>
          <w:rFonts w:ascii="Times New Roman" w:hAnsi="Times New Roman" w:eastAsia="Times New Roman" w:cs="Times New Roman"/>
          <w:b/>
          <w:sz w:val="24"/>
        </w:rPr>
        <w:t>Agent’s Signature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 __________________</w:t>
      </w:r>
    </w:p>
    <w:p>
      <w:pPr>
        <w:spacing w:line="480" w:lineRule="auto"/>
      </w:pPr>
      <w:r>
        <w:rPr>
          <w:rFonts w:ascii="Times New Roman" w:hAnsi="Times New Roman" w:eastAsia="Times New Roman" w:cs="Times New Roman"/>
          <w:b/>
          <w:sz w:val="24"/>
        </w:rPr>
        <w:t>Agent’s Signature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______________________</w:t>
      </w:r>
      <w:r>
        <w:rPr>
          <w:rFonts w:ascii="Times New Roman" w:hAnsi="Times New Roman" w:eastAsia="Times New Roman" w:cs="Times New Roman"/>
          <w:sz w:val="24"/>
        </w:rPr>
        <w:t xml:space="preserve"> Date __________________</w:t>
      </w:r>
    </w:p>
    <w:p>
      <w:pPr>
        <w:spacing w:line="480" w:lineRule="auto"/>
      </w:pP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