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Quitclaim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 of natural person to whom the deed is to be returned by clerk]</w:t>
      </w:r>
    </w:p>
    <w:p>
      <w:pPr>
        <w:keepNext w:val="0"/>
        <w:spacing w:before="200" w:after="0" w:line="260" w:lineRule="exact"/>
        <w:ind w:left="36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360" w:right="0" w:firstLine="0"/>
        <w:jc w:val="both"/>
      </w:pPr>
      <w:r>
        <w:rPr>
          <w:rFonts w:ascii="Times New Roman" w:hAnsi="Times New Roman" w:eastAsia="Times New Roman" w:cs="Times New Roman"/>
          <w:b w:val="0"/>
          <w:sz w:val="24"/>
        </w:rPr>
        <w:t>COUNTY OF: [name of county deed is being signed in]</w:t>
      </w:r>
    </w:p>
    <w:p>
      <w:pPr>
        <w:keepNext w:val="0"/>
        <w:spacing w:before="120" w:after="0" w:line="260" w:lineRule="exact"/>
        <w:ind w:left="360" w:right="0" w:firstLine="0"/>
        <w:jc w:val="left"/>
      </w:pPr>
      <w:r>
        <w:rPr>
          <w:rFonts w:ascii="Times New Roman" w:hAnsi="Times New Roman" w:eastAsia="Times New Roman" w:cs="Times New Roman"/>
          <w:b w:val="0"/>
          <w:sz w:val="24"/>
        </w:rPr>
        <w:t>QUITCLAIM DEED (GA)</w:t>
      </w:r>
    </w:p>
    <w:p>
      <w:pPr>
        <w:keepNext w:val="0"/>
        <w:spacing w:before="120" w:after="0" w:line="260" w:lineRule="exact"/>
        <w:ind w:left="720" w:right="0" w:firstLine="240"/>
        <w:jc w:val="left"/>
      </w:pPr>
      <w:r>
        <w:rPr>
          <w:rFonts w:ascii="Times New Roman" w:hAnsi="Times New Roman" w:eastAsia="Times New Roman" w:cs="Times New Roman"/>
          <w:b w:val="0"/>
          <w:sz w:val="24"/>
        </w:rPr>
        <w:t>THIS INDENTURE, made the [day] day of [month], [year], between [name of grantor and form of entity and state of formation, if applicable] (hereinafter referred to as “Grantor”), and [name of grantee and form of entity and state of formation, if applicable] (hereinafter called “Grantee”) (“Grantor” and “Grantee” to include their respective successors, legal representatives,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WITNESSETH</w:t>
      </w:r>
    </w:p>
    <w:p>
      <w:pPr>
        <w:keepNext w:val="0"/>
        <w:spacing w:before="120" w:after="0" w:line="260" w:lineRule="exact"/>
        <w:ind w:left="1080" w:right="0" w:firstLine="240"/>
        <w:jc w:val="left"/>
      </w:pPr>
      <w:r>
        <w:rPr>
          <w:rFonts w:ascii="Times New Roman" w:hAnsi="Times New Roman" w:eastAsia="Times New Roman" w:cs="Times New Roman"/>
          <w:b w:val="0"/>
          <w:sz w:val="24"/>
        </w:rPr>
        <w:t>That Grantor, for and in consideration of the sum of TEN AND NO ONE-HUNDREDTHS DOLLARS ($10.00) and other good and valuable considerations, the receipt and sufficiency of which are hereby acknowledged, has bargained, sold, and by these presents does hereby bargain, sell, release, remise, and forever quitclaim unto the said Grantee, all the right, title, interest, claim, or demand which Grantor has or may have had in and to all that tract or parcel of land lying and being in Land Lot [land lot number] of the [district number] District of [name of county] County, Georgia (hereinafter referred to as the “Property”) as more particularly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 and incorporated herein by reference. Together with all the rights, members, and appurtenances to the Property in anywise appertaining or belonging.</w:t>
      </w:r>
    </w:p>
    <w:p>
      <w:pPr>
        <w:keepNext w:val="0"/>
        <w:spacing w:before="120" w:after="0" w:line="260" w:lineRule="exact"/>
        <w:ind w:left="720" w:right="0" w:firstLine="240"/>
        <w:jc w:val="left"/>
      </w:pPr>
      <w:r>
        <w:rPr>
          <w:rFonts w:ascii="Times New Roman" w:hAnsi="Times New Roman" w:eastAsia="Times New Roman" w:cs="Times New Roman"/>
          <w:b w:val="0"/>
          <w:sz w:val="24"/>
        </w:rPr>
        <w:t>TO HAVE AND TO HOLD the Property unto the Grantee, so that neither the said Grantor, nor any other person or persons claiming under Grantor shall at any time claim or demand any right, title, or interest to the Property or its appurtenances.</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Grantor has signed and sealed this deed, the day and year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[If grantor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insert name of entity]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[name of Grantor]</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 if applicable]</w:t>
      </w:r>
    </w:p>
    <w:p>
      <w:pPr>
        <w:keepNext w:val="0"/>
        <w:spacing w:before="200" w:after="0" w:line="260" w:lineRule="exact"/>
        <w:ind w:left="360" w:right="0" w:firstLine="0"/>
        <w:jc w:val="both"/>
      </w:pPr>
      <w:r>
        <w:rPr>
          <w:rFonts w:ascii="Times New Roman" w:hAnsi="Times New Roman" w:eastAsia="Times New Roman" w:cs="Times New Roman"/>
          <w:b w:val="0"/>
          <w:sz w:val="24"/>
        </w:rPr>
        <w:t>Signed, sealed and delivered 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Unofficial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 of property being conveyed]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