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Deed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QUITCLAIM DEED</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Prepared by: [preparer name]</w:t>
      </w:r>
    </w:p>
    <w:p>
      <w:pPr>
        <w:keepNext w:val="0"/>
        <w:spacing w:before="200" w:after="0" w:line="260" w:lineRule="exact"/>
        <w:ind w:left="720" w:right="0" w:firstLine="0"/>
        <w:jc w:val="both"/>
      </w:pPr>
      <w:r>
        <w:rPr>
          <w:rFonts w:ascii="Times New Roman" w:hAnsi="Times New Roman" w:eastAsia="Times New Roman" w:cs="Times New Roman"/>
          <w:b w:val="0"/>
          <w:sz w:val="24"/>
        </w:rPr>
        <w:t>After Recording Please Return to: [name and address of party to whom deed should be returned]</w:t>
      </w:r>
    </w:p>
    <w:p>
      <w:pPr>
        <w:keepNext w:val="0"/>
        <w:spacing w:before="200" w:after="0" w:line="260" w:lineRule="exact"/>
        <w:ind w:left="720" w:right="0" w:firstLine="0"/>
        <w:jc w:val="both"/>
      </w:pPr>
      <w:r>
        <w:rPr>
          <w:rFonts w:ascii="Times New Roman" w:hAnsi="Times New Roman" w:eastAsia="Times New Roman" w:cs="Times New Roman"/>
          <w:b w:val="0"/>
          <w:sz w:val="24"/>
        </w:rPr>
        <w:t>This QUIT CLAIM DEED, made this [day] day of [month], [year], by [grantor name] whose address [grantor's street address, city, state, zip code] is hereinafter called the "Grantor(s)", to [grantee name], whose address is [grantee's street address, city, state, zip code] [</w:t>
      </w:r>
      <w:r>
        <w:rPr>
          <w:rFonts w:ascii="Times New Roman" w:hAnsi="Times New Roman" w:eastAsia="Times New Roman" w:cs="Times New Roman"/>
          <w:b/>
          <w:sz w:val="24"/>
        </w:rPr>
        <w:t>OPTIONAL CLAUSE for Divorced/Separated Parties:</w:t>
      </w:r>
      <w:r>
        <w:rPr>
          <w:rFonts w:ascii="Times New Roman" w:hAnsi="Times New Roman" w:eastAsia="Times New Roman" w:cs="Times New Roman"/>
          <w:b w:val="0"/>
          <w:sz w:val="24"/>
        </w:rPr>
        <w:t xml:space="preserve"> as and for his/her sole and separate property] hereinafter called the "Grantee(s)": as and for his/her sole and separate property] hereinafter called the "Grantee(s)":</w:t>
      </w:r>
    </w:p>
    <w:p>
      <w:pPr>
        <w:keepNext w:val="0"/>
        <w:spacing w:before="200" w:after="0" w:line="260" w:lineRule="exact"/>
        <w:ind w:left="720" w:right="0" w:firstLine="0"/>
        <w:jc w:val="both"/>
      </w:pPr>
      <w:r>
        <w:rPr>
          <w:rFonts w:ascii="Times New Roman" w:hAnsi="Times New Roman" w:eastAsia="Times New Roman" w:cs="Times New Roman"/>
          <w:b w:val="0"/>
          <w:sz w:val="24"/>
        </w:rPr>
        <w:t>Witnesseth: That the Grantor, for and in consideration of the sum of [amount in words] Dollars ($[amount in numbers]) and other valuable considerations, receipt and sufficiency whereof is hereby acknowledged, hereby grants, bargains, sells, aliens, remises, releases, and quitclaims unto the Grantee(s), all that certain land situated in County, Virginia, described as follows: [legal description of property] (the "Property"). The Property is also known as: [street address]. [</w:t>
      </w:r>
      <w:r>
        <w:rPr>
          <w:rFonts w:ascii="Times New Roman" w:hAnsi="Times New Roman" w:eastAsia="Times New Roman" w:cs="Times New Roman"/>
          <w:b/>
          <w:sz w:val="24"/>
        </w:rPr>
        <w:t>OPTIONAL CLAUSE to Limit Conveyance:</w:t>
      </w:r>
      <w:r>
        <w:rPr>
          <w:rFonts w:ascii="Times New Roman" w:hAnsi="Times New Roman" w:eastAsia="Times New Roman" w:cs="Times New Roman"/>
          <w:b w:val="0"/>
          <w:sz w:val="24"/>
        </w:rPr>
        <w:t xml:space="preserve"> This deed shall not and shall not be construed to convey: [any specified portion of the grantor's estate, right, title, interest in the property; or any buildings, privileges or appurtenances which are not being conveyed.]]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grantor has executed this deed on the date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[Grantor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[Grantor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[Grantor city, state, zip code]</w:t>
      </w:r>
    </w:p>
    <w:p>
      <w:pPr>
        <w:keepNext w:val="0"/>
        <w:spacing w:before="120" w:after="0" w:line="260" w:lineRule="exact"/>
        <w:ind w:left="360" w:right="0" w:firstLine="0"/>
        <w:jc w:val="left"/>
      </w:pPr>
      <w:r>
        <w:rPr>
          <w:rFonts w:ascii="Times New Roman" w:hAnsi="Times New Roman" w:eastAsia="Times New Roman" w:cs="Times New Roman"/>
          <w:b w:val="0"/>
          <w:sz w:val="24"/>
        </w:rPr>
        <w:t>[Grantor phone number]</w:t>
      </w:r>
    </w:p>
    <w:p>
      <w:pPr/>
    </w:p>
    <w:p>
      <w:pPr>
        <w:keepNext w:val="0"/>
        <w:spacing w:before="120" w:after="0" w:line="260" w:lineRule="exact"/>
        <w:ind w:left="360" w:right="0" w:firstLine="0"/>
        <w:jc w:val="left"/>
      </w:pPr>
      <w:r>
        <w:rPr>
          <w:rFonts w:ascii="Times New Roman" w:hAnsi="Times New Roman" w:eastAsia="Times New Roman" w:cs="Times New Roman"/>
          <w:b/>
          <w:sz w:val="24"/>
        </w:rPr>
        <w:t>Notary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____________________,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County/City of ____________________, State of Virginia, do hereby certify that ____________________ whose identity was proven before me by ____________________ and whose name is signed to the writing bearing the date of the _____ day of ____________________, 20_____, has acknowledged the same before me in my County/City aforesaid.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this _____ day of ____________________, 20_____.</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Registration Number: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[Notarial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