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Quitclaim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QUITCLAIM DEED</w:t>
      </w:r>
    </w:p>
    <w:p>
      <w:pPr>
        <w:keepNext w:val="0"/>
        <w:spacing w:before="200" w:after="0" w:line="260" w:lineRule="exact"/>
        <w:ind w:left="360" w:right="0" w:firstLine="0"/>
        <w:jc w:val="both"/>
      </w:pPr>
      <w:r>
        <w:rPr>
          <w:rFonts w:ascii="Times New Roman" w:hAnsi="Times New Roman" w:eastAsia="Times New Roman" w:cs="Times New Roman"/>
          <w:b w:val="0"/>
          <w:sz w:val="24"/>
        </w:rPr>
        <w:t>Illinois (Statutory)</w:t>
      </w: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Mail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60" w:after="0" w:line="260" w:lineRule="exact"/>
        <w:ind w:left="360" w:right="0" w:firstLine="0"/>
        <w:jc w:val="both"/>
      </w:pPr>
      <w:r>
        <w:rPr>
          <w:rFonts w:ascii="Times New Roman" w:hAnsi="Times New Roman" w:eastAsia="Times New Roman" w:cs="Times New Roman"/>
          <w:b w:val="0"/>
          <w:sz w:val="24"/>
        </w:rPr>
        <w:t>[address]</w:t>
      </w:r>
    </w:p>
    <w:p>
      <w:pPr>
        <w:keepNext w:val="0"/>
        <w:spacing w:before="6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Send Subsequent Tax Bills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60" w:after="0" w:line="260" w:lineRule="exact"/>
        <w:ind w:left="360" w:right="0" w:firstLine="0"/>
        <w:jc w:val="both"/>
      </w:pPr>
      <w:r>
        <w:rPr>
          <w:rFonts w:ascii="Times New Roman" w:hAnsi="Times New Roman" w:eastAsia="Times New Roman" w:cs="Times New Roman"/>
          <w:b w:val="0"/>
          <w:sz w:val="24"/>
        </w:rPr>
        <w:t>[address]</w:t>
      </w:r>
    </w:p>
    <w:p>
      <w:pPr>
        <w:keepNext w:val="0"/>
        <w:spacing w:before="6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THE GRANTOR(S), [grantor(s)] as [grantor’s means of holding title], of the City of [city], County of [county where grantor resides at the time of transfer], State of [state], for and in consideration of [dollar amount in words] ($[dollar amount in numbers]), and all other good and valuable consideration in hand paid, CONVEY(S) and QUITCLAIM(S) to the GRANTEE(S), [grantee(s)], as [means by which grantee is taking title], all interest in the following described Real Estate situated in the County of [county where real estate is located], in the State of Illinois, to wit:</w:t>
      </w:r>
    </w:p>
    <w:p>
      <w:pPr>
        <w:keepNext w:val="0"/>
        <w:spacing w:before="200" w:after="0" w:line="260" w:lineRule="exact"/>
        <w:ind w:left="720" w:right="0" w:firstLine="0"/>
        <w:jc w:val="center"/>
      </w:pPr>
      <w:r>
        <w:rPr>
          <w:rFonts w:ascii="Times New Roman" w:hAnsi="Times New Roman" w:eastAsia="Times New Roman" w:cs="Times New Roman"/>
          <w:b/>
          <w:sz w:val="24"/>
        </w:rPr>
        <w:t>SEE ATTACHED EXHIBIT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200" w:after="0" w:line="260" w:lineRule="exact"/>
        <w:ind w:left="360" w:right="0" w:firstLine="0"/>
        <w:jc w:val="both"/>
      </w:pPr>
      <w:r>
        <w:rPr>
          <w:rFonts w:ascii="Times New Roman" w:hAnsi="Times New Roman" w:eastAsia="Times New Roman" w:cs="Times New Roman"/>
          <w:b w:val="0"/>
          <w:sz w:val="24"/>
        </w:rPr>
        <w:t>SUBJECT TO: General real estate taxes for the year 20[the year prior]</w:t>
      </w:r>
    </w:p>
    <w:p>
      <w:pPr>
        <w:keepNext w:val="0"/>
        <w:spacing w:before="200" w:after="0" w:line="260" w:lineRule="exact"/>
        <w:ind w:left="360" w:right="0" w:firstLine="0"/>
        <w:jc w:val="both"/>
      </w:pPr>
      <w:r>
        <w:rPr>
          <w:rFonts w:ascii="Times New Roman" w:hAnsi="Times New Roman" w:eastAsia="Times New Roman" w:cs="Times New Roman"/>
          <w:b w:val="0"/>
          <w:sz w:val="24"/>
        </w:rPr>
        <w:t>and subsequent years, which are not yet due and payable; covenants, conditions, and restrictions of record identified as exceptions in Schedule B in that certain commitment for title insurance issued by [name of the title company that issued the title policy] dated [date of the title policy] and referenced as file number [title policy number]; public and utility easements; and acts done by or suffered through Buyer.</w:t>
      </w:r>
    </w:p>
    <w:p>
      <w:pPr>
        <w:keepNext w:val="0"/>
        <w:spacing w:before="200" w:after="0" w:line="260" w:lineRule="exact"/>
        <w:ind w:left="360" w:right="0" w:firstLine="0"/>
        <w:jc w:val="both"/>
      </w:pPr>
      <w:r>
        <w:rPr>
          <w:rFonts w:ascii="Times New Roman" w:hAnsi="Times New Roman" w:eastAsia="Times New Roman" w:cs="Times New Roman"/>
          <w:b w:val="0"/>
          <w:sz w:val="24"/>
        </w:rPr>
        <w:t>Hereby releasing and waiving all rights under and by virtue of the Homestead Exemption Laws of the State of Illinois.  To have and to hold said property individually forever.</w:t>
      </w:r>
    </w:p>
    <w:p>
      <w:pPr>
        <w:keepNext w:val="0"/>
        <w:spacing w:before="200" w:after="0" w:line="260" w:lineRule="exact"/>
        <w:ind w:left="360" w:right="0" w:firstLine="0"/>
        <w:jc w:val="both"/>
      </w:pPr>
      <w:r>
        <w:rPr>
          <w:rFonts w:ascii="Times New Roman" w:hAnsi="Times New Roman" w:eastAsia="Times New Roman" w:cs="Times New Roman"/>
          <w:b w:val="0"/>
          <w:sz w:val="24"/>
        </w:rPr>
        <w:t>Permanent Real Estate Index Number:  [PIN]</w:t>
      </w:r>
    </w:p>
    <w:p>
      <w:pPr>
        <w:keepNext w:val="0"/>
        <w:spacing w:before="200" w:after="0" w:line="260" w:lineRule="exact"/>
        <w:ind w:left="360" w:right="0" w:firstLine="0"/>
        <w:jc w:val="both"/>
      </w:pPr>
      <w:r>
        <w:rPr>
          <w:rFonts w:ascii="Times New Roman" w:hAnsi="Times New Roman" w:eastAsia="Times New Roman" w:cs="Times New Roman"/>
          <w:b w:val="0"/>
          <w:sz w:val="24"/>
        </w:rPr>
        <w:t>Address of Real Estate:  [address of the real property being transferred]</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Seller</w:t>
      </w:r>
    </w:p>
    <w:p>
      <w:pPr>
        <w:keepNext w:val="0"/>
        <w:spacing w:before="200" w:after="0" w:line="260" w:lineRule="exact"/>
        <w:ind w:left="360" w:right="0" w:firstLine="0"/>
        <w:jc w:val="both"/>
      </w:pPr>
      <w:r>
        <w:rPr>
          <w:rFonts w:ascii="Times New Roman" w:hAnsi="Times New Roman" w:eastAsia="Times New Roman" w:cs="Times New Roman"/>
          <w:b w:val="0"/>
          <w:sz w:val="24"/>
        </w:rPr>
        <w:t>STATE OF ILLINOIS, COUNTY OF [county] 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County, in the State aforesaid, DO HEREBY CERTIFY that ______________________, personally known to me to be the same person whose name is subscribed to the foregoing instrument, appeared before me this day in person, and acknowledged that they signed, sealed, and delivered the instrument as their and voluntary act, for the uses and purposes therein set forth.</w:t>
      </w:r>
    </w:p>
    <w:p>
      <w:pPr>
        <w:keepNext w:val="0"/>
        <w:spacing w:before="200" w:after="0" w:line="260" w:lineRule="exact"/>
        <w:ind w:left="360" w:right="0" w:firstLine="0"/>
        <w:jc w:val="both"/>
      </w:pPr>
      <w:r>
        <w:rPr>
          <w:rFonts w:ascii="Times New Roman" w:hAnsi="Times New Roman" w:eastAsia="Times New Roman" w:cs="Times New Roman"/>
          <w:b w:val="0"/>
          <w:sz w:val="24"/>
        </w:rPr>
        <w:t>Given under my hand and official seal this [date] day of [month], [year].</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 (SEAL)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Prepared by: [name of individual or firm preparing the deed]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