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Rejection Letter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[Applicant’s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[Street]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[City, State, Zip]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[Applicant’s name]: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Thank you for your interest in [Company name]. It was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pleasure meeting you and we appreciate the time you took in participating in the interview process for the [Job title] position. We have decided to select another candidate for the position.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Best of luck in your employment search and we again thank you for your interest.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[Employer’s representative’s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[Representative’s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