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Rejection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[Applicant’s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[Applicant’s 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Thank you for your interest in [Company name]. We appreciate you applying for the [Job title] position. We did not select you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interview.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Best of luck in your employment search and we again thank you for your interest.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[Employer’s representative’s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[Representative’s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