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and Waiver of Liability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WHEREAS, [name of Company or Service Provider] ("Company") is the owner/operator of the property (the "Premises") and is willing to permit the individuals (the "Visitors" or "Invitees" (hereafter collectively referred to as "Visitors")) signing this Agreement to visit the Premises, upon the terms and conditions of this Agreement. The Company and Visitors may be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for being provided the ability to visit the Premises, each person signing below hereby stipulates and agrees: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 of Risk.</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understand and acknowledge that I risk exposure to and contraction of potentially dangerous diseases and viruses, including the coronavirus disease (COVID-19) and severe acute respiratory syndrome coronavirus 2 (SARS-CoV-2), and any other diseases or viruses not listed, by being on the Premises for any reason. I understand and acknowledge the risks associated with diseases and viruses and I am fully aware that exposure may result in infection, severe illness, injury, pain and suffering, temporary or permanent disability, and even death. I understand that my visit or actions may not be supervised and that the Company does not provide medical services. I further acknowledge that any exposure I may sustain while on the Premises may be compounded by negligent or delayed medical service or negligent or delayed assistance by the Company. I understand that even if the Company has taken any proactive measures to reduce potential exposure, there is still high risk of exposure and the Company has not in any way represented that there is no exposure risk due to their proactive measures. I VOLUNTARILY AND FREELY ASSUME ALL RISKS AND DANGERS THAT MAY OCCUR PURSUANT TO MY USE OF THE PREMISES AND PARTICPATION IN ACTIVITIES ON THE PREMISES, INCLUDING THE RISK OF INJURY, DEATH, OR PROPERTY DAMAGE, EVEN IF CAUSED BY NEGLIGENCE OF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agree, on behalf of myself, my heirs and my personal representatives, to fully and forever discharge and release Company and its affiliates, and their respective partners, agents, operators, managers, employees, and representatives ("Released Parties") from any and all claims I may have or hereinafter have for any injury, temporary or permanent disability, death, damages, liabilities, expenses and/or causes of action, now known or hereinafter known in any jurisdiction in the world, attributable or relating in any manner to my entry upon and use of the Premises and participation in any activities on the Premises, whether caused by the negligence of the Company or any of the Released Parties or by any other reason. I acknowledge and agree that this Release and Waiver of Liability for Public Health Emergencies is intended to be,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release, as much as allowed by law, of any responsibility of the Released Parties for all personal injuries, temporary or permanent disability, death, and/or property damage sustained by me while on or using the Premises or participating in any activities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agree, for myself and all my heirs, not to sue the Released Parties or initiate or assist in the prosecution of any claim for damages or cause of action against the Released Parties which I or my heirs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personal injury, death or property damage I may sustain while on or using the Premises or while participating in any activities while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hereby agree to defend, indemnify and hold harmless Company and the Released Parties from and against any third-party losses, damages, actions, suits, claims, judgments, settlements, awards, interest, penalties, expenses (including reasonable attorneys' fees) and costs of any kind for any infection, illness, personal injury, loss of life or damage to property sustained by reason of or arising out of my use of the Premises or participation in any activities on the Premises.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Treatment Release.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authorize the Company to secure, and I consent to, any medical treatment that may be given to me should the Company determine, in its sole discretion, that I need medical care,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being on the Premises or from participating in any activities. I accept full responsibility for all costs related to my medical treatment, including any transport costs, and I release all Parties involved from any type of liability for anything that may happen during my treatment or transport.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Responsibility for Personal Property.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acknowledge and agree that I am fully and solely responsible for any of my property and personal belongings that I bring onto the Premises or that I use during any activities, and that the Company will not be responsible for or provide any security for my property and personal belongings.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Representations by Company.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acknowledge that Company makes no representation as to the condition of the Premises or the safety of any activities on the Premises. I acknowledge that the Company makes no representations that they have taken any safety precautions that relate to infectious diseases or exposure, and even if Company did proactively take preventative measures, the Company has made no representation that those measures will in any way reduce or prevent the risks associated with exposure. The Company further makes no representations that any safety measures taken were done properly and I accept that those efforts may have been done with negligence. I accept and shall use the Premises, and its equipment, in its "AS IS" condition. I acknowledge and agree that I am not relying upon any representation or statement by the Company or the Company's employees, agents, sponsors, or representatives regarding this Agreement or the Premises or activities, except to the extent such representations are expressly set forth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Representations.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represent that I will comply with all directives given by the Company, whether in print or orally, in all matters, including any that relate to issues involving infectious diseases or viruses. For example, but not exclusively, I will abide by any mask requirements, hand washing or sanitizing requirements, social distancing requirements, directional signs indicating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direction to walk, requests to take my temperature, and any other directives. I represent that I am aware of government laws, orders and guidelines that relate to diseases and viruses and will abide by all those laws, orders and guidelines. I represent that, in the last 14 days, I have not been sick or have not experienced any symptoms of any kind and that I have not been in contact with anyone sick or with disease symptoms.</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Release and Waiver of Liability agreement will be governed by and interpreted in accordance with the laws of the State of [state], without giving effect to the principles of conflicts of law of such state. I agree that any action arising out of this Release and Waiver of Liability Agreement must be brought exclusively in any state or federal court located in [county, state].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waiver of any term or right in this Release and Waiver of Liability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Any provision of this Release and Waiver of Liability agreement providing for performance by either party after termination of this Agreement shall survive such termination and shall continue to be effective and enforceable.</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the performance of the terms of this Release and Waiver of Liability agreement and use of the Premises, the Parties shall comply with all applicable federal, state, regional and local laws, rules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any provision or portion of this Release and Waiver of Liability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 Binding Effect.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This Agreement shall be binding upon and inure to the benefit of the successors, assigns, and legal representatives of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ACKNOWLEDGE THAT I HAVE FULLY READ AND UNDERSTAND EACH OF THE ABOVE PROVISIONS AND THAT I UNDERSTAND I AM GIVING UP SIGNIFICANT LEGAL RIGHTS ON MINE, INCLUDING THE RIGHT TO SUE THE COMPANY. I ACKNOWLEDGE THAT PRIOR TO SIGNING THIS AGREEMENT I HAD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REVIEW THIS AGREEMENT. I AM AT LEAST EIGHTEEN (18) YEARS OF AGE AND FULLY COMPETENT, AND I EXECUTE THIS AGREEMENT VOLUNTARILY AND FOR ADEQUATE CONSIDERATION INTENDING TO BE FULLY BOUND.</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visitor or parent/legal guardian of visitor]</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visitor or parent/legal guardian of visitor]</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