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Release of Lien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claim of lien recorded by [name of claimant] on [date], in Book [book number], page [page number] of Official Records of [county] County, California, is hereby released and discharged. The property affected by the claim of lien is located in [county] County, California, and is described as follows: [give legal description].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[If this release is recorded, add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The name of the person whose interest in the above-described property is hereby relieved from the claim of lien is [name].]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NOTE: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If the Release of Lien is to be recorded in California,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form of Acknowledgement consistent with Cal Civ Code § 1189 which must be used to acknowledge this instrument can be found here.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