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Religious Accommodation Request Resolution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Employee (identified below) has requested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accommodation related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religious belief, practice, and/or requirement. [Company name] (the Company) has engaged in good faith written and/or oral communications with the employee regarding the employee’s accommodation needs, potential accommodations, and, where appropriate, difficulties that the proposed accommodations could pose for the Company. This document provides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of the Company’s determination concerning the employee’s religious accommodation request. It does not, and is not intended to, document the Company’s complete analysis resulting in its determination.</w:t>
      </w:r>
    </w:p>
    <w:p>
      <w:pPr>
        <w:keepNext w:val="0"/>
        <w:spacing w:before="120" w:after="0" w:line="260" w:lineRule="exact"/>
        <w:ind w:left="360" w:right="0" w:firstLine="0"/>
        <w:jc w:val="left"/>
      </w:pP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Name of employee who made the accommodation request and the date the request was made:</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______________________________________________________________________________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Name and title of manager or human resources representative evaluating accommodation request:</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______________________________________________________________________________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Manager or human resources representative’s email address and 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______________________________________________________________________________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Description of accommodation employee requested (e.g., flexible scheduling, voluntary substitutes, shift changes, lateral transfer, change of job assignment, payment of union dues to charitable organization, space to pray, exceptions to uniform requirement or dress code, other):</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______________________________________________________________________________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______________________________________________________________________________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______________________________________________________________________________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______________________________________________________________________________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______________________________________________________________________________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______________________________________________________________________________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______________________________________________________________________________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Decision on employee’s accommodation request (check one):</w:t>
      </w:r>
    </w:p>
    <w:p>
      <w:pPr>
        <w:keepNext w:val="0"/>
        <w:spacing w:before="200" w:after="0" w:line="260" w:lineRule="exact"/>
        <w:ind w:left="720" w:right="0" w:firstLine="0"/>
        <w:jc w:val="both"/>
      </w:pPr>
      <w:r>
        <w:rPr>
          <w:rFonts w:ascii="Times New Roman" w:hAnsi="Times New Roman" w:eastAsia="Times New Roman" w:cs="Times New Roman"/>
          <w:b w:val="0"/>
          <w:sz w:val="24"/>
        </w:rPr>
        <w:t>o</w:t>
        <w:tab/>
        <w:t xml:space="preserve">Granted (see paragraph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for further detail)</w:t>
      </w:r>
    </w:p>
    <w:p>
      <w:pPr>
        <w:keepNext w:val="0"/>
        <w:spacing w:before="200" w:after="0" w:line="260" w:lineRule="exact"/>
        <w:ind w:left="720" w:right="0" w:firstLine="0"/>
        <w:jc w:val="both"/>
      </w:pPr>
      <w:r>
        <w:rPr>
          <w:rFonts w:ascii="Times New Roman" w:hAnsi="Times New Roman" w:eastAsia="Times New Roman" w:cs="Times New Roman"/>
          <w:b w:val="0"/>
          <w:sz w:val="24"/>
        </w:rPr>
        <w:t>o</w:t>
        <w:tab/>
        <w:t xml:space="preserve">Denied, but offering alternate reasonable accommodation (see paragraphs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for further detail)</w:t>
      </w:r>
    </w:p>
    <w:p>
      <w:pPr>
        <w:keepNext w:val="0"/>
        <w:spacing w:before="200" w:after="0" w:line="260" w:lineRule="exact"/>
        <w:ind w:left="720" w:right="0" w:firstLine="0"/>
        <w:jc w:val="both"/>
      </w:pPr>
      <w:r>
        <w:rPr>
          <w:rFonts w:ascii="Times New Roman" w:hAnsi="Times New Roman" w:eastAsia="Times New Roman" w:cs="Times New Roman"/>
          <w:b w:val="0"/>
          <w:sz w:val="24"/>
        </w:rPr>
        <w:t>o</w:t>
        <w:tab/>
        <w:t xml:space="preserve">Denied (see paragraphs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for further detail)</w:t>
      </w:r>
    </w:p>
    <w:p>
      <w:pPr>
        <w:keepNext w:val="0"/>
        <w:spacing w:before="120" w:after="0" w:line="260" w:lineRule="exact"/>
        <w:ind w:left="360" w:right="0" w:firstLine="0"/>
        <w:jc w:val="left"/>
      </w:pPr>
      <w:r>
        <w:rPr>
          <w:rFonts w:ascii="Times New Roman" w:hAnsi="Times New Roman" w:eastAsia="Times New Roman" w:cs="Times New Roman"/>
          <w:b w:val="0"/>
          <w:sz w:val="24"/>
        </w:rPr>
        <w:t>6.</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We granted the accommodation request. The accommodation will commence on:</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______________________________________________________________________________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7.</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We denied the specific accommodation request, but we are offering the following alternate accommodation:</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_________________________________________________________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_________________________________________________________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_________________________________________________________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_________________________________________________________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8.</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Reason for denying specific accommodation request and offering alternate accommodation:</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_________________________________________________________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_________________________________________________________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_________________________________________________________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_________________________________________________________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9.</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We denied the accommodation request because (check all that apply):</w:t>
      </w:r>
    </w:p>
    <w:p>
      <w:pPr>
        <w:keepNext w:val="0"/>
        <w:spacing w:before="200" w:after="0" w:line="260" w:lineRule="exact"/>
        <w:ind w:left="720" w:right="0" w:firstLine="0"/>
        <w:jc w:val="both"/>
      </w:pPr>
      <w:r>
        <w:rPr>
          <w:rFonts w:ascii="Times New Roman" w:hAnsi="Times New Roman" w:eastAsia="Times New Roman" w:cs="Times New Roman"/>
          <w:b w:val="0"/>
          <w:sz w:val="24"/>
        </w:rPr>
        <w:t>o</w:t>
        <w:tab/>
        <w:t>The employee’s belief, practice, or requirement does not meet Title VII’s definition of “religion.”</w:t>
      </w:r>
    </w:p>
    <w:p>
      <w:pPr>
        <w:keepNext w:val="0"/>
        <w:spacing w:before="200" w:after="0" w:line="260" w:lineRule="exact"/>
        <w:ind w:left="720" w:right="0" w:firstLine="0"/>
        <w:jc w:val="both"/>
      </w:pPr>
      <w:r>
        <w:rPr>
          <w:rFonts w:ascii="Times New Roman" w:hAnsi="Times New Roman" w:eastAsia="Times New Roman" w:cs="Times New Roman"/>
          <w:b w:val="0"/>
          <w:sz w:val="24"/>
        </w:rPr>
        <w:t>o</w:t>
        <w:tab/>
        <w:t xml:space="preserve">The employee’s religious belief, practice, and/or requirement are not sincerely held (e.g., employee has behaved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is markedly inconsistent with the sincerely held belief/practice/requirement; accommodation sought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desirable benefit likely for secular reasons).</w:t>
      </w:r>
    </w:p>
    <w:p>
      <w:pPr>
        <w:keepNext w:val="0"/>
        <w:spacing w:before="200" w:after="0" w:line="260" w:lineRule="exact"/>
        <w:ind w:left="720" w:right="0" w:firstLine="0"/>
        <w:jc w:val="both"/>
      </w:pPr>
      <w:r>
        <w:rPr>
          <w:rFonts w:ascii="Times New Roman" w:hAnsi="Times New Roman" w:eastAsia="Times New Roman" w:cs="Times New Roman"/>
          <w:b w:val="0"/>
          <w:sz w:val="24"/>
        </w:rPr>
        <w:t>o</w:t>
        <w:tab/>
        <w:t>The accommodation would not be effective.</w:t>
      </w:r>
    </w:p>
    <w:p>
      <w:pPr>
        <w:keepNext w:val="0"/>
        <w:spacing w:before="200" w:after="0" w:line="260" w:lineRule="exact"/>
        <w:ind w:left="720" w:right="0" w:firstLine="0"/>
        <w:jc w:val="both"/>
      </w:pPr>
      <w:r>
        <w:rPr>
          <w:rFonts w:ascii="Times New Roman" w:hAnsi="Times New Roman" w:eastAsia="Times New Roman" w:cs="Times New Roman"/>
          <w:b w:val="0"/>
          <w:sz w:val="24"/>
        </w:rPr>
        <w:t>o</w:t>
        <w:tab/>
        <w:t xml:space="preserve">The accommodation would require removal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essential job function.</w:t>
      </w:r>
    </w:p>
    <w:p>
      <w:pPr>
        <w:keepNext w:val="0"/>
        <w:spacing w:before="200" w:after="0" w:line="260" w:lineRule="exact"/>
        <w:ind w:left="720" w:right="0" w:firstLine="0"/>
        <w:jc w:val="both"/>
      </w:pPr>
      <w:r>
        <w:rPr>
          <w:rFonts w:ascii="Times New Roman" w:hAnsi="Times New Roman" w:eastAsia="Times New Roman" w:cs="Times New Roman"/>
          <w:b w:val="0"/>
          <w:sz w:val="24"/>
        </w:rPr>
        <w:t>o</w:t>
        <w:tab/>
        <w:t>The documentation provided does not adequately support the request.</w:t>
      </w:r>
    </w:p>
    <w:p>
      <w:pPr>
        <w:keepNext w:val="0"/>
        <w:spacing w:before="200" w:after="0" w:line="260" w:lineRule="exact"/>
        <w:ind w:left="720" w:right="0" w:firstLine="0"/>
        <w:jc w:val="both"/>
      </w:pPr>
      <w:r>
        <w:rPr>
          <w:rFonts w:ascii="Times New Roman" w:hAnsi="Times New Roman" w:eastAsia="Times New Roman" w:cs="Times New Roman"/>
          <w:b w:val="0"/>
          <w:sz w:val="24"/>
        </w:rPr>
        <w:t>o</w:t>
        <w:tab/>
        <w:t xml:space="preserve">The accommodation would require lowering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performance or production standard.</w:t>
      </w:r>
    </w:p>
    <w:p>
      <w:pPr>
        <w:keepNext w:val="0"/>
        <w:spacing w:before="200" w:after="0" w:line="260" w:lineRule="exact"/>
        <w:ind w:left="720" w:right="0" w:firstLine="0"/>
        <w:jc w:val="both"/>
      </w:pPr>
      <w:r>
        <w:rPr>
          <w:rFonts w:ascii="Times New Roman" w:hAnsi="Times New Roman" w:eastAsia="Times New Roman" w:cs="Times New Roman"/>
          <w:b w:val="0"/>
          <w:sz w:val="24"/>
        </w:rPr>
        <w:t>o</w:t>
        <w:tab/>
        <w:t xml:space="preserve">The accommodation would cause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undue hardship to the organization.</w:t>
      </w:r>
    </w:p>
    <w:p>
      <w:pPr>
        <w:keepNext w:val="0"/>
        <w:spacing w:before="200" w:after="0" w:line="260" w:lineRule="exact"/>
        <w:ind w:left="720" w:right="0" w:firstLine="0"/>
        <w:jc w:val="both"/>
      </w:pPr>
      <w:r>
        <w:rPr>
          <w:rFonts w:ascii="Times New Roman" w:hAnsi="Times New Roman" w:eastAsia="Times New Roman" w:cs="Times New Roman"/>
          <w:b w:val="0"/>
          <w:sz w:val="24"/>
        </w:rPr>
        <w:t>o</w:t>
        <w:tab/>
        <w:t xml:space="preserve">The accommodation would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threat to the safety of employee or others.</w:t>
      </w:r>
    </w:p>
    <w:p>
      <w:pPr>
        <w:keepNext w:val="0"/>
        <w:spacing w:before="200" w:after="0" w:line="260" w:lineRule="exact"/>
        <w:ind w:left="720" w:right="0" w:firstLine="0"/>
        <w:jc w:val="both"/>
      </w:pPr>
      <w:r>
        <w:rPr>
          <w:rFonts w:ascii="Times New Roman" w:hAnsi="Times New Roman" w:eastAsia="Times New Roman" w:cs="Times New Roman"/>
          <w:b w:val="0"/>
          <w:sz w:val="24"/>
        </w:rPr>
        <w:t>o</w:t>
        <w:tab/>
        <w:t>Employee did not respond to information requested and/or additional information is necessary to evaluate the accommodation request.</w:t>
      </w:r>
    </w:p>
    <w:p>
      <w:pPr>
        <w:keepNext w:val="0"/>
        <w:spacing w:before="200" w:after="0" w:line="260" w:lineRule="exact"/>
        <w:ind w:left="1080" w:right="0" w:firstLine="0"/>
        <w:jc w:val="both"/>
      </w:pPr>
      <w:r>
        <w:rPr>
          <w:rFonts w:ascii="Times New Roman" w:hAnsi="Times New Roman" w:eastAsia="Times New Roman" w:cs="Times New Roman"/>
          <w:b w:val="0"/>
          <w:sz w:val="24"/>
        </w:rPr>
        <w:t>o</w:t>
        <w:tab/>
        <w:t>The employee did not respond to inquiries about the requested accommodation on the following dates: [dates].</w:t>
      </w:r>
    </w:p>
    <w:p>
      <w:pPr>
        <w:keepNext w:val="0"/>
        <w:spacing w:before="200" w:after="0" w:line="260" w:lineRule="exact"/>
        <w:ind w:left="1080" w:right="0" w:firstLine="0"/>
        <w:jc w:val="both"/>
      </w:pPr>
      <w:r>
        <w:rPr>
          <w:rFonts w:ascii="Times New Roman" w:hAnsi="Times New Roman" w:eastAsia="Times New Roman" w:cs="Times New Roman"/>
          <w:b w:val="0"/>
          <w:sz w:val="24"/>
        </w:rPr>
        <w:t>o</w:t>
        <w:tab/>
        <w:t xml:space="preserve">The accommodation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duplicative request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earlier denied accommodation request. </w:t>
      </w:r>
    </w:p>
    <w:p>
      <w:pPr>
        <w:keepNext w:val="0"/>
        <w:spacing w:before="200" w:after="0" w:line="260" w:lineRule="exact"/>
        <w:ind w:left="720" w:right="0" w:firstLine="0"/>
        <w:jc w:val="both"/>
      </w:pPr>
      <w:r>
        <w:rPr>
          <w:rFonts w:ascii="Times New Roman" w:hAnsi="Times New Roman" w:eastAsia="Times New Roman" w:cs="Times New Roman"/>
          <w:b w:val="0"/>
          <w:sz w:val="24"/>
        </w:rPr>
        <w:t>o</w:t>
        <w:tab/>
        <w:t>Other</w:t>
      </w:r>
    </w:p>
    <w:p>
      <w:pPr>
        <w:keepNext w:val="0"/>
        <w:spacing w:before="120" w:after="0" w:line="260" w:lineRule="exact"/>
        <w:ind w:left="360" w:right="0" w:firstLine="0"/>
        <w:jc w:val="left"/>
      </w:pPr>
      <w:r>
        <w:rPr>
          <w:rFonts w:ascii="Times New Roman" w:hAnsi="Times New Roman" w:eastAsia="Times New Roman" w:cs="Times New Roman"/>
          <w:b w:val="0"/>
          <w:sz w:val="24"/>
        </w:rPr>
        <w:t>10.</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Additional detail on reason(s) for denial of accommodation request:</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_________________________________________________________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_________________________________________________________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_________________________________________________________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_________________________________________________________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11.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To request reconsideration of the denial of the accommodation request (including, if applicable, asking for reconsideration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offered alternate accommodation), please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request to [Company Representative Name], [Title] at [contact information of company representative] within [number] of days of receiving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denial.</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Manager or HR Representative]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I, [Employee Name], acknowledge receipt of this Religious Accommodation Request Resolution on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[Name of Employee]</w:t>
      </w:r>
    </w:p>
    <w:p>
      <w:pPr>
        <w:keepNext w:val="0"/>
        <w:spacing w:before="120" w:after="0" w:line="260" w:lineRule="exact"/>
        <w:ind w:left="720" w:right="0" w:firstLine="0"/>
        <w:jc w:val="left"/>
      </w:pPr>
      <w:r>
        <w:rPr>
          <w:rFonts w:ascii="Times New Roman" w:hAnsi="Times New Roman" w:eastAsia="Times New Roman" w:cs="Times New Roman"/>
          <w:b w:val="0"/>
          <w:sz w:val="24"/>
        </w:rPr>
        <w:t>Title: [Title]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FOR ALTERNATE ACCOMMODATIONS ONLY: On [Date], I, [Employee Name], accepted the alternate accommodation offered in Paragraph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of this Religious Accommodation Request Resolution.</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[Name of Employee]</w:t>
      </w:r>
    </w:p>
    <w:p>
      <w:pPr>
        <w:keepNext w:val="0"/>
        <w:spacing w:before="120" w:after="0" w:line="260" w:lineRule="exact"/>
        <w:ind w:left="720" w:right="0" w:firstLine="0"/>
        <w:jc w:val="left"/>
      </w:pPr>
      <w:r>
        <w:rPr>
          <w:rFonts w:ascii="Times New Roman" w:hAnsi="Times New Roman" w:eastAsia="Times New Roman" w:cs="Times New Roman"/>
          <w:b w:val="0"/>
          <w:sz w:val="24"/>
        </w:rPr>
        <w:t>Title: [Title]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