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Renunciation (PA Official Form RW-06)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This form is used when the testator’s nominated executor or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person who has rights to act as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administrator of the estate is unable or unwilling to administer the estate. The person who renounces his or her appointment gives this right up in favor of someone else.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renunciation to the right to letters is made in writing and directed to the Register.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renunciation must be clear, unequivocal, and unconditional. The renunciation does not surrender any rights to inherit property from the estate.</w:t>
      </w:r>
    </w:p>
    <w:p>
      <w:pPr>
        <w:keepNext w:val="0"/>
        <w:spacing w:before="200" w:after="0" w:line="260" w:lineRule="exact"/>
        <w:ind w:left="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For more information on renouncing the right to administer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estate, see Governing Law of Probate, Jurisdiction, and Proceedings (PA) and Fiduciary Appointments and Duties in Probate Proceedings (PA).</w:t>
      </w:r>
    </w:p>
    <w:p>
      <w:pPr>
        <w:keepNext w:val="0"/>
        <w:spacing w:before="200" w:after="0" w:line="260" w:lineRule="exact"/>
        <w:ind w:left="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Form can be found online at http://www.pacourts.us/assets/files/setting-878/file-5410.pdf?cb=209834.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