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Representative’s Receipt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REPRESENTATIVE’S RECEIPT OF STOCK CERTIFICATES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Reference is made to that certain Underwriting Agreement, dated as of [DATE], among [COMPANY],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INCORPORATION] corporation (“Company”), [the selling stockholders (“Selling Stockholders”) listed on Schedule [NUMBER] attached thereto], and [REPRESENTATIVE], as representative (“Representative”) of the several underwriters listed on Schedule [NUMBER] attached thereto (“Underwriters”), pursuant to which the Company has agreed to sell, and the Underwriters have agreed to purchase,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aggregate of [NUMBER] shares (“Firm Shares”) of the Company’s common stock, par value $ [DOLLAR AMOUNT] per share (“Common Stock”), and the Underwriters have received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option to purchase from the Company, for the sole purpose of covering over-allotments in connection with the sale of the Firm Shares, up to [NUMBER] of additional shares of Common Stock on the same terms and conditions as the Firm Shares (“Option Shares”).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Representative hereby acknowledges receipt from the Company of certificates representing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aggregate of [NUMBER] shares of Common Stock, consisting of the Firm Shares [and the Option Shares] registered in the names and denominations as previously designated by the Representative.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WITNESS, WHEREOF, the undersigned has executed this Receipt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[REPRESENTATIVE], as Representative of the several Underwriters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