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Request for Consent to Assignment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By [Registered Mail (or) Certified Mail]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 of recipient]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[Street address]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[City, State, Zip]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Attention: [Name of individual or department, e.g., General Counsel, Legal Department, President]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Re: [name of subject contract, e.g., December 1, 2020 Manufacturing Agreement between [name of party] and [name of party] (the “Agreement”)]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Request for Consent to Assignment of the Agreement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Dear [name]: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On behalf of [name of party requesting consent to assignment], I am providing this request for consent of [name of party] to the assignment of the Agreement.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[Name of requesting party] desires to assign its rights and obligations under the Agreement to [name of assignee, e.g., XYZ Corporation] for the remaining term of the Agreement. Pursuant to Section [cite applicable section of Agreement requiring consent, e.g., Section 10(d)] of the Agreement, [name of requesting party] is required to notify you and obtain your consent before the Agreement may be assigned to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third party.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Accordingly, it is therefore necessary that [name of requesting party] obtain the consent of [name of party] to the assignment. Kindly provide [name of party’s] written consent to the aforementioned assignment as soon as possible.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Should you have any questions regarding this request, kindly call me at [number].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Very truly yours,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[name],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[title], [company name]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