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Request for Production of Documents </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sz w:val="24"/>
        </w:rPr>
        <w:t>[PLAINTIFF/DEFENDANT] [NAME]’S [REQUEST NUMBER] REQUEST FOR</w:t>
      </w:r>
      <w:r>
        <w:rPr>
          <w:rFonts w:ascii="Times New Roman" w:hAnsi="Times New Roman" w:eastAsia="Times New Roman" w:cs="Times New Roman"/>
          <w:b w:val="0"/>
          <w:sz w:val="24"/>
        </w:rPr>
        <w:t xml:space="preserve"> </w:t>
      </w:r>
      <w:r>
        <w:rPr>
          <w:rFonts w:ascii="Times New Roman" w:hAnsi="Times New Roman" w:eastAsia="Times New Roman" w:cs="Times New Roman"/>
          <w:sz w:val="24"/>
        </w:rPr>
        <w:br/>
      </w:r>
      <w:r>
        <w:rPr>
          <w:rFonts w:ascii="Times New Roman" w:hAnsi="Times New Roman" w:eastAsia="Times New Roman" w:cs="Times New Roman"/>
          <w:b/>
          <w:sz w:val="24"/>
        </w:rPr>
        <w:t>PRODUCTION OF DOCUMENTS TO [PLAINTIFF/DEFENDANT][NAME]</w:t>
      </w:r>
    </w:p>
    <w:p>
      <w:pPr>
        <w:keepNext w:val="0"/>
        <w:spacing w:before="200" w:after="0" w:line="260" w:lineRule="exact"/>
        <w:ind w:left="360" w:right="0" w:firstLine="0"/>
        <w:jc w:val="both"/>
      </w:pPr>
      <w:r>
        <w:rPr>
          <w:rFonts w:ascii="Times New Roman" w:hAnsi="Times New Roman" w:eastAsia="Times New Roman" w:cs="Times New Roman"/>
          <w:b w:val="0"/>
          <w:sz w:val="24"/>
        </w:rPr>
        <w:t>The Defendant, [name], by [his/her/its] attorney, and pursuant to the provisions of the Rules of Civil Procedure, requests that the Plaintiff produce for inspection and copying each of the items or documents identified below within 30 days from the date of service of this Request to the office of the Defendant’s attorney, [your name and office address].</w:t>
      </w:r>
    </w:p>
    <w:p>
      <w:pPr>
        <w:keepNext w:val="0"/>
        <w:spacing w:before="200" w:after="0" w:line="260" w:lineRule="exact"/>
        <w:ind w:left="360" w:right="0" w:firstLine="0"/>
        <w:jc w:val="center"/>
      </w:pPr>
      <w:r>
        <w:rPr>
          <w:rFonts w:ascii="Times New Roman" w:hAnsi="Times New Roman" w:eastAsia="Times New Roman" w:cs="Times New Roman"/>
          <w:b/>
          <w:sz w:val="24"/>
        </w:rPr>
        <w:t>INSTRUCTIONS</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[Defendant’s/Plaintiff’s] responses should include all non-privileged documents in the possession, custody, or control of the [Defendant/Plaintiff] or any of [his/her/its] agents, servants, representatives, or attorneys that are responsive to the specified request.</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documents requested are to be produced either as they are kept in the usual course of business, or organized and labeled to correspond with the categories of these requests.</w:t>
      </w:r>
    </w:p>
    <w:p>
      <w:pPr>
        <w:keepNext w:val="0"/>
        <w:spacing w:before="120" w:after="0" w:line="260" w:lineRule="exact"/>
        <w:ind w:left="720" w:right="0" w:firstLine="0"/>
        <w:jc w:val="left"/>
      </w:pPr>
      <w:r>
        <w:rPr>
          <w:rFonts w:ascii="Times New Roman" w:hAnsi="Times New Roman" w:eastAsia="Times New Roman" w:cs="Times New Roman"/>
          <w:b w:val="0"/>
          <w:sz w:val="24"/>
        </w:rPr>
        <w:t>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Each request for the production of documents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request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final version of such document(s), although copies are acceptable provided the [Plaintiff/Defendant] is afforded the opportunity to verify the copies by comparison with the originals.</w:t>
      </w:r>
    </w:p>
    <w:p>
      <w:pPr>
        <w:keepNext w:val="0"/>
        <w:spacing w:before="120" w:after="0" w:line="260" w:lineRule="exact"/>
        <w:ind w:left="720" w:right="0" w:firstLine="0"/>
        <w:jc w:val="left"/>
      </w:pPr>
      <w:r>
        <w:rPr>
          <w:rFonts w:ascii="Times New Roman" w:hAnsi="Times New Roman" w:eastAsia="Times New Roman" w:cs="Times New Roman"/>
          <w:b w:val="0"/>
          <w:sz w:val="24"/>
        </w:rPr>
        <w:t>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Proper safeguards against the destruction of evidence and electronically stored information must be followed pending resolution of this case.</w:t>
      </w:r>
    </w:p>
    <w:p>
      <w:pPr>
        <w:keepNext w:val="0"/>
        <w:spacing w:before="120" w:after="0" w:line="260" w:lineRule="exact"/>
        <w:ind w:left="720" w:right="0" w:firstLine="0"/>
        <w:jc w:val="left"/>
      </w:pPr>
      <w:r>
        <w:rPr>
          <w:rFonts w:ascii="Times New Roman" w:hAnsi="Times New Roman" w:eastAsia="Times New Roman" w:cs="Times New Roman"/>
          <w:b w:val="0"/>
          <w:sz w:val="24"/>
        </w:rPr>
        <w:t>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If any one of the requests for documents contained herein is claimed to be objectionable, state the portion of the request that is claimed to be objectionable and the nature and basis of the objection.</w:t>
      </w:r>
    </w:p>
    <w:p>
      <w:pPr>
        <w:keepNext w:val="0"/>
        <w:spacing w:before="120" w:after="0" w:line="260" w:lineRule="exact"/>
        <w:ind w:left="720" w:right="0" w:firstLine="0"/>
        <w:jc w:val="left"/>
      </w:pPr>
      <w:r>
        <w:rPr>
          <w:rFonts w:ascii="Times New Roman" w:hAnsi="Times New Roman" w:eastAsia="Times New Roman" w:cs="Times New Roman"/>
          <w:b w:val="0"/>
          <w:sz w:val="24"/>
        </w:rPr>
        <w:t>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If the [Defendant/Plaintiff] contends that any responsive document is protected from disclosure by virtue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privilege, describe the privilege and why it applies to the responsive document.</w:t>
      </w:r>
    </w:p>
    <w:p>
      <w:pPr>
        <w:keepNext w:val="0"/>
        <w:spacing w:before="120" w:after="0" w:line="260" w:lineRule="exact"/>
        <w:ind w:left="720" w:right="0" w:firstLine="0"/>
        <w:jc w:val="left"/>
      </w:pPr>
      <w:r>
        <w:rPr>
          <w:rFonts w:ascii="Times New Roman" w:hAnsi="Times New Roman" w:eastAsia="Times New Roman" w:cs="Times New Roman"/>
          <w:b w:val="0"/>
          <w:sz w:val="24"/>
        </w:rPr>
        <w:t>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If no documents exist that are responsive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request, please state that no such documents exist.</w:t>
      </w:r>
    </w:p>
    <w:p>
      <w:pPr>
        <w:keepNext w:val="0"/>
        <w:spacing w:before="120" w:after="0" w:line="260" w:lineRule="exact"/>
        <w:ind w:left="720" w:right="0" w:firstLine="0"/>
        <w:jc w:val="left"/>
      </w:pPr>
      <w:r>
        <w:rPr>
          <w:rFonts w:ascii="Times New Roman" w:hAnsi="Times New Roman" w:eastAsia="Times New Roman" w:cs="Times New Roman"/>
          <w:b w:val="0"/>
          <w:sz w:val="24"/>
        </w:rPr>
        <w:t>8.</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These Requests for Production are deemed to be continuing and require supplemental responses and document productions in the event that responsive documents that were not previously disclosed are located.</w:t>
      </w:r>
    </w:p>
    <w:p>
      <w:pPr>
        <w:keepNext w:val="0"/>
        <w:spacing w:before="200" w:after="0" w:line="260" w:lineRule="exact"/>
        <w:ind w:left="360" w:right="0" w:firstLine="0"/>
        <w:jc w:val="center"/>
      </w:pPr>
      <w:r>
        <w:rPr>
          <w:rFonts w:ascii="Times New Roman" w:hAnsi="Times New Roman" w:eastAsia="Times New Roman" w:cs="Times New Roman"/>
          <w:b/>
          <w:sz w:val="24"/>
        </w:rPr>
        <w:t>DEFINITIONS</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[Defendant/Plaintiff],” “you” or “your” means each [defendant/plaintiff] answering these requests, including all employees, agents, and representatives acting on your behalf.</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“Document” shall include, without limitation, any writing, agreement, letter, correspondence, memorandum, email, note, report, log, ledger, recorded minutes or transcript, tape of communications, diary, survey, or electronic data from which responsive information can be obtained.</w:t>
      </w:r>
    </w:p>
    <w:p>
      <w:pPr>
        <w:keepNext w:val="0"/>
        <w:spacing w:before="120" w:after="0" w:line="260" w:lineRule="exact"/>
        <w:ind w:left="720" w:right="0" w:firstLine="0"/>
        <w:jc w:val="left"/>
      </w:pPr>
      <w:r>
        <w:rPr>
          <w:rFonts w:ascii="Times New Roman" w:hAnsi="Times New Roman" w:eastAsia="Times New Roman" w:cs="Times New Roman"/>
          <w:b w:val="0"/>
          <w:sz w:val="24"/>
        </w:rPr>
        <w:t>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“Complaint” shall mean the complaint the Plaintiff filed in [name of court] on [date complaint was filed], entitled [title of complaint with parties listed], [docket number].</w:t>
      </w:r>
    </w:p>
    <w:p>
      <w:pPr>
        <w:keepNext w:val="0"/>
        <w:spacing w:before="120" w:after="0" w:line="260" w:lineRule="exact"/>
        <w:ind w:left="720" w:right="0" w:firstLine="0"/>
        <w:jc w:val="left"/>
      </w:pPr>
      <w:r>
        <w:rPr>
          <w:rFonts w:ascii="Times New Roman" w:hAnsi="Times New Roman" w:eastAsia="Times New Roman" w:cs="Times New Roman"/>
          <w:b w:val="0"/>
          <w:sz w:val="24"/>
        </w:rPr>
        <w:t>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“Electronic data” includes electronic writings of every kind and description, whether inscribed by mechanical, facsimile, electronic, magnetic, digital, telegraphic, or other means.</w:t>
      </w:r>
    </w:p>
    <w:p>
      <w:pPr>
        <w:keepNext w:val="0"/>
        <w:spacing w:before="120" w:after="0" w:line="260" w:lineRule="exact"/>
        <w:ind w:left="720" w:right="0" w:firstLine="0"/>
        <w:jc w:val="left"/>
      </w:pPr>
      <w:r>
        <w:rPr>
          <w:rFonts w:ascii="Times New Roman" w:hAnsi="Times New Roman" w:eastAsia="Times New Roman" w:cs="Times New Roman"/>
          <w:b w:val="0"/>
          <w:sz w:val="24"/>
        </w:rPr>
        <w:t>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“Accident” shall mean the collision that occurred on [date of accident] at [place of accident] between you, [defendant’s name] and Plaintiff, [plaintiff’s name].</w:t>
      </w:r>
    </w:p>
    <w:p>
      <w:pPr>
        <w:keepNext w:val="0"/>
        <w:spacing w:before="200" w:after="0" w:line="260" w:lineRule="exact"/>
        <w:ind w:left="360" w:right="0" w:firstLine="0"/>
        <w:jc w:val="center"/>
      </w:pPr>
      <w:r>
        <w:rPr>
          <w:rFonts w:ascii="Times New Roman" w:hAnsi="Times New Roman" w:eastAsia="Times New Roman" w:cs="Times New Roman"/>
          <w:b/>
          <w:sz w:val="24"/>
        </w:rPr>
        <w:t>DOCUMENT REQUESTS</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Copies of any and all photographs which show or purport to show any physical injury to the [Plaintiff/Defendant]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the accident or incident referred to in the Plaintiff's Complaint.</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Copies of any and all photographs of the scene of the accident or of the instrument or instrumentality that caused injury to the [Plaintiff/Defendant], together with any and all photographs which the [Plaintiff/Defendant] intends to offer in evidence at the time of trial.</w:t>
      </w:r>
    </w:p>
    <w:p>
      <w:pPr>
        <w:keepNext w:val="0"/>
        <w:spacing w:before="120" w:after="0" w:line="260" w:lineRule="exact"/>
        <w:ind w:left="720" w:right="0" w:firstLine="0"/>
        <w:jc w:val="left"/>
      </w:pPr>
      <w:r>
        <w:rPr>
          <w:rFonts w:ascii="Times New Roman" w:hAnsi="Times New Roman" w:eastAsia="Times New Roman" w:cs="Times New Roman"/>
          <w:b w:val="0"/>
          <w:sz w:val="24"/>
        </w:rPr>
        <w:t>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All statements related to the accident, signed or unsigned, written or recorded, made by the [Plaintiff/Defendant] or [his/her/its] agents, servants, or employees.</w:t>
      </w:r>
    </w:p>
    <w:p>
      <w:pPr>
        <w:keepNext w:val="0"/>
        <w:spacing w:before="120" w:after="0" w:line="260" w:lineRule="exact"/>
        <w:ind w:left="720" w:right="0" w:firstLine="0"/>
        <w:jc w:val="left"/>
      </w:pPr>
      <w:r>
        <w:rPr>
          <w:rFonts w:ascii="Times New Roman" w:hAnsi="Times New Roman" w:eastAsia="Times New Roman" w:cs="Times New Roman"/>
          <w:b w:val="0"/>
          <w:sz w:val="24"/>
        </w:rPr>
        <w:t>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Copies of all signed and/or unsigned statements recorded by mechanical, telephonic, and/or electronic means made directly or indirectly by witnesses to the facts alleged in the Complaint, which are in the possession of the [Plaintiff/Defendant] or subject to [his/her/its] control.</w:t>
      </w:r>
    </w:p>
    <w:p>
      <w:pPr>
        <w:keepNext w:val="0"/>
        <w:spacing w:before="120" w:after="0" w:line="260" w:lineRule="exact"/>
        <w:ind w:left="720" w:right="0" w:firstLine="0"/>
        <w:jc w:val="left"/>
      </w:pPr>
      <w:r>
        <w:rPr>
          <w:rFonts w:ascii="Times New Roman" w:hAnsi="Times New Roman" w:eastAsia="Times New Roman" w:cs="Times New Roman"/>
          <w:b w:val="0"/>
          <w:sz w:val="24"/>
        </w:rPr>
        <w:t>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All medical reports and bills, including copies of the same, from each physician who furnished treatment for any injuries the [Plaintiff/Defendant] claims were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the accident described in the Complaint.</w:t>
      </w:r>
    </w:p>
    <w:p>
      <w:pPr>
        <w:keepNext w:val="0"/>
        <w:spacing w:before="120" w:after="0" w:line="260" w:lineRule="exact"/>
        <w:ind w:left="720" w:right="0" w:firstLine="0"/>
        <w:jc w:val="left"/>
      </w:pPr>
      <w:r>
        <w:rPr>
          <w:rFonts w:ascii="Times New Roman" w:hAnsi="Times New Roman" w:eastAsia="Times New Roman" w:cs="Times New Roman"/>
          <w:b w:val="0"/>
          <w:sz w:val="24"/>
        </w:rPr>
        <w:t>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Copies of all signed and/or unsigned statements recorded by mechanical and/or electronic means made by any party, which are in the possession of the [Plaintiff/Defendant] or under [his/her/its] control and which relate, directly or indirectly, to the accident.</w:t>
      </w:r>
    </w:p>
    <w:p>
      <w:pPr>
        <w:keepNext w:val="0"/>
        <w:spacing w:before="120" w:after="0" w:line="260" w:lineRule="exact"/>
        <w:ind w:left="720" w:right="0" w:firstLine="0"/>
        <w:jc w:val="left"/>
      </w:pPr>
      <w:r>
        <w:rPr>
          <w:rFonts w:ascii="Times New Roman" w:hAnsi="Times New Roman" w:eastAsia="Times New Roman" w:cs="Times New Roman"/>
          <w:b w:val="0"/>
          <w:sz w:val="24"/>
        </w:rPr>
        <w:t>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Copies of all medical records, bills, reports, and electronically stored information, whether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hospital or treating practitioner’s office, concerning the treatment or evaluation by any physicians, chiropractors, dentists, nurses, physical therapists, or home health aides, with reference to or related to the injuries alleged to have been sustained by the [Plaintiff/Defendant]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the accident described in the Complaint.</w:t>
      </w:r>
    </w:p>
    <w:p>
      <w:pPr>
        <w:keepNext w:val="0"/>
        <w:spacing w:before="120" w:after="0" w:line="260" w:lineRule="exact"/>
        <w:ind w:left="720" w:right="0" w:firstLine="0"/>
        <w:jc w:val="left"/>
      </w:pPr>
      <w:r>
        <w:rPr>
          <w:rFonts w:ascii="Times New Roman" w:hAnsi="Times New Roman" w:eastAsia="Times New Roman" w:cs="Times New Roman"/>
          <w:b w:val="0"/>
          <w:sz w:val="24"/>
        </w:rPr>
        <w:t>8.</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Copies of each report, memorandum, and other writing prepared by any expert regarding the cause of the [Plaintiff/Defendant]’s alleged injuries or accident.</w:t>
      </w:r>
    </w:p>
    <w:p>
      <w:pPr>
        <w:keepNext w:val="0"/>
        <w:spacing w:before="200" w:after="0" w:line="260" w:lineRule="exact"/>
        <w:ind w:left="360" w:right="0" w:firstLine="0"/>
        <w:jc w:val="right"/>
      </w:pPr>
      <w:r>
        <w:rPr>
          <w:rFonts w:ascii="Times New Roman" w:hAnsi="Times New Roman" w:eastAsia="Times New Roman" w:cs="Times New Roman"/>
          <w:b w:val="0"/>
          <w:sz w:val="24"/>
        </w:rPr>
        <w:t>[Plaintiff/Defendant], [name],</w:t>
      </w:r>
    </w:p>
    <w:p>
      <w:pPr>
        <w:keepNext w:val="0"/>
        <w:spacing w:before="200" w:after="0" w:line="260" w:lineRule="exact"/>
        <w:ind w:left="360" w:right="0" w:firstLine="0"/>
        <w:jc w:val="right"/>
      </w:pPr>
      <w:r>
        <w:rPr>
          <w:rFonts w:ascii="Times New Roman" w:hAnsi="Times New Roman" w:eastAsia="Times New Roman" w:cs="Times New Roman"/>
          <w:b w:val="0"/>
          <w:sz w:val="24"/>
        </w:rPr>
        <w:t>By [his/her/its] attorney,</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[Counsel’s name]</w:t>
      </w:r>
    </w:p>
    <w:p>
      <w:pPr>
        <w:keepNext w:val="0"/>
        <w:spacing w:before="120" w:after="0" w:line="260" w:lineRule="exact"/>
        <w:ind w:left="720" w:right="0" w:firstLine="0"/>
        <w:jc w:val="left"/>
      </w:pPr>
      <w:r>
        <w:rPr>
          <w:rFonts w:ascii="Times New Roman" w:hAnsi="Times New Roman" w:eastAsia="Times New Roman" w:cs="Times New Roman"/>
          <w:b w:val="0"/>
          <w:sz w:val="24"/>
        </w:rPr>
        <w:t>Florida Bar No. [Number]</w:t>
      </w:r>
    </w:p>
    <w:p>
      <w:pPr>
        <w:keepNext w:val="0"/>
        <w:spacing w:before="120" w:after="0" w:line="260" w:lineRule="exact"/>
        <w:ind w:left="720" w:right="0" w:firstLine="0"/>
        <w:jc w:val="left"/>
      </w:pPr>
      <w:r>
        <w:rPr>
          <w:rFonts w:ascii="Times New Roman" w:hAnsi="Times New Roman" w:eastAsia="Times New Roman" w:cs="Times New Roman"/>
          <w:b w:val="0"/>
          <w:sz w:val="24"/>
        </w:rPr>
        <w:t>[Firm name]</w:t>
      </w:r>
    </w:p>
    <w:p>
      <w:pPr>
        <w:keepNext w:val="0"/>
        <w:spacing w:before="120" w:after="0" w:line="260" w:lineRule="exact"/>
        <w:ind w:left="720" w:right="0" w:firstLine="0"/>
        <w:jc w:val="left"/>
      </w:pPr>
      <w:r>
        <w:rPr>
          <w:rFonts w:ascii="Times New Roman" w:hAnsi="Times New Roman" w:eastAsia="Times New Roman" w:cs="Times New Roman"/>
          <w:b w:val="0"/>
          <w:sz w:val="24"/>
        </w:rPr>
        <w:t>[Address]</w:t>
      </w:r>
    </w:p>
    <w:p>
      <w:pPr>
        <w:keepNext w:val="0"/>
        <w:spacing w:before="120" w:after="0" w:line="260" w:lineRule="exact"/>
        <w:ind w:left="720" w:right="0" w:firstLine="0"/>
        <w:jc w:val="left"/>
      </w:pPr>
      <w:r>
        <w:rPr>
          <w:rFonts w:ascii="Times New Roman" w:hAnsi="Times New Roman" w:eastAsia="Times New Roman" w:cs="Times New Roman"/>
          <w:b w:val="0"/>
          <w:sz w:val="24"/>
        </w:rPr>
        <w:t>Telephone: [Number]</w:t>
      </w:r>
    </w:p>
    <w:p>
      <w:pPr>
        <w:keepNext w:val="0"/>
        <w:spacing w:before="120" w:after="0" w:line="260" w:lineRule="exact"/>
        <w:ind w:left="720" w:right="0" w:firstLine="0"/>
        <w:jc w:val="left"/>
      </w:pPr>
      <w:r>
        <w:rPr>
          <w:rFonts w:ascii="Times New Roman" w:hAnsi="Times New Roman" w:eastAsia="Times New Roman" w:cs="Times New Roman"/>
          <w:b w:val="0"/>
          <w:sz w:val="24"/>
        </w:rPr>
        <w:t>Facsimile: [Number]</w:t>
      </w:r>
    </w:p>
    <w:p>
      <w:pPr>
        <w:keepNext w:val="0"/>
        <w:spacing w:before="120" w:after="0" w:line="260" w:lineRule="exact"/>
        <w:ind w:left="720" w:right="0" w:firstLine="0"/>
        <w:jc w:val="left"/>
      </w:pPr>
      <w:r>
        <w:rPr>
          <w:rFonts w:ascii="Times New Roman" w:hAnsi="Times New Roman" w:eastAsia="Times New Roman" w:cs="Times New Roman"/>
          <w:b w:val="0"/>
          <w:sz w:val="24"/>
        </w:rPr>
        <w:t>Email: [Email]</w:t>
      </w:r>
    </w:p>
    <w:p>
      <w:pPr>
        <w:keepNext w:val="0"/>
        <w:spacing w:before="200" w:after="0" w:line="260" w:lineRule="exact"/>
        <w:ind w:left="720" w:right="0" w:firstLine="0"/>
        <w:jc w:val="both"/>
      </w:pPr>
      <w:r>
        <w:rPr>
          <w:rFonts w:ascii="Times New Roman" w:hAnsi="Times New Roman" w:eastAsia="Times New Roman" w:cs="Times New Roman"/>
          <w:b w:val="0"/>
          <w:sz w:val="24"/>
        </w:rPr>
        <w:t>Date: [date signed]</w:t>
      </w:r>
    </w:p>
    <w:p>
      <w:pPr>
        <w:keepNext w:val="0"/>
        <w:spacing w:before="120" w:after="0" w:line="260" w:lineRule="exact"/>
        <w:ind w:left="360" w:right="0" w:firstLine="0"/>
        <w:jc w:val="left"/>
      </w:pPr>
      <w:r>
        <w:rPr>
          <w:rFonts w:ascii="Times New Roman" w:hAnsi="Times New Roman" w:eastAsia="Times New Roman" w:cs="Times New Roman"/>
          <w:b/>
          <w:sz w:val="24"/>
        </w:rPr>
        <w:t>CERTIFICATE OF SERVICE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[your name], attorney for Defendant [name], in the above-entitled action, hereby certify that on the [numerical day of the month, e.g., 14th] day of [name of month] [year], I served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within DEFENDANT [NAME]’S [REQUEST NUMBER] REQUEST FOR PRODUCTION OF DOCUMENTS TO PLAINTIFF [NAME], to the parties and counsel of record as follows:</w:t>
      </w:r>
    </w:p>
    <w:p>
      <w:pPr>
        <w:keepNext w:val="0"/>
        <w:spacing w:before="200" w:after="0" w:line="260" w:lineRule="exact"/>
        <w:ind w:left="720" w:right="0" w:firstLine="0"/>
        <w:jc w:val="both"/>
      </w:pPr>
      <w:r>
        <w:rPr>
          <w:rFonts w:ascii="Times New Roman" w:hAnsi="Times New Roman" w:eastAsia="Times New Roman" w:cs="Times New Roman"/>
          <w:b w:val="0"/>
          <w:sz w:val="24"/>
        </w:rPr>
        <w:t>[Plaintiff’s attorney’s name]</w:t>
      </w:r>
    </w:p>
    <w:p>
      <w:pPr>
        <w:keepNext w:val="0"/>
        <w:spacing w:before="200" w:after="0" w:line="260" w:lineRule="exact"/>
        <w:ind w:left="720" w:right="0" w:firstLine="0"/>
        <w:jc w:val="both"/>
      </w:pPr>
      <w:r>
        <w:rPr>
          <w:rFonts w:ascii="Times New Roman" w:hAnsi="Times New Roman" w:eastAsia="Times New Roman" w:cs="Times New Roman"/>
          <w:b w:val="0"/>
          <w:sz w:val="24"/>
        </w:rPr>
        <w:t>[Plaintiff’s attorney’s firm name]</w:t>
      </w:r>
    </w:p>
    <w:p>
      <w:pPr>
        <w:keepNext w:val="0"/>
        <w:spacing w:before="200" w:after="0" w:line="260" w:lineRule="exact"/>
        <w:ind w:left="720" w:right="0" w:firstLine="0"/>
        <w:jc w:val="both"/>
      </w:pPr>
      <w:r>
        <w:rPr>
          <w:rFonts w:ascii="Times New Roman" w:hAnsi="Times New Roman" w:eastAsia="Times New Roman" w:cs="Times New Roman"/>
          <w:b w:val="0"/>
          <w:sz w:val="24"/>
        </w:rPr>
        <w:t>[Plaintiff’s attorney’s firm address]</w:t>
      </w:r>
    </w:p>
    <w:p>
      <w:pPr>
        <w:keepNext w:val="0"/>
        <w:spacing w:before="200" w:after="0" w:line="260" w:lineRule="exact"/>
        <w:ind w:left="720" w:right="0" w:firstLine="0"/>
        <w:jc w:val="both"/>
      </w:pPr>
      <w:r>
        <w:rPr>
          <w:rFonts w:ascii="Times New Roman" w:hAnsi="Times New Roman" w:eastAsia="Times New Roman" w:cs="Times New Roman"/>
          <w:b w:val="0"/>
          <w:sz w:val="24"/>
        </w:rPr>
        <w:t>[Co-defendant’s attorney’s name]</w:t>
      </w:r>
    </w:p>
    <w:p>
      <w:pPr>
        <w:keepNext w:val="0"/>
        <w:spacing w:before="200" w:after="0" w:line="260" w:lineRule="exact"/>
        <w:ind w:left="720" w:right="0" w:firstLine="0"/>
        <w:jc w:val="both"/>
      </w:pPr>
      <w:r>
        <w:rPr>
          <w:rFonts w:ascii="Times New Roman" w:hAnsi="Times New Roman" w:eastAsia="Times New Roman" w:cs="Times New Roman"/>
          <w:b w:val="0"/>
          <w:sz w:val="24"/>
        </w:rPr>
        <w:t>[Co-defendant’s attorney’s firm name]</w:t>
      </w:r>
    </w:p>
    <w:p>
      <w:pPr>
        <w:keepNext w:val="0"/>
        <w:spacing w:before="200" w:after="0" w:line="260" w:lineRule="exact"/>
        <w:ind w:left="720" w:right="0" w:firstLine="0"/>
        <w:jc w:val="both"/>
      </w:pPr>
      <w:r>
        <w:rPr>
          <w:rFonts w:ascii="Times New Roman" w:hAnsi="Times New Roman" w:eastAsia="Times New Roman" w:cs="Times New Roman"/>
          <w:b w:val="0"/>
          <w:sz w:val="24"/>
        </w:rPr>
        <w:t>[Co-defendant’s attorney’s firm’s address]</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