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Requests for Admission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&amp; ID #]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[Fax]: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REQUESTS FOR ADMISSION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[Text of first request].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document attached hereto is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authentic copy of the genuine original document.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