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Research Informed Consent </w:t>
      </w:r>
    </w:p>
    <w:p>
      <w:pPr>
        <w:jc w:val="center"/>
      </w:pPr>
    </w:p>
    <w:p>
      <w:pPr/>
    </w:p>
    <w:p>
      <w:pPr/>
      <w:r>
        <w:rPr>
          <w:rFonts w:ascii="Times New Roman" w:hAnsi="Times New Roman" w:eastAsia="Times New Roman" w:cs="Times New Roman"/>
          <w:b/>
          <w:sz w:val="24"/>
        </w:rPr>
        <w:t>TITLE OF STUDY</w:t>
      </w:r>
    </w:p>
    <w:p>
      <w:pPr/>
    </w:p>
    <w:p>
      <w:pPr/>
      <w:r>
        <w:rPr>
          <w:rFonts w:ascii="Times New Roman" w:hAnsi="Times New Roman" w:eastAsia="Times New Roman" w:cs="Times New Roman"/>
          <w:sz w:val="24"/>
        </w:rPr>
        <w:t>[TITLE OF STUDY]</w:t>
      </w:r>
    </w:p>
    <w:p>
      <w:pPr/>
    </w:p>
    <w:p>
      <w:pPr/>
      <w:r>
        <w:rPr>
          <w:rFonts w:ascii="Times New Roman" w:hAnsi="Times New Roman" w:eastAsia="Times New Roman" w:cs="Times New Roman"/>
          <w:b/>
          <w:sz w:val="24"/>
        </w:rPr>
        <w:t>PRIMARY RESEARCHER</w:t>
        <w:br/>
      </w:r>
    </w:p>
    <w:p>
      <w:pPr/>
      <w:r>
        <w:rPr>
          <w:rFonts w:ascii="Times New Roman" w:hAnsi="Times New Roman" w:eastAsia="Times New Roman" w:cs="Times New Roman"/>
          <w:sz w:val="24"/>
        </w:rPr>
        <w:t xml:space="preserve">Name - </w:t>
      </w:r>
      <w:r>
        <w:rPr>
          <w:rFonts w:ascii="Times New Roman" w:hAnsi="Times New Roman" w:eastAsia="Times New Roman" w:cs="Times New Roman"/>
          <w:sz w:val="24"/>
        </w:rPr>
        <w:t>[NAME OF RESEARCHER]</w:t>
      </w:r>
    </w:p>
    <w:p>
      <w:pPr/>
      <w:r>
        <w:rPr>
          <w:rFonts w:ascii="Times New Roman" w:hAnsi="Times New Roman" w:eastAsia="Times New Roman" w:cs="Times New Roman"/>
          <w:sz w:val="24"/>
        </w:rPr>
        <w:t xml:space="preserve">Department - </w:t>
      </w:r>
      <w:r>
        <w:rPr>
          <w:rFonts w:ascii="Times New Roman" w:hAnsi="Times New Roman" w:eastAsia="Times New Roman" w:cs="Times New Roman"/>
          <w:sz w:val="24"/>
        </w:rPr>
        <w:t>[DEPARTMENT]</w:t>
      </w:r>
    </w:p>
    <w:p>
      <w:pPr/>
      <w:r>
        <w:rPr>
          <w:rFonts w:ascii="Times New Roman" w:hAnsi="Times New Roman" w:eastAsia="Times New Roman" w:cs="Times New Roman"/>
          <w:sz w:val="24"/>
        </w:rPr>
        <w:t xml:space="preserve">Address -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City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Phone - </w:t>
      </w:r>
      <w:r>
        <w:rPr>
          <w:rFonts w:ascii="Times New Roman" w:hAnsi="Times New Roman" w:eastAsia="Times New Roman" w:cs="Times New Roman"/>
          <w:sz w:val="24"/>
        </w:rPr>
        <w:t>[PHONE NUMBER]</w:t>
      </w:r>
    </w:p>
    <w:p>
      <w:pPr/>
      <w:r>
        <w:rPr>
          <w:rFonts w:ascii="Times New Roman" w:hAnsi="Times New Roman" w:eastAsia="Times New Roman" w:cs="Times New Roman"/>
          <w:sz w:val="24"/>
        </w:rPr>
        <w:t xml:space="preserve">Email - </w:t>
      </w:r>
      <w:r>
        <w:rPr>
          <w:rFonts w:ascii="Times New Roman" w:hAnsi="Times New Roman" w:eastAsia="Times New Roman" w:cs="Times New Roman"/>
          <w:sz w:val="24"/>
        </w:rPr>
        <w:t>[EMAIL ADDRESS]</w:t>
      </w:r>
    </w:p>
    <w:p>
      <w:pPr/>
    </w:p>
    <w:p>
      <w:pPr/>
      <w:r>
        <w:rPr>
          <w:rFonts w:ascii="Times New Roman" w:hAnsi="Times New Roman" w:eastAsia="Times New Roman" w:cs="Times New Roman"/>
          <w:b/>
          <w:sz w:val="24"/>
        </w:rPr>
        <w:t>PURPOSE OF STUDY</w:t>
      </w:r>
    </w:p>
    <w:p>
      <w:pPr/>
      <w:r>
        <w:rPr>
          <w:rFonts w:ascii="Times New Roman" w:hAnsi="Times New Roman" w:eastAsia="Times New Roman" w:cs="Times New Roman"/>
          <w:sz w:val="24"/>
        </w:rPr>
        <w:br/>
      </w:r>
      <w:r>
        <w:rPr>
          <w:rFonts w:ascii="Times New Roman" w:hAnsi="Times New Roman" w:eastAsia="Times New Roman" w:cs="Times New Roman"/>
          <w:sz w:val="24"/>
        </w:rPr>
        <w:t>[DESCRIBE PURPOSE OF STUDY]</w:t>
      </w:r>
    </w:p>
    <w:p>
      <w:pPr/>
    </w:p>
    <w:p>
      <w:pPr/>
      <w:r>
        <w:rPr>
          <w:rFonts w:ascii="Times New Roman" w:hAnsi="Times New Roman" w:eastAsia="Times New Roman" w:cs="Times New Roman"/>
          <w:b/>
          <w:sz w:val="24"/>
        </w:rPr>
        <w:t>PROCEDURES</w:t>
      </w:r>
      <w:r>
        <w:rPr>
          <w:rFonts w:ascii="Times New Roman" w:hAnsi="Times New Roman" w:eastAsia="Times New Roman" w:cs="Times New Roman"/>
          <w:sz w:val="24"/>
        </w:rPr>
        <w:br/>
      </w:r>
      <w:r>
        <w:rPr>
          <w:rFonts w:ascii="Times New Roman" w:hAnsi="Times New Roman" w:eastAsia="Times New Roman" w:cs="Times New Roman"/>
          <w:sz w:val="24"/>
        </w:rPr>
        <w:br/>
      </w:r>
      <w:r>
        <w:rPr>
          <w:rFonts w:ascii="Times New Roman" w:hAnsi="Times New Roman" w:eastAsia="Times New Roman" w:cs="Times New Roman"/>
          <w:sz w:val="24"/>
        </w:rPr>
        <w:t>[DESCRIBE PROCEDURES]</w:t>
      </w:r>
      <w:r>
        <w:rPr>
          <w:rFonts w:ascii="Times New Roman" w:hAnsi="Times New Roman" w:eastAsia="Times New Roman" w:cs="Times New Roman"/>
          <w:sz w:val="24"/>
        </w:rPr>
        <w:br/>
      </w:r>
      <w:r>
        <w:rPr>
          <w:rFonts w:ascii="Times New Roman" w:hAnsi="Times New Roman" w:eastAsia="Times New Roman" w:cs="Times New Roman"/>
          <w:sz w:val="24"/>
        </w:rPr>
        <w:br/>
      </w:r>
      <w:r>
        <w:rPr>
          <w:rFonts w:ascii="Times New Roman" w:hAnsi="Times New Roman" w:eastAsia="Times New Roman" w:cs="Times New Roman"/>
          <w:b/>
          <w:sz w:val="24"/>
        </w:rPr>
        <w:t>RISKS</w:t>
      </w:r>
      <w:r>
        <w:rPr>
          <w:rFonts w:ascii="Times New Roman" w:hAnsi="Times New Roman" w:eastAsia="Times New Roman" w:cs="Times New Roman"/>
          <w:sz w:val="24"/>
        </w:rPr>
        <w:br/>
      </w:r>
      <w:r>
        <w:rPr>
          <w:rFonts w:ascii="Times New Roman" w:hAnsi="Times New Roman" w:eastAsia="Times New Roman" w:cs="Times New Roman"/>
          <w:sz w:val="24"/>
        </w:rPr>
        <w:br/>
      </w:r>
      <w:r>
        <w:rPr>
          <w:rFonts w:ascii="Times New Roman" w:hAnsi="Times New Roman" w:eastAsia="Times New Roman" w:cs="Times New Roman"/>
          <w:sz w:val="24"/>
        </w:rPr>
        <w:t>[DESCRIBE RISKS]</w:t>
      </w:r>
      <w:r>
        <w:rPr>
          <w:rFonts w:ascii="Times New Roman" w:hAnsi="Times New Roman" w:eastAsia="Times New Roman" w:cs="Times New Roman"/>
          <w:sz w:val="24"/>
        </w:rPr>
        <w:br/>
        <w:br/>
      </w:r>
      <w:r>
        <w:rPr>
          <w:rFonts w:ascii="Times New Roman" w:hAnsi="Times New Roman" w:eastAsia="Times New Roman" w:cs="Times New Roman"/>
          <w:b/>
          <w:sz w:val="24"/>
        </w:rPr>
        <w:t>BENEFITS</w:t>
      </w:r>
      <w:r>
        <w:rPr>
          <w:rFonts w:ascii="Times New Roman" w:hAnsi="Times New Roman" w:eastAsia="Times New Roman" w:cs="Times New Roman"/>
          <w:sz w:val="24"/>
        </w:rPr>
        <w:br/>
      </w:r>
      <w:r>
        <w:rPr>
          <w:rFonts w:ascii="Times New Roman" w:hAnsi="Times New Roman" w:eastAsia="Times New Roman" w:cs="Times New Roman"/>
          <w:sz w:val="24"/>
        </w:rPr>
        <w:br/>
      </w:r>
      <w:r>
        <w:rPr>
          <w:rFonts w:ascii="Times New Roman" w:hAnsi="Times New Roman" w:eastAsia="Times New Roman" w:cs="Times New Roman"/>
          <w:sz w:val="24"/>
        </w:rPr>
        <w:t>[DESCRIBE BENEFITS]</w:t>
      </w:r>
      <w:r>
        <w:rPr>
          <w:rFonts w:ascii="Times New Roman" w:hAnsi="Times New Roman" w:eastAsia="Times New Roman" w:cs="Times New Roman"/>
          <w:sz w:val="24"/>
        </w:rPr>
        <w:br/>
        <w:br/>
      </w:r>
      <w:r>
        <w:rPr>
          <w:rFonts w:ascii="Times New Roman" w:hAnsi="Times New Roman" w:eastAsia="Times New Roman" w:cs="Times New Roman"/>
          <w:b/>
          <w:sz w:val="24"/>
        </w:rPr>
        <w:t>CONFIDENTIALITY</w:t>
      </w:r>
    </w:p>
    <w:p>
      <w:pPr>
        <w:spacing w:before="280" w:after="280"/>
      </w:pPr>
      <w:r>
        <w:rPr>
          <w:rFonts w:ascii="Times New Roman" w:hAnsi="Times New Roman" w:eastAsia="Times New Roman" w:cs="Times New Roman"/>
          <w:sz w:val="24"/>
        </w:rPr>
        <w:t>Please do not write any identifying information.</w:t>
      </w:r>
    </w:p>
    <w:p>
      <w:pPr>
        <w:spacing w:before="280" w:after="280"/>
      </w:pPr>
      <w:r>
        <w:rPr>
          <w:rFonts w:ascii="Times New Roman" w:hAnsi="Times New Roman" w:eastAsia="Times New Roman" w:cs="Times New Roman"/>
          <w:sz w:val="24"/>
        </w:rPr>
        <w:t xml:space="preserve">Every effort will be made by the researcher to preserve your confidentiality including the following: </w:t>
      </w:r>
    </w:p>
    <w:p>
      <w:pPr>
        <w:spacing w:before="280" w:after="0"/>
      </w:pPr>
      <w:r>
        <w:rPr>
          <w:rFonts w:ascii="Times New Roman" w:hAnsi="Times New Roman" w:eastAsia="Times New Roman" w:cs="Times New Roman"/>
          <w:sz w:val="24"/>
        </w:rPr>
        <w:t>Assigning code names/numbers for participants that will be used on all research notes and documents</w:t>
      </w:r>
    </w:p>
    <w:p>
      <w:pPr>
        <w:spacing w:before="0" w:after="280"/>
      </w:pPr>
      <w:r>
        <w:rPr>
          <w:rFonts w:ascii="Times New Roman" w:hAnsi="Times New Roman" w:eastAsia="Times New Roman" w:cs="Times New Roman"/>
          <w:sz w:val="24"/>
        </w:rPr>
        <w:t>Keeping notes, interview transcriptions, and any other identifying participant information in a locked file cabinet in the personal possession of the researcher.</w:t>
      </w:r>
    </w:p>
    <w:p>
      <w:pPr>
        <w:spacing w:before="280" w:after="280"/>
      </w:pPr>
      <w:r>
        <w:rPr>
          <w:rFonts w:ascii="Times New Roman" w:hAnsi="Times New Roman" w:eastAsia="Times New Roman" w:cs="Times New Roman"/>
          <w:sz w:val="24"/>
        </w:rPr>
        <w:t>Participant data will be kept confidential except in cases where the researcher is legally obligated to report specific incidents. These incidents include, but may not be limited to, incidents of abuse and suicide risk.</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br/>
        <w:br/>
      </w:r>
      <w:r>
        <w:rPr>
          <w:rFonts w:ascii="Times New Roman" w:hAnsi="Times New Roman" w:eastAsia="Times New Roman" w:cs="Times New Roman"/>
          <w:sz w:val="24"/>
        </w:rPr>
        <w:t>[DESCRIBE COMPENSATION]</w:t>
      </w:r>
    </w:p>
    <w:p>
      <w:pPr/>
      <w:r>
        <w:rPr>
          <w:rFonts w:ascii="Times New Roman" w:hAnsi="Times New Roman" w:eastAsia="Times New Roman" w:cs="Times New Roman"/>
          <w:sz w:val="24"/>
        </w:rPr>
        <w:br/>
      </w:r>
      <w:r>
        <w:rPr>
          <w:rFonts w:ascii="Times New Roman" w:hAnsi="Times New Roman" w:eastAsia="Times New Roman" w:cs="Times New Roman"/>
          <w:b/>
          <w:sz w:val="24"/>
        </w:rPr>
        <w:t xml:space="preserve">CONTACT INFORMATION </w:t>
      </w:r>
      <w:r>
        <w:rPr>
          <w:rFonts w:ascii="Times New Roman" w:hAnsi="Times New Roman" w:eastAsia="Times New Roman" w:cs="Times New Roman"/>
          <w:sz w:val="24"/>
        </w:rPr>
        <w:br/>
        <w:br/>
      </w:r>
      <w:r>
        <w:rPr>
          <w:rFonts w:ascii="Times New Roman" w:hAnsi="Times New Roman" w:eastAsia="Times New Roman" w:cs="Times New Roman"/>
          <w:sz w:val="24"/>
        </w:rPr>
        <w:t xml:space="preserve">If you have questions at any time about this study, or you experience adverse effects as the result of participating in this study, you may contact the researcher whose contact information is provided on the first page. If you have questions regarding your rights as a research participant, or if problems arise which you do not feel you can discuss with the Primary Researcher directly by telephone at </w:t>
      </w:r>
      <w:r>
        <w:rPr>
          <w:rFonts w:ascii="Times New Roman" w:hAnsi="Times New Roman" w:eastAsia="Times New Roman" w:cs="Times New Roman"/>
          <w:sz w:val="24"/>
        </w:rPr>
        <w:t>[PHONE NUMBER]</w:t>
      </w:r>
      <w:r>
        <w:rPr>
          <w:rFonts w:ascii="Times New Roman" w:hAnsi="Times New Roman" w:eastAsia="Times New Roman" w:cs="Times New Roman"/>
          <w:sz w:val="24"/>
        </w:rPr>
        <w:t xml:space="preserve"> or at the following email address </w:t>
      </w:r>
      <w:r>
        <w:rPr>
          <w:rFonts w:ascii="Times New Roman" w:hAnsi="Times New Roman" w:eastAsia="Times New Roman" w:cs="Times New Roman"/>
          <w:sz w:val="24"/>
        </w:rPr>
        <w:t>[EMAIL ADDRESS]</w:t>
      </w:r>
      <w:r>
        <w:rPr>
          <w:rFonts w:ascii="Times New Roman" w:hAnsi="Times New Roman" w:eastAsia="Times New Roman" w:cs="Times New Roman"/>
          <w:sz w:val="24"/>
        </w:rPr>
        <w:t>.</w:t>
      </w:r>
    </w:p>
    <w:p>
      <w:pPr>
        <w:spacing w:before="280" w:after="280"/>
      </w:pPr>
      <w:r>
        <w:rPr>
          <w:rFonts w:ascii="Times New Roman" w:hAnsi="Times New Roman" w:eastAsia="Times New Roman" w:cs="Times New Roman"/>
          <w:b/>
          <w:sz w:val="24"/>
        </w:rPr>
        <w:t>VOLUNTARY PARTICIPATION</w:t>
      </w:r>
      <w:r>
        <w:rPr>
          <w:rFonts w:ascii="Times New Roman" w:hAnsi="Times New Roman" w:eastAsia="Times New Roman" w:cs="Times New Roman"/>
          <w:sz w:val="24"/>
        </w:rPr>
        <w:br/>
        <w:br/>
      </w:r>
      <w:r>
        <w:rPr>
          <w:rFonts w:ascii="Times New Roman" w:hAnsi="Times New Roman" w:eastAsia="Times New Roman" w:cs="Times New Roman"/>
          <w:sz w:val="24"/>
        </w:rPr>
        <w:t>Your participation in this study is voluntary. It is up to you to decide whether or not to take part in this study. If you decide to take part in this study, you will be asked to sign a consent form. After you sign the consent form, you are still free to withdraw at any time and without giving a reason. Withdrawing from this study will not affect the relationship you have, if any, with the researcher. If you withdraw from the study before data collection is completed, your data will be returned to you or destroyed.</w:t>
      </w:r>
    </w:p>
    <w:p>
      <w:pPr>
        <w:spacing w:before="280" w:after="280"/>
      </w:pPr>
      <w:r>
        <w:rPr>
          <w:rFonts w:ascii="Times New Roman" w:hAnsi="Times New Roman" w:eastAsia="Times New Roman" w:cs="Times New Roman"/>
          <w:sz w:val="24"/>
        </w:rPr>
        <w:t>Note</w:t>
      </w:r>
      <w:r>
        <w:rPr>
          <w:rFonts w:ascii="Times New Roman" w:hAnsi="Times New Roman" w:eastAsia="Times New Roman" w:cs="Times New Roman"/>
          <w:b/>
          <w:sz w:val="24"/>
        </w:rPr>
        <w:t>:</w:t>
      </w:r>
      <w:r>
        <w:rPr>
          <w:rFonts w:ascii="Times New Roman" w:hAnsi="Times New Roman" w:eastAsia="Times New Roman" w:cs="Times New Roman"/>
          <w:sz w:val="24"/>
        </w:rPr>
        <w:t xml:space="preserve"> Please delineate the "Consent" section of the Informed Consent Form by drawing a line across the page (like this - </w:t>
      </w:r>
      <w:r>
        <w:rPr>
          <w:rFonts w:ascii="Times New Roman" w:hAnsi="Times New Roman" w:eastAsia="Times New Roman" w:cs="Times New Roman"/>
          <w:sz w:val="24"/>
        </w:rPr>
        <w:t>Example</w:t>
      </w:r>
      <w:r>
        <w:rPr>
          <w:rFonts w:ascii="Times New Roman" w:hAnsi="Times New Roman" w:eastAsia="Times New Roman" w:cs="Times New Roman"/>
          <w:sz w:val="24"/>
        </w:rPr>
        <w:t>). This delineation is important because the consent form grammar shifts from second person to first person, as shown in the example.</w:t>
      </w:r>
    </w:p>
    <w:p>
      <w:pPr>
        <w:spacing w:before="280" w:after="280"/>
      </w:pPr>
      <w:r>
        <w:rPr>
          <w:rFonts w:ascii="Times New Roman" w:hAnsi="Times New Roman" w:eastAsia="Times New Roman" w:cs="Times New Roman"/>
          <w:b/>
          <w:sz w:val="24"/>
        </w:rPr>
        <w:t>CONSENT</w:t>
      </w:r>
      <w:r>
        <w:rPr>
          <w:rFonts w:ascii="Times New Roman" w:hAnsi="Times New Roman" w:eastAsia="Times New Roman" w:cs="Times New Roman"/>
          <w:sz w:val="24"/>
        </w:rPr>
        <w:br/>
        <w:br/>
      </w:r>
      <w:r>
        <w:rPr>
          <w:rFonts w:ascii="Times New Roman" w:hAnsi="Times New Roman" w:eastAsia="Times New Roman" w:cs="Times New Roman"/>
          <w:sz w:val="24"/>
        </w:rPr>
        <w:t xml:space="preserve">I have read and I understand the provided information and have had the opportunity to ask questions. I understand that my participation is voluntary and that I am free to withdraw at any time, without giving a reason and without cost. I understand that I will be given a copy of this consent form. I voluntarily agree to take part in this study. </w:t>
      </w:r>
      <w:r>
        <w:rPr>
          <w:rFonts w:ascii="Times New Roman" w:hAnsi="Times New Roman" w:eastAsia="Times New Roman" w:cs="Times New Roman"/>
          <w:sz w:val="24"/>
        </w:rPr>
        <w:br/>
      </w:r>
    </w:p>
    <w:p>
      <w:pPr>
        <w:spacing w:before="280" w:after="280"/>
      </w:pPr>
      <w:r>
        <w:rPr>
          <w:rFonts w:ascii="Times New Roman" w:hAnsi="Times New Roman" w:eastAsia="Times New Roman" w:cs="Times New Roman"/>
          <w:b/>
          <w:sz w:val="24"/>
        </w:rPr>
        <w:t>Participant's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 </w:t>
        <w:br/>
        <w:br/>
        <w:br/>
      </w:r>
      <w:r>
        <w:rPr>
          <w:rFonts w:ascii="Times New Roman" w:hAnsi="Times New Roman" w:eastAsia="Times New Roman" w:cs="Times New Roman"/>
          <w:b/>
          <w:sz w:val="24"/>
        </w:rPr>
        <w:t>Researcher’s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