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Reservation of Rights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received your check, number [number] dated [date] payable to our order in the sum of [amount]. The check is purportedly in payment of goods which we delivered to you on [date], under our contract of [date]. Although the shipment was in complete accordance with the terms of our contract, and we have not received any notice or other communication of any kind from you or anyone on your behalf to the contrary, the amount of the check is less than the price called for by the terms of the contract. Your failure to pay the required amount is consequently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our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notified that our acceptance and collection of the above described check is made without prejudice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reservation of all rights and remedies available to us by reason of your breach of contract.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