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RESIDENCY LETTER OF INTENT</w:t>
      </w:r>
    </w:p>
    <w:p>
      <w:pPr>
        <w:spacing w:before="0" w:after="12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[INTRODUCTION PARAGRAPH - WHEN INTERVIEW OCCURRED, INTEREST IN PROGRAM, INTENTION TO RANK]</w:t>
      </w:r>
    </w:p>
    <w:p>
      <w:pPr>
        <w:spacing w:before="0" w:after="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[PERSONAL STRENGTHS/ACCOMPLISHMENTS, EXPERIENCES IN FIELD, SPECIFIC INTERESTS IN PROGRAM, EAGERNESS TO PARTICIPATE]</w:t>
      </w:r>
    </w:p>
    <w:p>
      <w:pPr>
        <w:spacing w:before="0" w:after="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[CONCLUDING PARAGRAPH - CONFIRM INTEREST, CONFIRM INTENTION TO RANK, THANKS FOR CONSIDERATION]</w:t>
      </w:r>
    </w:p>
    <w:p>
      <w:pPr>
        <w:spacing w:before="0" w:after="0"/>
        <w:jc w:val="both"/>
      </w:pPr>
    </w:p>
    <w:p>
      <w:pPr>
        <w:spacing w:before="0" w:after="120"/>
        <w:jc w:val="both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