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
        <w:rPr>
          <w:rFonts w:ascii="Times New Roman" w:hAnsi="Times New Roman" w:eastAsia="Times New Roman" w:cs="Times New Roman"/>
          <w:sz w:val="24"/>
        </w:rPr>
        <w:t>Each adult applicant must submit a separate application.</w:t>
      </w:r>
    </w:p>
    <w:p>
      <w:pPr>
        <w:jc w:val="center"/>
      </w:pPr>
    </w:p>
    <w:p>
      <w:pPr>
        <w:jc w:val="center"/>
      </w:pPr>
      <w:r>
        <w:rPr>
          <w:rFonts w:ascii="Times New Roman" w:hAnsi="Times New Roman" w:eastAsia="Times New Roman" w:cs="Times New Roman"/>
          <w:b/>
          <w:sz w:val="24"/>
        </w:rPr>
        <w:t>RESIDENTIAL RENTAL APPLICATION</w:t>
      </w:r>
    </w:p>
    <w:p>
      <w:pPr/>
    </w:p>
    <w:p>
      <w:pPr/>
      <w:r>
        <w:rPr>
          <w:rFonts w:ascii="Times New Roman" w:hAnsi="Times New Roman" w:eastAsia="Times New Roman" w:cs="Times New Roman"/>
          <w:sz w:val="24"/>
        </w:rPr>
        <w:t>Application Fee: $</w:t>
      </w:r>
      <w:r>
        <w:rPr>
          <w:rFonts w:ascii="Times New Roman" w:hAnsi="Times New Roman" w:eastAsia="Times New Roman" w:cs="Times New Roman"/>
          <w:sz w:val="24"/>
        </w:rPr>
        <w:t>[AMOUNT]</w:t>
      </w:r>
    </w:p>
    <w:p>
      <w:pPr/>
    </w:p>
    <w:p>
      <w:pPr/>
      <w:r>
        <w:rPr>
          <w:rFonts w:ascii="Times New Roman" w:hAnsi="Times New Roman" w:eastAsia="Times New Roman" w:cs="Times New Roman"/>
          <w:sz w:val="24"/>
        </w:rPr>
        <w:t xml:space="preserve">Property Address: </w:t>
      </w:r>
      <w:r>
        <w:rPr>
          <w:rFonts w:ascii="Times New Roman" w:hAnsi="Times New Roman" w:eastAsia="Times New Roman" w:cs="Times New Roman"/>
          <w:sz w:val="24"/>
        </w:rPr>
        <w:t>[PROPERTY ADDRESS]</w:t>
      </w:r>
    </w:p>
    <w:p>
      <w:pPr/>
      <w:r>
        <w:rPr>
          <w:rFonts w:ascii="Times New Roman" w:hAnsi="Times New Roman" w:eastAsia="Times New Roman" w:cs="Times New Roman"/>
          <w:sz w:val="24"/>
        </w:rPr>
        <w:t>Monthly Rent: $</w:t>
      </w:r>
      <w:r>
        <w:rPr>
          <w:rFonts w:ascii="Times New Roman" w:hAnsi="Times New Roman" w:eastAsia="Times New Roman" w:cs="Times New Roman"/>
          <w:sz w:val="24"/>
        </w:rPr>
        <w:t>[MONTHLY RENT]</w:t>
      </w:r>
    </w:p>
    <w:p>
      <w:pPr/>
      <w:r>
        <w:rPr>
          <w:rFonts w:ascii="Times New Roman" w:hAnsi="Times New Roman" w:eastAsia="Times New Roman" w:cs="Times New Roman"/>
          <w:sz w:val="24"/>
        </w:rPr>
        <w:t xml:space="preserve">Landlord’s Name: </w:t>
      </w:r>
      <w:r>
        <w:rPr>
          <w:rFonts w:ascii="Times New Roman" w:hAnsi="Times New Roman" w:eastAsia="Times New Roman" w:cs="Times New Roman"/>
          <w:sz w:val="24"/>
        </w:rPr>
        <w:t>[LANDLORD'S NAME]</w:t>
      </w:r>
    </w:p>
    <w:p>
      <w:pPr/>
      <w:r>
        <w:rPr>
          <w:rFonts w:ascii="Times New Roman" w:hAnsi="Times New Roman" w:eastAsia="Times New Roman" w:cs="Times New Roman"/>
          <w:sz w:val="24"/>
        </w:rPr>
        <w:t xml:space="preserve">Landlord’s Phone Number: </w:t>
      </w:r>
      <w:r>
        <w:rPr>
          <w:rFonts w:ascii="Times New Roman" w:hAnsi="Times New Roman" w:eastAsia="Times New Roman" w:cs="Times New Roman"/>
          <w:sz w:val="24"/>
        </w:rPr>
        <w:t>[LANDLORD'S NUMBER]</w:t>
      </w:r>
    </w:p>
    <w:p>
      <w:pPr/>
      <w:r>
        <w:rPr>
          <w:rFonts w:ascii="Times New Roman" w:hAnsi="Times New Roman" w:eastAsia="Times New Roman" w:cs="Times New Roman"/>
          <w:sz w:val="24"/>
        </w:rPr>
        <w:t xml:space="preserve">Landlord’s E-mail Address: </w:t>
      </w:r>
      <w:r>
        <w:rPr>
          <w:rFonts w:ascii="Times New Roman" w:hAnsi="Times New Roman" w:eastAsia="Times New Roman" w:cs="Times New Roman"/>
          <w:sz w:val="24"/>
        </w:rPr>
        <w:t>[LANDLORD'S E-MAIL]</w:t>
      </w:r>
    </w:p>
    <w:p>
      <w:pPr/>
    </w:p>
    <w:p>
      <w:pPr/>
      <w:r>
        <w:rPr>
          <w:rFonts w:ascii="Times New Roman" w:hAnsi="Times New Roman" w:eastAsia="Times New Roman" w:cs="Times New Roman"/>
          <w:sz w:val="24"/>
        </w:rPr>
        <w:t xml:space="preserve">Are you co-applying with anyone else?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No</w:t>
      </w:r>
    </w:p>
    <w:p>
      <w:pPr/>
      <w:r>
        <w:rPr>
          <w:rFonts w:ascii="Times New Roman" w:hAnsi="Times New Roman" w:eastAsia="Times New Roman" w:cs="Times New Roman"/>
          <w:sz w:val="24"/>
        </w:rPr>
        <w:t xml:space="preserve">If yes, enter their names: </w:t>
      </w:r>
      <w:r>
        <w:rPr>
          <w:rFonts w:ascii="Times New Roman" w:hAnsi="Times New Roman" w:eastAsia="Times New Roman" w:cs="Times New Roman"/>
          <w:sz w:val="24"/>
        </w:rPr>
        <w:t>[NAME(S)]</w:t>
      </w:r>
    </w:p>
    <w:p>
      <w:pPr/>
    </w:p>
    <w:p>
      <w:pPr/>
      <w:r>
        <w:rPr>
          <w:rFonts w:ascii="Times New Roman" w:hAnsi="Times New Roman" w:eastAsia="Times New Roman" w:cs="Times New Roman"/>
          <w:sz w:val="24"/>
        </w:rPr>
        <w:t xml:space="preserve">Date: </w:t>
      </w:r>
      <w:r>
        <w:rPr>
          <w:rFonts w:ascii="Times New Roman" w:hAnsi="Times New Roman" w:eastAsia="Times New Roman" w:cs="Times New Roman"/>
          <w:sz w:val="24"/>
        </w:rPr>
        <w:t>[DATE]</w:t>
      </w:r>
    </w:p>
    <w:p>
      <w:pPr/>
    </w:p>
    <w:p>
      <w:pPr/>
    </w:p>
    <w:p>
      <w:pPr/>
      <w:r>
        <w:rPr>
          <w:rFonts w:ascii="Times New Roman" w:hAnsi="Times New Roman" w:eastAsia="Times New Roman" w:cs="Times New Roman"/>
          <w:sz w:val="24"/>
        </w:rPr>
        <w:t xml:space="preserve">Applicant’s Full Name: </w:t>
      </w:r>
      <w:r>
        <w:rPr>
          <w:rFonts w:ascii="Times New Roman" w:hAnsi="Times New Roman" w:eastAsia="Times New Roman" w:cs="Times New Roman"/>
          <w:sz w:val="24"/>
        </w:rPr>
        <w:t>[APPLICANT'S FULL NAME]</w:t>
      </w:r>
      <w:r>
        <w:rPr>
          <w:rFonts w:ascii="Times New Roman" w:hAnsi="Times New Roman" w:eastAsia="Times New Roman" w:cs="Times New Roman"/>
          <w:sz w:val="24"/>
        </w:rPr>
        <w:tab/>
      </w:r>
    </w:p>
    <w:p>
      <w:pPr/>
      <w:r>
        <w:rPr>
          <w:rFonts w:ascii="Times New Roman" w:hAnsi="Times New Roman" w:eastAsia="Times New Roman" w:cs="Times New Roman"/>
          <w:sz w:val="24"/>
        </w:rPr>
        <w:t xml:space="preserve">Date of Birth: </w:t>
      </w:r>
      <w:r>
        <w:rPr>
          <w:rFonts w:ascii="Times New Roman" w:hAnsi="Times New Roman" w:eastAsia="Times New Roman" w:cs="Times New Roman"/>
          <w:sz w:val="24"/>
        </w:rPr>
        <w:t>[DATE OF BIRTH]</w:t>
      </w:r>
      <w:r>
        <w:rPr>
          <w:rFonts w:ascii="Times New Roman" w:hAnsi="Times New Roman" w:eastAsia="Times New Roman" w:cs="Times New Roman"/>
          <w:sz w:val="24"/>
        </w:rPr>
        <w:tab/>
        <w:t xml:space="preserve">SSN: </w:t>
      </w:r>
      <w:r>
        <w:rPr>
          <w:rFonts w:ascii="Times New Roman" w:hAnsi="Times New Roman" w:eastAsia="Times New Roman" w:cs="Times New Roman"/>
          <w:sz w:val="24"/>
        </w:rPr>
        <w:t>[SSN #]</w:t>
      </w:r>
      <w:r>
        <w:rPr>
          <w:rFonts w:ascii="Times New Roman" w:hAnsi="Times New Roman" w:eastAsia="Times New Roman" w:cs="Times New Roman"/>
          <w:sz w:val="24"/>
        </w:rPr>
        <w:tab/>
        <w:tab/>
        <w:t xml:space="preserve">Driver’s License Number: </w:t>
      </w:r>
      <w:r>
        <w:rPr>
          <w:rFonts w:ascii="Times New Roman" w:hAnsi="Times New Roman" w:eastAsia="Times New Roman" w:cs="Times New Roman"/>
          <w:sz w:val="24"/>
        </w:rPr>
        <w:t>[DL #]</w:t>
      </w:r>
    </w:p>
    <w:p>
      <w:pPr/>
      <w:r>
        <w:rPr>
          <w:rFonts w:ascii="Times New Roman" w:hAnsi="Times New Roman" w:eastAsia="Times New Roman" w:cs="Times New Roman"/>
          <w:sz w:val="24"/>
        </w:rPr>
        <w:t xml:space="preserve">Phone Number: </w:t>
      </w:r>
      <w:r>
        <w:rPr>
          <w:rFonts w:ascii="Times New Roman" w:hAnsi="Times New Roman" w:eastAsia="Times New Roman" w:cs="Times New Roman"/>
          <w:sz w:val="24"/>
        </w:rPr>
        <w:t>[PHONE #]</w:t>
      </w:r>
    </w:p>
    <w:p>
      <w:pPr/>
      <w:r>
        <w:rPr>
          <w:rFonts w:ascii="Times New Roman" w:hAnsi="Times New Roman" w:eastAsia="Times New Roman" w:cs="Times New Roman"/>
          <w:sz w:val="24"/>
        </w:rPr>
        <w:t xml:space="preserve">E-mail Address: </w:t>
      </w:r>
      <w:r>
        <w:rPr>
          <w:rFonts w:ascii="Times New Roman" w:hAnsi="Times New Roman" w:eastAsia="Times New Roman" w:cs="Times New Roman"/>
          <w:sz w:val="24"/>
        </w:rPr>
        <w:t>[E-MAIL]</w:t>
      </w:r>
    </w:p>
    <w:p>
      <w:pPr>
        <w:jc w:val="center"/>
      </w:pPr>
    </w:p>
    <w:p>
      <w:pPr/>
    </w:p>
    <w:p>
      <w:pPr/>
      <w:r>
        <w:rPr>
          <w:rFonts w:ascii="Times New Roman" w:hAnsi="Times New Roman" w:eastAsia="Times New Roman" w:cs="Times New Roman"/>
          <w:sz w:val="24"/>
        </w:rPr>
        <w:t xml:space="preserve">Property Address: </w:t>
      </w:r>
      <w:r>
        <w:rPr>
          <w:rFonts w:ascii="Times New Roman" w:hAnsi="Times New Roman" w:eastAsia="Times New Roman" w:cs="Times New Roman"/>
          <w:sz w:val="24"/>
        </w:rPr>
        <w:t>[PROPERTY ADDRESS]</w:t>
      </w:r>
    </w:p>
    <w:p>
      <w:pPr/>
      <w:r>
        <w:rPr>
          <w:rFonts w:ascii="Times New Roman" w:hAnsi="Times New Roman" w:eastAsia="Times New Roman" w:cs="Times New Roman"/>
          <w:sz w:val="24"/>
        </w:rPr>
        <w:t>Monthly Rent: $</w:t>
      </w:r>
      <w:r>
        <w:rPr>
          <w:rFonts w:ascii="Times New Roman" w:hAnsi="Times New Roman" w:eastAsia="Times New Roman" w:cs="Times New Roman"/>
          <w:sz w:val="24"/>
        </w:rPr>
        <w:t>[MONTHLY RENT]</w:t>
      </w:r>
    </w:p>
    <w:p>
      <w:pPr/>
      <w:r>
        <w:rPr>
          <w:rFonts w:ascii="Times New Roman" w:hAnsi="Times New Roman" w:eastAsia="Times New Roman" w:cs="Times New Roman"/>
          <w:sz w:val="24"/>
        </w:rPr>
        <w:t xml:space="preserve">Lease Start: </w:t>
      </w:r>
      <w:r>
        <w:rPr>
          <w:rFonts w:ascii="Times New Roman" w:hAnsi="Times New Roman" w:eastAsia="Times New Roman" w:cs="Times New Roman"/>
          <w:sz w:val="24"/>
        </w:rPr>
        <w:t>[START DATE]</w:t>
      </w:r>
      <w:r>
        <w:rPr>
          <w:rFonts w:ascii="Times New Roman" w:hAnsi="Times New Roman" w:eastAsia="Times New Roman" w:cs="Times New Roman"/>
          <w:sz w:val="24"/>
        </w:rPr>
        <w:tab/>
        <w:t xml:space="preserve">Lease End: </w:t>
      </w:r>
      <w:r>
        <w:rPr>
          <w:rFonts w:ascii="Times New Roman" w:hAnsi="Times New Roman" w:eastAsia="Times New Roman" w:cs="Times New Roman"/>
          <w:sz w:val="24"/>
        </w:rPr>
        <w:t>[END DATE]</w:t>
      </w:r>
    </w:p>
    <w:p>
      <w:pPr/>
      <w:r>
        <w:rPr>
          <w:rFonts w:ascii="Times New Roman" w:hAnsi="Times New Roman" w:eastAsia="Times New Roman" w:cs="Times New Roman"/>
          <w:sz w:val="24"/>
        </w:rPr>
        <w:t xml:space="preserve">Reason for Moving: </w:t>
      </w:r>
      <w:r>
        <w:rPr>
          <w:rFonts w:ascii="Times New Roman" w:hAnsi="Times New Roman" w:eastAsia="Times New Roman" w:cs="Times New Roman"/>
          <w:sz w:val="24"/>
        </w:rPr>
        <w:t>[REASON FOR MOVING]</w:t>
      </w:r>
    </w:p>
    <w:p>
      <w:pPr/>
      <w:r>
        <w:rPr>
          <w:rFonts w:ascii="Times New Roman" w:hAnsi="Times New Roman" w:eastAsia="Times New Roman" w:cs="Times New Roman"/>
          <w:sz w:val="24"/>
        </w:rPr>
        <w:t xml:space="preserve">Landlord’s Name: </w:t>
      </w:r>
      <w:r>
        <w:rPr>
          <w:rFonts w:ascii="Times New Roman" w:hAnsi="Times New Roman" w:eastAsia="Times New Roman" w:cs="Times New Roman"/>
          <w:sz w:val="24"/>
        </w:rPr>
        <w:t>[LANDLORD'S NAME]</w:t>
      </w:r>
    </w:p>
    <w:p>
      <w:pPr/>
      <w:r>
        <w:rPr>
          <w:rFonts w:ascii="Times New Roman" w:hAnsi="Times New Roman" w:eastAsia="Times New Roman" w:cs="Times New Roman"/>
          <w:sz w:val="24"/>
        </w:rPr>
        <w:t xml:space="preserve">Landlord’s Phone: </w:t>
      </w:r>
      <w:r>
        <w:rPr>
          <w:rFonts w:ascii="Times New Roman" w:hAnsi="Times New Roman" w:eastAsia="Times New Roman" w:cs="Times New Roman"/>
          <w:sz w:val="24"/>
        </w:rPr>
        <w:t>[LANDLORD'S PHONE]</w:t>
      </w:r>
      <w:r>
        <w:rPr>
          <w:rFonts w:ascii="Times New Roman" w:hAnsi="Times New Roman" w:eastAsia="Times New Roman" w:cs="Times New Roman"/>
          <w:sz w:val="24"/>
        </w:rPr>
        <w:tab/>
        <w:t xml:space="preserve">Landlord’s E-mail Address: </w:t>
      </w:r>
      <w:r>
        <w:rPr>
          <w:rFonts w:ascii="Times New Roman" w:hAnsi="Times New Roman" w:eastAsia="Times New Roman" w:cs="Times New Roman"/>
          <w:sz w:val="24"/>
        </w:rPr>
        <w:t>[LANDLORD'S E-MAIL]</w:t>
      </w:r>
    </w:p>
    <w:p>
      <w:pPr/>
    </w:p>
    <w:p>
      <w:pPr/>
    </w:p>
    <w:p>
      <w:pPr/>
      <w:r>
        <w:rPr>
          <w:rFonts w:ascii="Times New Roman" w:hAnsi="Times New Roman" w:eastAsia="Times New Roman" w:cs="Times New Roman"/>
          <w:sz w:val="24"/>
        </w:rPr>
        <w:t xml:space="preserve">Property Address: </w:t>
      </w:r>
      <w:r>
        <w:rPr>
          <w:rFonts w:ascii="Times New Roman" w:hAnsi="Times New Roman" w:eastAsia="Times New Roman" w:cs="Times New Roman"/>
          <w:sz w:val="24"/>
        </w:rPr>
        <w:t>[PROPERTY ADDRESS]</w:t>
      </w:r>
    </w:p>
    <w:p>
      <w:pPr/>
      <w:r>
        <w:rPr>
          <w:rFonts w:ascii="Times New Roman" w:hAnsi="Times New Roman" w:eastAsia="Times New Roman" w:cs="Times New Roman"/>
          <w:sz w:val="24"/>
        </w:rPr>
        <w:t>Monthly Rent: $</w:t>
      </w:r>
      <w:r>
        <w:rPr>
          <w:rFonts w:ascii="Times New Roman" w:hAnsi="Times New Roman" w:eastAsia="Times New Roman" w:cs="Times New Roman"/>
          <w:sz w:val="24"/>
        </w:rPr>
        <w:t>[MONTHLY RENT]</w:t>
      </w:r>
    </w:p>
    <w:p>
      <w:pPr/>
      <w:r>
        <w:rPr>
          <w:rFonts w:ascii="Times New Roman" w:hAnsi="Times New Roman" w:eastAsia="Times New Roman" w:cs="Times New Roman"/>
          <w:sz w:val="24"/>
        </w:rPr>
        <w:t xml:space="preserve">Lease Start: </w:t>
      </w:r>
      <w:r>
        <w:rPr>
          <w:rFonts w:ascii="Times New Roman" w:hAnsi="Times New Roman" w:eastAsia="Times New Roman" w:cs="Times New Roman"/>
          <w:sz w:val="24"/>
        </w:rPr>
        <w:t>[START DATE]</w:t>
      </w:r>
      <w:r>
        <w:rPr>
          <w:rFonts w:ascii="Times New Roman" w:hAnsi="Times New Roman" w:eastAsia="Times New Roman" w:cs="Times New Roman"/>
          <w:sz w:val="24"/>
        </w:rPr>
        <w:tab/>
        <w:t xml:space="preserve">Lease End: </w:t>
      </w:r>
      <w:r>
        <w:rPr>
          <w:rFonts w:ascii="Times New Roman" w:hAnsi="Times New Roman" w:eastAsia="Times New Roman" w:cs="Times New Roman"/>
          <w:sz w:val="24"/>
        </w:rPr>
        <w:t>[END DATE]</w:t>
      </w:r>
    </w:p>
    <w:p>
      <w:pPr/>
      <w:r>
        <w:rPr>
          <w:rFonts w:ascii="Times New Roman" w:hAnsi="Times New Roman" w:eastAsia="Times New Roman" w:cs="Times New Roman"/>
          <w:sz w:val="24"/>
        </w:rPr>
        <w:t xml:space="preserve">Reason for Moving: </w:t>
      </w:r>
      <w:r>
        <w:rPr>
          <w:rFonts w:ascii="Times New Roman" w:hAnsi="Times New Roman" w:eastAsia="Times New Roman" w:cs="Times New Roman"/>
          <w:sz w:val="24"/>
        </w:rPr>
        <w:t>[REASON FOR MOVING]</w:t>
      </w:r>
    </w:p>
    <w:p>
      <w:pPr/>
      <w:r>
        <w:rPr>
          <w:rFonts w:ascii="Times New Roman" w:hAnsi="Times New Roman" w:eastAsia="Times New Roman" w:cs="Times New Roman"/>
          <w:sz w:val="24"/>
        </w:rPr>
        <w:t xml:space="preserve">Landlord’s Name: </w:t>
      </w:r>
      <w:r>
        <w:rPr>
          <w:rFonts w:ascii="Times New Roman" w:hAnsi="Times New Roman" w:eastAsia="Times New Roman" w:cs="Times New Roman"/>
          <w:sz w:val="24"/>
        </w:rPr>
        <w:t>[LANDLORD'S NAME]</w:t>
      </w:r>
    </w:p>
    <w:p>
      <w:pPr/>
      <w:r>
        <w:rPr>
          <w:rFonts w:ascii="Times New Roman" w:hAnsi="Times New Roman" w:eastAsia="Times New Roman" w:cs="Times New Roman"/>
          <w:sz w:val="24"/>
        </w:rPr>
        <w:t xml:space="preserve">Landlord’s Phone: </w:t>
      </w:r>
      <w:r>
        <w:rPr>
          <w:rFonts w:ascii="Times New Roman" w:hAnsi="Times New Roman" w:eastAsia="Times New Roman" w:cs="Times New Roman"/>
          <w:sz w:val="24"/>
        </w:rPr>
        <w:t>[LANDLORD'S PHONE]</w:t>
      </w:r>
      <w:r>
        <w:rPr>
          <w:rFonts w:ascii="Times New Roman" w:hAnsi="Times New Roman" w:eastAsia="Times New Roman" w:cs="Times New Roman"/>
          <w:sz w:val="24"/>
        </w:rPr>
        <w:tab/>
        <w:t xml:space="preserve">Landlord’s E-mail Address: </w:t>
      </w:r>
      <w:r>
        <w:rPr>
          <w:rFonts w:ascii="Times New Roman" w:hAnsi="Times New Roman" w:eastAsia="Times New Roman" w:cs="Times New Roman"/>
          <w:sz w:val="24"/>
        </w:rPr>
        <w:t>[LANDLORD'S E-MAIL]</w:t>
      </w:r>
    </w:p>
    <w:p>
      <w:pPr/>
    </w:p>
    <w:p>
      <w:pPr/>
    </w:p>
    <w:p>
      <w:pPr/>
      <w:r>
        <w:rPr>
          <w:rFonts w:ascii="Times New Roman" w:hAnsi="Times New Roman" w:eastAsia="Times New Roman" w:cs="Times New Roman"/>
          <w:sz w:val="24"/>
        </w:rPr>
        <w:t xml:space="preserve">Occupation: </w:t>
      </w:r>
      <w:r>
        <w:rPr>
          <w:rFonts w:ascii="Times New Roman" w:hAnsi="Times New Roman" w:eastAsia="Times New Roman" w:cs="Times New Roman"/>
          <w:sz w:val="24"/>
        </w:rPr>
        <w:t>[OCCUPATION]</w:t>
      </w:r>
    </w:p>
    <w:p>
      <w:pPr/>
      <w:r>
        <w:rPr>
          <w:rFonts w:ascii="Times New Roman" w:hAnsi="Times New Roman" w:eastAsia="Times New Roman" w:cs="Times New Roman"/>
          <w:sz w:val="24"/>
        </w:rPr>
        <w:t xml:space="preserve">Employer: </w:t>
      </w:r>
      <w:r>
        <w:rPr>
          <w:rFonts w:ascii="Times New Roman" w:hAnsi="Times New Roman" w:eastAsia="Times New Roman" w:cs="Times New Roman"/>
          <w:sz w:val="24"/>
        </w:rPr>
        <w:t>[EMPLOYER'S NAME]</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Start Date: </w:t>
      </w:r>
      <w:r>
        <w:rPr>
          <w:rFonts w:ascii="Times New Roman" w:hAnsi="Times New Roman" w:eastAsia="Times New Roman" w:cs="Times New Roman"/>
          <w:sz w:val="24"/>
        </w:rPr>
        <w:t>[START DATE]</w:t>
      </w:r>
    </w:p>
    <w:p>
      <w:pPr/>
      <w:r>
        <w:rPr>
          <w:rFonts w:ascii="Times New Roman" w:hAnsi="Times New Roman" w:eastAsia="Times New Roman" w:cs="Times New Roman"/>
          <w:sz w:val="24"/>
        </w:rPr>
        <w:t>Gross Monthly Income: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w:t>
        <w:tab/>
      </w:r>
    </w:p>
    <w:p>
      <w:pPr/>
      <w:r>
        <w:rPr>
          <w:rFonts w:ascii="Times New Roman" w:hAnsi="Times New Roman" w:eastAsia="Times New Roman" w:cs="Times New Roman"/>
          <w:sz w:val="24"/>
        </w:rPr>
        <w:t xml:space="preserve">Supervisor’s Name: </w:t>
      </w:r>
      <w:r>
        <w:rPr>
          <w:rFonts w:ascii="Times New Roman" w:hAnsi="Times New Roman" w:eastAsia="Times New Roman" w:cs="Times New Roman"/>
          <w:sz w:val="24"/>
        </w:rPr>
        <w:t>[SUPERVISOR'S NAME]</w:t>
      </w:r>
    </w:p>
    <w:p>
      <w:pPr/>
      <w:r>
        <w:rPr>
          <w:rFonts w:ascii="Times New Roman" w:hAnsi="Times New Roman" w:eastAsia="Times New Roman" w:cs="Times New Roman"/>
          <w:sz w:val="24"/>
        </w:rPr>
        <w:t xml:space="preserve">Supervisor’s Phone: </w:t>
      </w:r>
      <w:r>
        <w:rPr>
          <w:rFonts w:ascii="Times New Roman" w:hAnsi="Times New Roman" w:eastAsia="Times New Roman" w:cs="Times New Roman"/>
          <w:sz w:val="24"/>
        </w:rPr>
        <w:t>[PHONE #]</w:t>
      </w:r>
      <w:r>
        <w:rPr>
          <w:rFonts w:ascii="Times New Roman" w:hAnsi="Times New Roman" w:eastAsia="Times New Roman" w:cs="Times New Roman"/>
          <w:sz w:val="24"/>
        </w:rPr>
        <w:t xml:space="preserve"> Supervisor’s E-mail Address: </w:t>
      </w:r>
      <w:r>
        <w:rPr>
          <w:rFonts w:ascii="Times New Roman" w:hAnsi="Times New Roman" w:eastAsia="Times New Roman" w:cs="Times New Roman"/>
          <w:sz w:val="24"/>
        </w:rPr>
        <w:t>[SUPERVISOR'S E-MAIL]</w:t>
      </w:r>
    </w:p>
    <w:p>
      <w:pPr/>
    </w:p>
    <w:p>
      <w:pPr/>
    </w:p>
    <w:p>
      <w:pPr/>
      <w:r>
        <w:rPr>
          <w:rFonts w:ascii="Times New Roman" w:hAnsi="Times New Roman" w:eastAsia="Times New Roman" w:cs="Times New Roman"/>
          <w:sz w:val="24"/>
        </w:rPr>
        <w:t xml:space="preserve">Will there be any minor dependents living with you?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No</w:t>
      </w:r>
    </w:p>
    <w:p>
      <w:pPr/>
      <w:r>
        <w:rPr>
          <w:rFonts w:ascii="Times New Roman" w:hAnsi="Times New Roman" w:eastAsia="Times New Roman" w:cs="Times New Roman"/>
          <w:sz w:val="24"/>
        </w:rPr>
        <w:t xml:space="preserve">If yes, describe: </w:t>
      </w:r>
      <w:r>
        <w:rPr>
          <w:rFonts w:ascii="Times New Roman" w:hAnsi="Times New Roman" w:eastAsia="Times New Roman" w:cs="Times New Roman"/>
          <w:sz w:val="24"/>
        </w:rPr>
        <w:t>[DESCRIPTION]</w:t>
      </w:r>
    </w:p>
    <w:p>
      <w:pPr/>
    </w:p>
    <w:p>
      <w:pPr/>
      <w:r>
        <w:rPr>
          <w:rFonts w:ascii="Times New Roman" w:hAnsi="Times New Roman" w:eastAsia="Times New Roman" w:cs="Times New Roman"/>
          <w:sz w:val="24"/>
        </w:rPr>
        <w:t xml:space="preserve">Do you have any pets?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No</w:t>
      </w:r>
    </w:p>
    <w:p>
      <w:pPr/>
      <w:r>
        <w:rPr>
          <w:rFonts w:ascii="Times New Roman" w:hAnsi="Times New Roman" w:eastAsia="Times New Roman" w:cs="Times New Roman"/>
          <w:sz w:val="24"/>
        </w:rPr>
        <w:t xml:space="preserve">If yes, describe: </w:t>
      </w:r>
      <w:r>
        <w:rPr>
          <w:rFonts w:ascii="Times New Roman" w:hAnsi="Times New Roman" w:eastAsia="Times New Roman" w:cs="Times New Roman"/>
          <w:sz w:val="24"/>
        </w:rPr>
        <w:t>[DESCRIPTION]</w:t>
      </w:r>
    </w:p>
    <w:p>
      <w:pPr>
        <w:jc w:val="center"/>
      </w:pPr>
    </w:p>
    <w:p>
      <w:pPr/>
    </w:p>
    <w:p>
      <w:pPr/>
      <w:r>
        <w:rPr>
          <w:rFonts w:ascii="Times New Roman" w:hAnsi="Times New Roman" w:eastAsia="Times New Roman" w:cs="Times New Roman"/>
          <w:b/>
          <w:sz w:val="24"/>
        </w:rPr>
        <w:t>Eviction</w:t>
      </w:r>
      <w:r>
        <w:rPr>
          <w:rFonts w:ascii="Times New Roman" w:hAnsi="Times New Roman" w:eastAsia="Times New Roman" w:cs="Times New Roman"/>
          <w:sz w:val="24"/>
        </w:rPr>
        <w:t xml:space="preserve">. Have you ever been evicted or a defendant in an eviction action?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No</w:t>
      </w:r>
    </w:p>
    <w:p>
      <w:pPr/>
      <w:r>
        <w:rPr>
          <w:rFonts w:ascii="Times New Roman" w:hAnsi="Times New Roman" w:eastAsia="Times New Roman" w:cs="Times New Roman"/>
          <w:sz w:val="24"/>
        </w:rPr>
        <w:t xml:space="preserve">If yes, describe: </w:t>
      </w:r>
      <w:r>
        <w:rPr>
          <w:rFonts w:ascii="Times New Roman" w:hAnsi="Times New Roman" w:eastAsia="Times New Roman" w:cs="Times New Roman"/>
          <w:sz w:val="24"/>
        </w:rPr>
        <w:t>[DESCRIBE EVICTION]</w:t>
      </w:r>
    </w:p>
    <w:p>
      <w:pPr/>
    </w:p>
    <w:p>
      <w:pPr/>
      <w:r>
        <w:rPr>
          <w:rFonts w:ascii="Times New Roman" w:hAnsi="Times New Roman" w:eastAsia="Times New Roman" w:cs="Times New Roman"/>
          <w:b/>
          <w:sz w:val="24"/>
        </w:rPr>
        <w:t>Bankruptcy</w:t>
      </w:r>
      <w:r>
        <w:rPr>
          <w:rFonts w:ascii="Times New Roman" w:hAnsi="Times New Roman" w:eastAsia="Times New Roman" w:cs="Times New Roman"/>
          <w:sz w:val="24"/>
        </w:rPr>
        <w:t xml:space="preserve">. Have you ever filed, or are you in the process of filing bankruptcy?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No</w:t>
      </w:r>
    </w:p>
    <w:p>
      <w:pPr/>
      <w:r>
        <w:rPr>
          <w:rFonts w:ascii="Times New Roman" w:hAnsi="Times New Roman" w:eastAsia="Times New Roman" w:cs="Times New Roman"/>
          <w:sz w:val="24"/>
        </w:rPr>
        <w:t xml:space="preserve">If yes, describe: </w:t>
      </w:r>
      <w:r>
        <w:rPr>
          <w:rFonts w:ascii="Times New Roman" w:hAnsi="Times New Roman" w:eastAsia="Times New Roman" w:cs="Times New Roman"/>
          <w:sz w:val="24"/>
        </w:rPr>
        <w:t>[DESCRIBE BANKRUPTCY]</w:t>
      </w:r>
    </w:p>
    <w:p>
      <w:pPr>
        <w:jc w:val="center"/>
      </w:pPr>
    </w:p>
    <w:p>
      <w:pPr/>
    </w:p>
    <w:p>
      <w:pPr/>
      <w:r>
        <w:rPr>
          <w:rFonts w:ascii="Times New Roman" w:hAnsi="Times New Roman" w:eastAsia="Times New Roman" w:cs="Times New Roman"/>
          <w:sz w:val="24"/>
        </w:rPr>
        <w:t xml:space="preserve">Full Name: </w:t>
      </w:r>
      <w:r>
        <w:rPr>
          <w:rFonts w:ascii="Times New Roman" w:hAnsi="Times New Roman" w:eastAsia="Times New Roman" w:cs="Times New Roman"/>
          <w:sz w:val="24"/>
        </w:rPr>
        <w:t>[REFERENCE 1 FULL NAME]</w:t>
      </w:r>
      <w:r>
        <w:rPr>
          <w:rFonts w:ascii="Times New Roman" w:hAnsi="Times New Roman" w:eastAsia="Times New Roman" w:cs="Times New Roman"/>
          <w:sz w:val="24"/>
        </w:rPr>
        <w:tab/>
      </w:r>
    </w:p>
    <w:p>
      <w:pPr/>
      <w:r>
        <w:rPr>
          <w:rFonts w:ascii="Times New Roman" w:hAnsi="Times New Roman" w:eastAsia="Times New Roman" w:cs="Times New Roman"/>
          <w:sz w:val="24"/>
        </w:rPr>
        <w:t xml:space="preserve">Relationship to you: </w:t>
      </w:r>
      <w:r>
        <w:rPr>
          <w:rFonts w:ascii="Times New Roman" w:hAnsi="Times New Roman" w:eastAsia="Times New Roman" w:cs="Times New Roman"/>
          <w:sz w:val="24"/>
        </w:rPr>
        <w:t>[RELATIONSHIP]</w:t>
      </w:r>
    </w:p>
    <w:p>
      <w:pPr/>
      <w:r>
        <w:rPr>
          <w:rFonts w:ascii="Times New Roman" w:hAnsi="Times New Roman" w:eastAsia="Times New Roman" w:cs="Times New Roman"/>
          <w:sz w:val="24"/>
        </w:rPr>
        <w:t xml:space="preserve">Phone Number: </w:t>
      </w:r>
      <w:r>
        <w:rPr>
          <w:rFonts w:ascii="Times New Roman" w:hAnsi="Times New Roman" w:eastAsia="Times New Roman" w:cs="Times New Roman"/>
          <w:sz w:val="24"/>
        </w:rPr>
        <w:t>[PHONE #]</w:t>
      </w:r>
    </w:p>
    <w:p>
      <w:pPr/>
      <w:r>
        <w:rPr>
          <w:rFonts w:ascii="Times New Roman" w:hAnsi="Times New Roman" w:eastAsia="Times New Roman" w:cs="Times New Roman"/>
          <w:sz w:val="24"/>
        </w:rPr>
        <w:t xml:space="preserve">E-mail Address: </w:t>
      </w:r>
      <w:r>
        <w:rPr>
          <w:rFonts w:ascii="Times New Roman" w:hAnsi="Times New Roman" w:eastAsia="Times New Roman" w:cs="Times New Roman"/>
          <w:sz w:val="24"/>
        </w:rPr>
        <w:t>[E-MAIL ADDRESS]</w:t>
      </w:r>
    </w:p>
    <w:p>
      <w:pPr/>
      <w:r>
        <w:rPr>
          <w:rFonts w:ascii="Times New Roman" w:hAnsi="Times New Roman" w:eastAsia="Times New Roman" w:cs="Times New Roman"/>
          <w:sz w:val="24"/>
        </w:rPr>
        <w:t xml:space="preserve">Full Name: </w:t>
      </w:r>
      <w:r>
        <w:rPr>
          <w:rFonts w:ascii="Times New Roman" w:hAnsi="Times New Roman" w:eastAsia="Times New Roman" w:cs="Times New Roman"/>
          <w:sz w:val="24"/>
        </w:rPr>
        <w:t>[REFERENCE 2 FULL NAME]</w:t>
      </w:r>
      <w:r>
        <w:rPr>
          <w:rFonts w:ascii="Times New Roman" w:hAnsi="Times New Roman" w:eastAsia="Times New Roman" w:cs="Times New Roman"/>
          <w:sz w:val="24"/>
        </w:rPr>
        <w:tab/>
      </w:r>
    </w:p>
    <w:p>
      <w:pPr/>
      <w:r>
        <w:rPr>
          <w:rFonts w:ascii="Times New Roman" w:hAnsi="Times New Roman" w:eastAsia="Times New Roman" w:cs="Times New Roman"/>
          <w:sz w:val="24"/>
        </w:rPr>
        <w:t xml:space="preserve">Relationship to you: </w:t>
      </w:r>
      <w:r>
        <w:rPr>
          <w:rFonts w:ascii="Times New Roman" w:hAnsi="Times New Roman" w:eastAsia="Times New Roman" w:cs="Times New Roman"/>
          <w:sz w:val="24"/>
        </w:rPr>
        <w:t>[RELATIONSHIP]</w:t>
      </w:r>
    </w:p>
    <w:p>
      <w:pPr/>
      <w:r>
        <w:rPr>
          <w:rFonts w:ascii="Times New Roman" w:hAnsi="Times New Roman" w:eastAsia="Times New Roman" w:cs="Times New Roman"/>
          <w:sz w:val="24"/>
        </w:rPr>
        <w:t xml:space="preserve">Phone Number: </w:t>
      </w:r>
      <w:r>
        <w:rPr>
          <w:rFonts w:ascii="Times New Roman" w:hAnsi="Times New Roman" w:eastAsia="Times New Roman" w:cs="Times New Roman"/>
          <w:sz w:val="24"/>
        </w:rPr>
        <w:t>[PHONE #]</w:t>
      </w:r>
    </w:p>
    <w:p>
      <w:pPr/>
      <w:r>
        <w:rPr>
          <w:rFonts w:ascii="Times New Roman" w:hAnsi="Times New Roman" w:eastAsia="Times New Roman" w:cs="Times New Roman"/>
          <w:sz w:val="24"/>
        </w:rPr>
        <w:t xml:space="preserve">E-mail Address: </w:t>
      </w:r>
      <w:r>
        <w:rPr>
          <w:rFonts w:ascii="Times New Roman" w:hAnsi="Times New Roman" w:eastAsia="Times New Roman" w:cs="Times New Roman"/>
          <w:sz w:val="24"/>
        </w:rPr>
        <w:t>[E-MAIL ADDRESS]</w:t>
      </w:r>
    </w:p>
    <w:p>
      <w:pPr/>
    </w:p>
    <w:p>
      <w:pPr/>
    </w:p>
    <w:p>
      <w:pPr/>
      <w:r>
        <w:rPr>
          <w:rFonts w:ascii="Times New Roman" w:hAnsi="Times New Roman" w:eastAsia="Times New Roman" w:cs="Times New Roman"/>
          <w:sz w:val="24"/>
        </w:rPr>
        <w:t xml:space="preserve">I hereby certify that I am at least 18 years of age and that all information given on this application is true and correct. I authorize the Landlord and its agents to obtain an investigative consumer credit report including but not limited to credit history, OFAC search, landlord/tenant court record search, criminal record search, and registered sex offender search. I authorize the release of information from previous or current landlords, employers, bank representatives, and personal references. I agree to furnish additional credit and/or personal references upon request. I understand incomplete or incorrect information provided in this application may cause a delay in processing which may result in denial of tenancy. This investigation is for resident screening purposes only and is strictly confidential. </w:t>
      </w:r>
    </w:p>
    <w:p>
      <w:pPr/>
    </w:p>
    <w:p>
      <w:pPr/>
      <w:r>
        <w:rPr>
          <w:rFonts w:ascii="Times New Roman" w:hAnsi="Times New Roman" w:eastAsia="Times New Roman" w:cs="Times New Roman"/>
          <w:sz w:val="24"/>
        </w:rPr>
        <w:t>Important information about your rights under the Fair Credit Reporting Act:</w:t>
      </w:r>
    </w:p>
    <w:p>
      <w:pPr/>
    </w:p>
    <w:p>
      <w:pPr/>
      <w:r>
        <w:rPr>
          <w:rFonts w:ascii="Times New Roman" w:hAnsi="Times New Roman" w:eastAsia="Times New Roman" w:cs="Times New Roman"/>
          <w:sz w:val="24"/>
        </w:rPr>
        <w:t>You have a right to request disclosure of the nature and scope of the investigation.</w:t>
      </w:r>
    </w:p>
    <w:p>
      <w:pPr/>
      <w:r>
        <w:rPr>
          <w:rFonts w:ascii="Times New Roman" w:hAnsi="Times New Roman" w:eastAsia="Times New Roman" w:cs="Times New Roman"/>
          <w:sz w:val="24"/>
        </w:rPr>
        <w:t>You must be told if information in your file has been used against you.</w:t>
      </w:r>
    </w:p>
    <w:p>
      <w:pPr/>
      <w:r>
        <w:rPr>
          <w:rFonts w:ascii="Times New Roman" w:hAnsi="Times New Roman" w:eastAsia="Times New Roman" w:cs="Times New Roman"/>
          <w:sz w:val="24"/>
        </w:rPr>
        <w:t>You have a right to know what is in your file, and this disclosure may be free.</w:t>
      </w:r>
    </w:p>
    <w:p>
      <w:pPr/>
      <w:r>
        <w:rPr>
          <w:rFonts w:ascii="Times New Roman" w:hAnsi="Times New Roman" w:eastAsia="Times New Roman" w:cs="Times New Roman"/>
          <w:sz w:val="24"/>
        </w:rPr>
        <w:t>You have the right to ask for a credit score (there may be a fee for this service).</w:t>
      </w:r>
    </w:p>
    <w:p>
      <w:pPr/>
      <w:r>
        <w:rPr>
          <w:rFonts w:ascii="Times New Roman" w:hAnsi="Times New Roman" w:eastAsia="Times New Roman" w:cs="Times New Roman"/>
          <w:sz w:val="24"/>
        </w:rPr>
        <w:t>You have the right to dispute incomplete or inaccurate information. Consumer reporting agencies must correct inaccurate, incomplete, or unverifiable information.</w:t>
      </w:r>
    </w:p>
    <w:p>
      <w:pPr/>
    </w:p>
    <w:p>
      <w:pPr/>
      <w:r>
        <w:rPr>
          <w:rFonts w:ascii="Times New Roman" w:hAnsi="Times New Roman" w:eastAsia="Times New Roman" w:cs="Times New Roman"/>
          <w:sz w:val="24"/>
        </w:rPr>
        <w:t>Consumer Response Center, Room 130-A, Federal Trade Commission, 600 Pennsylvania Avenue N.W., Washington D.C. 20580.</w:t>
      </w:r>
    </w:p>
    <w:p>
      <w:pPr/>
    </w:p>
    <w:p>
      <w:pPr/>
      <w:r>
        <w:rPr>
          <w:rFonts w:ascii="Times New Roman" w:hAnsi="Times New Roman" w:eastAsia="Times New Roman" w:cs="Times New Roman"/>
          <w:sz w:val="24"/>
        </w:rPr>
        <w:t xml:space="preserve">In connection with my application for housing, I understand that the property owner/agent may obtain one or more consumer reports, which may contain public information, for the purposes of evaluating my application. These reports may contain information on my character, general reputation, personal characteristics, and mode of living. </w:t>
      </w:r>
    </w:p>
    <w:p>
      <w:pPr/>
    </w:p>
    <w:p>
      <w:pPr/>
      <w:r>
        <w:rPr>
          <w:rFonts w:ascii="Times New Roman" w:hAnsi="Times New Roman" w:eastAsia="Times New Roman" w:cs="Times New Roman"/>
          <w:b/>
          <w:sz w:val="24"/>
        </w:rPr>
        <w:t>Applicant’s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w:t>
      </w:r>
      <w:r>
        <w:rPr>
          <w:rFonts w:ascii="Times New Roman" w:hAnsi="Times New Roman" w:eastAsia="Times New Roman" w:cs="Times New Roman"/>
          <w:sz w:val="24"/>
        </w:rPr>
        <w:t xml:space="preserve"> Date: </w:t>
      </w:r>
      <w:r>
        <w:rPr>
          <w:rFonts w:ascii="Times New Roman" w:hAnsi="Times New Roman" w:eastAsia="Times New Roman" w:cs="Times New Roman"/>
          <w:sz w:val="24"/>
        </w:rPr>
        <w:t>[SIGNING DATE]</w:t>
      </w:r>
    </w:p>
    <w:p>
      <w:pPr/>
    </w:p>
    <w:p>
      <w:pPr/>
      <w:r>
        <w:rPr>
          <w:rFonts w:ascii="Times New Roman" w:hAnsi="Times New Roman" w:eastAsia="Times New Roman" w:cs="Times New Roman"/>
          <w:sz w:val="24"/>
        </w:rPr>
        <w:t xml:space="preserve">Print Name: </w:t>
      </w:r>
      <w:r>
        <w:rPr>
          <w:rFonts w:ascii="Times New Roman" w:hAnsi="Times New Roman" w:eastAsia="Times New Roman" w:cs="Times New Roman"/>
          <w:sz w:val="24"/>
        </w:rPr>
        <w:t>[PRINT NAME]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