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RESIGNATION LETTER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This letter represents my official notice of resignation from my position of </w:t>
      </w:r>
      <w:r>
        <w:rPr>
          <w:rFonts w:ascii="Times New Roman" w:hAnsi="Times New Roman" w:eastAsia="Times New Roman" w:cs="Times New Roman"/>
          <w:b w:val="0"/>
          <w:sz w:val="24"/>
        </w:rPr>
        <w:t>[OFFICIAL TITLE]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COMPANY]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 made final on the </w:t>
      </w:r>
      <w:r>
        <w:rPr>
          <w:rFonts w:ascii="Times New Roman" w:hAnsi="Times New Roman" w:eastAsia="Times New Roman" w:cs="Times New Roman"/>
          <w:b w:val="0"/>
          <w:sz w:val="24"/>
        </w:rPr>
        <w:t>[DAY]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of </w:t>
      </w:r>
      <w:r>
        <w:rPr>
          <w:rFonts w:ascii="Times New Roman" w:hAnsi="Times New Roman" w:eastAsia="Times New Roman" w:cs="Times New Roman"/>
          <w:b w:val="0"/>
          <w:sz w:val="24"/>
        </w:rPr>
        <w:t>[MONTH]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[YEAR]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It has been with great pleasure to be alongside the individuals at </w:t>
      </w:r>
      <w:r>
        <w:rPr>
          <w:rFonts w:ascii="Times New Roman" w:hAnsi="Times New Roman" w:eastAsia="Times New Roman" w:cs="Times New Roman"/>
          <w:b w:val="0"/>
          <w:sz w:val="24"/>
        </w:rPr>
        <w:t>[NAME OF COMPANY]</w:t>
      </w:r>
      <w:r>
        <w:rPr>
          <w:rFonts w:ascii="Times New Roman" w:hAnsi="Times New Roman" w:eastAsia="Times New Roman" w:cs="Times New Roman"/>
          <w:b w:val="0"/>
          <w:sz w:val="24"/>
        </w:rPr>
        <w:t>, and I will always appreciate the experience and knowledge I gained during my time here.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>I hope the notice period is enough for you to find a replacement. Furthermore, please let me know of any help I can provide to train or assist the person who will take over my position.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Signature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