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Responses to Requests for Production of Documents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NO. [case docket number]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[RESPONDING PARTY DESIGNATION, E.G., DEFENDANT] [RESPONDING PARTY NAME]'S RESPONSES TO [REQUESTING PARTY DESIGNATION, E.G., PLAINTIFF] [REQUESTING PARTY NAME]'S [SET NUMBER, E.G., FIRST] SET OF REQUESTS FOR PRODUCTION TO [RESPONDING PARTY DESIGNATION, E.G., DEFENDANT] [RESPONDING PARTY NAME]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Pursuant to Conn. Practice Book § 13-10, [responding party designation, e.g., Defendant] [responding party name] hereby responds to [requesting party designation, e.g., Plaintiff] [requesting party name]'s [set number, e.g., First] Set of Requests for Production to [responding party designation, e.g., Defendant] [responding party name] as follows: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REQUEST NO. 1: [verbatim text of request]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RESPONSE TO REQUEST NO. 1: [Responding party designation, e.g., Defendant] will comply with this request.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REQUEST NO. 2: [verbatim text of request]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RESPONSE TO REQUEST NO. 2: [Responding party designation, e.g., Defendant] objects to this request in part on the grounds that, as further explained in the Objections served with these Responses and filed with the court, [briefly state reasons for objection]. [Responding party designation, e.g., Defendant] is withholding responsive materials on the basis of this objection. Subject to and without waiving this objection, [responding party designation, e.g., Defendant] will comply with the nonobjectionable part of this request as follows: [describe partial compliance].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REQUEST NO. 3: [verbatim text of request]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RESPONSE TO REQUEST NO. 3: [Responding party designation, e.g., Defendant] objects to this request in its entirety on the grounds that, as further explained in the Objections served with these Responses and filed with the court, [briefly state reasons for objection, e.g., all the materials requested are protected by attorney-client privilege]. [Responding party designation, e.g., Defendant] is withholding responsive materials on the basis of this objection.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REQUEST NO. 4: [verbatim text of request]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RESPONSE TO REQUEST NO. 4: After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diligent search, [responding party designation, e.g., Defendant] has found no documents or other things of the type requested within [his / her / its] possession, custody, or control. [Responding party designation, e.g., Defendant] will supplement this response appropriately if [he / she / it] later locates any documents or other things of the type requested within [his / her / its] possession, custody, or control. [Responding party designation, e.g., Defendant] objects to this request to the extent that it purports to require [responding party designation, e.g., Defendant] to produce any documents or things that are not within [his / her / its] possession, custody, or control.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[Continue listing other RFPs and responses or objections]</w:t>
      </w:r>
    </w:p>
    <w:p>
      <w:pPr/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[Responding party designation, e.g., Defendant]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[Responding party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 __________________ (attorney signature)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[attorney typed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name, if any]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[mailing 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[telephone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[email 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Juris No. [Juris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[His / Her / Its] Attorney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CERTIFICATE OF SERVICE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 certify that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copy of the above [responding party designation, e.g., Defendant] [responding party name]'s Responses to [requesting party designation, e.g., Plaintiff] [requesting party name]'s [set number, e.g., First] Set of Requests for Production to [responding party designation, e.g., Defendant] [responding party name] was mailed or delivered electronically or nonelectronically on [date of service] to all counsel and self-represented parties of record and that written consent for electronic delivery was received from all counsel and self-represented parties of record who were electronically served.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Parties and/or attorneys served: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[List name of each party and attorney served and address at which service was made]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 (signature of attorney or party making service)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[typed name of attorney or party making service]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