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Restated Certificate of Incorporation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val="0"/>
          <w:sz w:val="24"/>
        </w:rPr>
        <w:t xml:space="preserve">[AMENDED AND] RESTATED CERTIFICATE OF INCORPORATION </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OF </w:t>
      </w:r>
    </w:p>
    <w:p>
      <w:pPr>
        <w:keepNext w:val="0"/>
        <w:spacing w:before="120" w:after="0" w:line="260" w:lineRule="exact"/>
        <w:ind w:left="360" w:right="0" w:firstLine="0"/>
        <w:jc w:val="left"/>
      </w:pPr>
      <w:r>
        <w:rPr>
          <w:rFonts w:ascii="Times New Roman" w:hAnsi="Times New Roman" w:eastAsia="Times New Roman" w:cs="Times New Roman"/>
          <w:b w:val="0"/>
          <w:sz w:val="24"/>
        </w:rPr>
        <w:t>[NAME OF CORPORATION]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[Name of Corporation],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 organized and existing under the laws of the State of Florida (the “Corporation”), hereby certifies as follows:</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name of the corporation is [name of corporation] (the “Corporation”).</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Amended and Restated Certificate of Incorporation, which restates, integrates, and further amends the certificate of incorporation of the Corporation, has been duly adopted by the Corporation in accordance with Section 607.1007 of the Florida Business Corporation Act and has been duly adopted by the [requisite vote of the [sole] stockholder[s] of the Corporation/directors of the Corporation] in accordance with Section 607.1003 of the Florida Business Corporation Act. [The number of votes cast for the amendment[s] by the shareholders[of the [voting group name]] was sufficient for approval.]</w:t>
      </w:r>
    </w:p>
    <w:p>
      <w:pPr>
        <w:keepNext w:val="0"/>
        <w:spacing w:before="120" w:after="0" w:line="260" w:lineRule="exact"/>
        <w:ind w:left="1080" w:right="0" w:firstLine="0"/>
        <w:jc w:val="left"/>
      </w:pPr>
      <w:r>
        <w:rPr>
          <w:rFonts w:ascii="Times New Roman" w:hAnsi="Times New Roman" w:eastAsia="Times New Roman" w:cs="Times New Roman"/>
          <w:b w:val="0"/>
          <w:sz w:val="24"/>
        </w:rPr>
        <w:t>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text of the Corporation’s existing Certificate of Incorporation is hereby restated[,/and] integrated, [and amended/ without amendment], in its entirety, to read [as follows: [as set forth on Exhibit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attached hereto.]]</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[complete text of restated certificate here or on Exhibit </w:t>
      </w:r>
      <w:r>
        <w:rPr>
          <w:rFonts w:ascii="Times New Roman" w:hAnsi="Times New Roman" w:eastAsia="Times New Roman" w:cs="Times New Roman"/>
          <w:b/>
          <w:sz w:val="24"/>
        </w:rPr>
        <w:t>A</w:t>
      </w:r>
      <w:r>
        <w:rPr>
          <w:rFonts w:ascii="Times New Roman" w:hAnsi="Times New Roman" w:eastAsia="Times New Roman" w:cs="Times New Roman"/>
          <w:b w:val="0"/>
          <w:sz w:val="24"/>
        </w:rPr>
        <w:t>, as applicable.]</w:t>
      </w:r>
    </w:p>
    <w:p>
      <w:pPr>
        <w:keepNext w:val="0"/>
        <w:spacing w:before="120" w:after="0" w:line="260" w:lineRule="exact"/>
        <w:ind w:left="1080" w:right="0" w:firstLine="0"/>
        <w:jc w:val="left"/>
      </w:pPr>
      <w:r>
        <w:rPr>
          <w:rFonts w:ascii="Times New Roman" w:hAnsi="Times New Roman" w:eastAsia="Times New Roman" w:cs="Times New Roman"/>
          <w:b w:val="0"/>
          <w:sz w:val="24"/>
        </w:rPr>
        <w:t>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[Amended and] Restated Certificate of Incorporation shall be effective [upon filing with the Florida Secretary of State/as of [date up to 90 days after filing].</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the Corporation has caused this [Amended and] Restated Certificate of Incorporation to be executed by the undersigned on this [day] day of [month], [year].</w:t>
      </w:r>
    </w:p>
    <w:p>
      <w:pPr>
        <w:keepNext w:val="0"/>
        <w:spacing w:before="120" w:after="0" w:line="260" w:lineRule="exact"/>
        <w:ind w:left="360" w:right="0" w:firstLine="0"/>
        <w:jc w:val="left"/>
      </w:pPr>
      <w:r>
        <w:rPr>
          <w:rFonts w:ascii="Times New Roman" w:hAnsi="Times New Roman" w:eastAsia="Times New Roman" w:cs="Times New Roman"/>
          <w:b w:val="0"/>
          <w:sz w:val="24"/>
        </w:rPr>
        <w:t>[Name of Corporation]</w:t>
      </w:r>
    </w:p>
    <w:p>
      <w:pPr>
        <w:keepNext w:val="0"/>
        <w:spacing w:before="120" w:after="0" w:line="260" w:lineRule="exact"/>
        <w:ind w:left="36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Florida Corporation</w:t>
      </w:r>
    </w:p>
    <w:p>
      <w:pPr>
        <w:keepNext w:val="0"/>
        <w:spacing w:before="120" w:after="0" w:line="260" w:lineRule="exact"/>
        <w:ind w:left="360" w:right="0" w:firstLine="0"/>
        <w:jc w:val="left"/>
      </w:pPr>
      <w:r>
        <w:rPr>
          <w:rFonts w:ascii="Times New Roman" w:hAnsi="Times New Roman" w:eastAsia="Times New Roman" w:cs="Times New Roman"/>
          <w:b w:val="0"/>
          <w:sz w:val="24"/>
        </w:rPr>
        <w:t>By: /s/ 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w:t>
      </w:r>
    </w:p>
    <w:p>
      <w:pPr>
        <w:keepNext w:val="0"/>
        <w:spacing w:before="120" w:after="0" w:line="260" w:lineRule="exact"/>
        <w:ind w:left="360" w:right="0" w:firstLine="0"/>
        <w:jc w:val="left"/>
      </w:pPr>
      <w:r>
        <w:rPr>
          <w:rFonts w:ascii="Times New Roman" w:hAnsi="Times New Roman" w:eastAsia="Times New Roman" w:cs="Times New Roman"/>
          <w:b w:val="0"/>
          <w:sz w:val="24"/>
        </w:rPr>
        <w:t>Title: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