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Review Services Engagement Letter</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Engagement Letter for Review Services</w:t>
      </w:r>
    </w:p>
    <w:p>
      <w:pPr>
        <w:keepNext w:val="0"/>
        <w:spacing w:before="200" w:after="0" w:line="260" w:lineRule="exact"/>
        <w:ind w:left="720" w:right="0" w:firstLine="0"/>
        <w:jc w:val="both"/>
      </w:pPr>
      <w:r>
        <w:rPr>
          <w:rFonts w:ascii="Times New Roman" w:hAnsi="Times New Roman" w:eastAsia="Times New Roman" w:cs="Times New Roman"/>
          <w:b w:val="0"/>
          <w:sz w:val="24"/>
        </w:rPr>
        <w:t>[Accountant's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720" w:right="0" w:firstLine="0"/>
        <w:jc w:val="both"/>
      </w:pPr>
      <w:r>
        <w:rPr>
          <w:rFonts w:ascii="Times New Roman" w:hAnsi="Times New Roman" w:eastAsia="Times New Roman" w:cs="Times New Roman"/>
          <w:b w:val="0"/>
          <w:sz w:val="24"/>
        </w:rPr>
        <w:t>Dear [client]:</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is to confirm our understanding regarding our review of the financial statements of [name of client] ("Client") for the taxable year ending [specify]. If the terms of the agreement as set forth in this letter are agreeable to you, please sign and date this agreement at the end in the space provided [and return it to us in the enclosed envelope.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review the balance sheet of [name of client], as well as related statements of income, retained earnings, and cash flow for the relevant year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use our professional judgment when conducting our review, in accordance with generally accepted accounting principles. We will apply analytical procedures to financial information and interview personnel.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does not involve analysis of the client's internal control structure, testing accounting records, and other audit procedures. We will not perform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and will not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opinion regarding the financial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agree to furnish all of the basic information necessary for the completion of the audit. You are responsible for the accuracy and completeness of this information. You represent that the written and oral information you provide is accurate and complete to the best of your knowledge. Your employees will provide specific information and documentation on request. These responses must be given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so that we make complete our analysis and issue our report as stated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anticipate beginning the review on or about [date], and completing the review and issuing our report no later than [date]. We currently expect our report to read along the following lines: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attached balance sheet of [name of client], and related statements of income, retained earnings, and the like as of [date] in accordance with generally accepted accounting principles. Based on this review, we have found no need for any material modifications to the attached financial statements in order to conform them to generally accepted accounting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Fees for conducting this review will be billed at our regular hourly rates, which range from $[minimum hourly rate] per hour to $[maximum hourly rate] per hour, depending on the experience of the person(s) assigned to the audit. You will also be charged for out-of-pocket expenses, such as overnight delivery, telephone charges, photocopying charges, and postage; these expenses will be itemized and billed to you. In addition, there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fee of $[amount].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this engagement continues beyond [date], there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our hourly rates; you will receive [number, e.g., 30] days' notice of any increase in our hourly rates.]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before starting work. This retainer is applied to the final billing. Any retainer in excess of the final billing will be refunded.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of $[amount] will be required before we can begin work on this engagement.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bill will be sent to you on completion of the review. This retainer will not accrue interest while held by this firm.</w:t>
      </w:r>
    </w:p>
    <w:p>
      <w:pPr>
        <w:keepNext w:val="0"/>
        <w:spacing w:before="200" w:after="0" w:line="260" w:lineRule="exact"/>
        <w:ind w:left="1080" w:right="0" w:firstLine="0"/>
        <w:jc w:val="both"/>
      </w:pPr>
      <w:r>
        <w:rPr>
          <w:rFonts w:ascii="Times New Roman" w:hAnsi="Times New Roman" w:eastAsia="Times New Roman" w:cs="Times New Roman"/>
          <w:b w:val="0"/>
          <w:sz w:val="24"/>
        </w:rPr>
        <w:t>[select one of the following alternatives:]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Payment is due within 30 days of the completion of our review and issuance of our report.</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[continue with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Bills become past due after [number, e.g., ten (10) days].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becomes past due, we will [cease work on the review until your account is made current or withdraw from the engagement].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retain the work papers related to this engagement for [number, e.g., two (2)] years. Thereafter, it is your responsibility to retain these records in case of future examination by government or taxing authorities.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of us may terminate this agreement at any time, effective upon written notice to the other party. In the event that this agreement is terminated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fee agreement or similar arrangement, add:</w:t>
      </w:r>
      <w:r>
        <w:rPr>
          <w:rFonts w:ascii="Times New Roman" w:hAnsi="Times New Roman" w:eastAsia="Times New Roman" w:cs="Times New Roman"/>
          <w:b w:val="0"/>
          <w:sz w:val="24"/>
        </w:rPr>
        <w:t xml:space="preserve"> before we complete the services specified above, then in lieu of the fee specified above for our services], you agree to compensate us at our regular hourly rate for any time expended but not billed as of the termination date, as well as any costs or expenses as specified above incurred but not billed as of that date.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dispute over fees, Client and Accountant mutually agree to make good faith efforts to resolve the dispute through mediation. If the dispute cannot be resolved through mediation, Client and Accountant mutually agree to submit the matter to arbitration pursuant to the rules of the American Arbitration Association ("AAA"). This arbitration will be binding and final.</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IN AGREEING TO THIS ARBITRATION PROVISION, ACCOUNTANT AND CLIENT SPECIFICALLY UNDERSTAND AND AGREE THAT ACCOUNTANT AND CLIENT ARE FOREGOING: </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 THE RIGHT TO TRIAL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COURT OR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FOR ANY DISPUTE ARISING FROM OR RELATING TO THIS AGREEMENT OR TO ANY ASPECT OF THE PROFESSIONAL RELATIONSHIP OR SERVICES RENDERED BY ACCOUNTANT TO CLIENT.</w:t>
      </w:r>
    </w:p>
    <w:p>
      <w:pPr>
        <w:keepNext w:val="0"/>
        <w:spacing w:before="200" w:after="0" w:line="260" w:lineRule="exact"/>
        <w:ind w:left="1440" w:right="0" w:firstLine="0"/>
        <w:jc w:val="both"/>
      </w:pPr>
      <w:r>
        <w:rPr>
          <w:rFonts w:ascii="Times New Roman" w:hAnsi="Times New Roman" w:eastAsia="Times New Roman" w:cs="Times New Roman"/>
          <w:b/>
          <w:sz w:val="24"/>
        </w:rPr>
        <w:t>• ALL JUDICIAL RIGHTS, INCLUDING THE RIGHT TO APPEAL FROM THE DECISION OF THE ARBITRATOR(S).</w:t>
      </w:r>
    </w:p>
    <w:p>
      <w:pPr>
        <w:keepNext w:val="0"/>
        <w:spacing w:before="200" w:after="0" w:line="260" w:lineRule="exact"/>
        <w:ind w:left="1440" w:right="0" w:firstLine="0"/>
        <w:jc w:val="both"/>
      </w:pPr>
      <w:r>
        <w:rPr>
          <w:rFonts w:ascii="Times New Roman" w:hAnsi="Times New Roman" w:eastAsia="Times New Roman" w:cs="Times New Roman"/>
          <w:b w:val="0"/>
          <w:sz w:val="24"/>
        </w:rPr>
        <w:t>ACCOUNTANT 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CLIENT 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party to this agreement resorts to litigation or arbitration to enforce or interpret any provision of this contract, the prevailing party will be entitled to recover reasonable attorneys' fees in addition to any other relief to which that party may be entitled. This provision applies to the 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this agreement should be found to be invalid, the invalidity will not affect the remainder of this agreement, which will continue in effect as if this agreement had been executed without the invalid part.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limitation of that party's right to subsequently enforce and compel strict compliance with that or any other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the laws of the State of [state], without regard to principles of conflicts of law.</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15. This letter agreement states our entire agreement with you with respect to the subject matter of the agreement, and supersedes any and all other agreements, whether oral or in writing, between us with respect to the subject of this agreement. No agreement, statement, or promise not contained in this letter agreement will be valid or binding between us with respect to the subject of this agreement. This agreement may be modified or amended only if the amendment is made in writing and is signed by authorized representatives of both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believe that this letter accurately summarizes the terms of the engagement. If you agree that this letter correctly sets forth our agreement, please sign and date, as indicated below and return this letter to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is enclosed for your files.</w:t>
      </w:r>
    </w:p>
    <w:p>
      <w:pPr>
        <w:keepNext w:val="0"/>
        <w:spacing w:before="200" w:after="0" w:line="260" w:lineRule="exact"/>
        <w:ind w:left="360" w:right="0" w:firstLine="0"/>
        <w:jc w:val="both"/>
      </w:pPr>
      <w:r>
        <w:rPr>
          <w:rFonts w:ascii="Times New Roman" w:hAnsi="Times New Roman" w:eastAsia="Times New Roman" w:cs="Times New Roman"/>
          <w:b w:val="0"/>
          <w:sz w:val="24"/>
        </w:rPr>
        <w:t>We appreciate the opportunity to be of service to you. If you have any questions or would like to discuss anything in this letter, please be sure to call us.</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[name of accountant]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AGREEMENT AND ACCEPTANCE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the above letter agreement, and by signing below hereby approve and agree to be bound by those terms and conditions.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_________________________________ </w:t>
      </w:r>
      <w:r>
        <w:rPr>
          <w:rFonts w:ascii="Times New Roman" w:hAnsi="Times New Roman" w:eastAsia="Times New Roman" w:cs="Times New Roman"/>
          <w:b w:val="0"/>
          <w:sz w:val="24"/>
        </w:rPr>
        <w:t>[signature of client]</w:t>
      </w:r>
    </w:p>
    <w:p>
      <w:pPr>
        <w:keepNext w:val="0"/>
        <w:spacing w:before="120" w:after="0" w:line="260" w:lineRule="exact"/>
        <w:ind w:left="360" w:right="0" w:firstLine="0"/>
        <w:jc w:val="left"/>
      </w:pPr>
      <w:r>
        <w:rPr>
          <w:rFonts w:ascii="Times New Roman" w:hAnsi="Times New Roman" w:eastAsia="Times New Roman" w:cs="Times New Roman"/>
          <w:b w:val="0"/>
          <w:sz w:val="24"/>
        </w:rPr>
        <w:t>Name: [typed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