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Partner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Massachusetts (hereinafter referred to in the first person), enter into this Trust Agreement on this [date] day of [month], [year], with the said [name of trustee] (“the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(the “[NAME OF TRUST] Revocable Trust” or the “Trust”) for my benefit and protection in the event of my incapacity, and to provide for the disposition of property on my death to my family;</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“Trust Estate”),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live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committed domestic partnership with [name of partner] and any reference to my partner shall be to [him or her]. I have [number (e.g., four)] children, namely, [names of children]. Any reference to my children shall be to them, or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my life, the Trustees shall hold, manage, invest, and reinvest the Trust Estate, and shall collect the income thereof, and shall pay so much of the net income and principal to me, or apply for my benefit, as the Trustees shall determine in their absolute discretion. The Trustees shall accumulate any undistributed income and add the same to the principal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make every effort to involve me in decision-making regarding both financial matters and personal care. The Trustees shall make every effort to determine my wishes and make decisions that conform to them. If I am unable to make my wishes known, the Trustees shall make decisions that the Trustees believe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p>
    <w:p>
      <w:pPr>
        <w:keepNext w:val="0"/>
        <w:spacing w:before="200" w:after="0" w:line="260" w:lineRule="exact"/>
        <w:ind w:left="1080" w:right="0" w:firstLine="0"/>
        <w:jc w:val="both"/>
      </w:pPr>
      <w:r>
        <w:rPr>
          <w:rFonts w:ascii="Times New Roman" w:hAnsi="Times New Roman" w:eastAsia="Times New Roman" w:cs="Times New Roman"/>
          <w:b w:val="0"/>
          <w:sz w:val="24"/>
        </w:rPr>
        <w:t>Upon my death:</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in their sole and absolute discretion, pay to or on behalf of my estate, such amounts as may be needed for the payment of my funeral expenses and expenses of administering my estate. Such payments may be made directly to the taxing authorities or other persons entitled thereto or to the executors of my estate. The Trustees shall have no duty or obligation to determine the correctness, validity, propriety, or amount of any such taxes or expenses or to see to the proper use or disposition of any such payment. The Trustees shall have no liability for any such payment made in good faith or pursuant to the request or instructions of the executors of my estate. Any decision made by the Trustees as to the amount and manner of any payments authorized or directed to be made by this Article shall fully protect the Trustees and shall be conclusive and binding upon all persons interested in the Trust.</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distribute all of the tangible personal property held or received by the Trustees at the time of my death, other than any single item of tangible personal property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on the date of my death in excess of one hundred thousand dollars ($100,0000), which items shall be disposed of as part of the Residuary Trust Estate,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property shall be distributed to my partner, if my partner survives me. If my partner does not survive me, such property shall be divided among my children who survive me, in such manner as they may agree. If my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ninety (90) days after my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Trustees in as nearly equal shares as practical.</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my favor existing at my death with respect to the property distributed to such beneficiary, and, to the extent practical, shall be entitled to any insurance policies relating to such tangible personal property. Any costs of distribution of any tangible personal property, including, without limitation, storage, insurance, packing, and delivery, shall be paid out of my general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It is my request, without creating any legal obligation, that my Personal Representatives and family give due consideration to any separate instructions left by me for their guidance with respect to dividing and disposing of my tangible personal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(“Residuary Trust Estate”), shall be dealt with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partner survives me, I give my Residuary Trust Estate, real and personal, in trust to be held and administered pursuant to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of this Article.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partner does not survive me, I give the balance of my Residuary Trust Estate to my descendants who survive me upon the terms set forth in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of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partner survives me: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Trustee is authorized in [his or her or its] sole and absolute discretion at any time and from time to time to pay to my partner and my then living issue, or apply for their benefit, from the income and principal of the Residuary Trust such amounts as my Trustee may deem advisable to provide adequately for the health, support, and maintenance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and education] of my partner and issue, bearing in mind that my partner’s needs are my primary concern.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addition to the foregoing payments or applications, during my partner’s lifetime, my Trustee shall pay to my partner from time to time during the calendar year such amounts from the principal of the Residuary Trust as [he or she] shall request in writing, but not to exceed Five Thousand Dollars ($5,000.00) per year. In addition, my Trustee shall pay to my partner at [his or her] request the amount or part thereof by which five percent (5%) of the market value of the principal of the Residuary Trust on the last day of the calendar year in which such withdrawal is requested exceeds the amount or amounts previously withdrawn by my partner during such year. The right to request such excess shall be exercisable by my partner only in December of each year. The right to request such payments hereunder shall not be cumulative, and after the expiration of each year, my partner shall not be entitled to receive any part of such limited amounts not requested by [him or her] in such year.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my partner:</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My trustee shall distribute the balance of assets then held hereunder to such one or more of my issue, in such proportion and manner, in trust or otherwise, as my partner may effectively appoint by [his or her] last will and testament or any codicil thereto, provided that no property may be appointed hereunder in discharge of any of my partner’s legal obligations, and provided further that no appointment hereunder shall be effective absent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reference to this provision of my trust.</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that my partner fails to exercise effectively [his or her] limited power of appointment, described hereinabove, the assets of the Residuary Trust not so appointed shall be disposed of under the provisions of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of this Article, as if I had then died not survived by my partner.</w:t>
      </w:r>
    </w:p>
    <w:p>
      <w:pPr>
        <w:keepNext w:val="0"/>
        <w:spacing w:before="120" w:after="0" w:line="260" w:lineRule="exact"/>
        <w:ind w:left="1440" w:right="0" w:firstLine="0"/>
        <w:jc w:val="left"/>
      </w:pPr>
      <w:r>
        <w:rPr>
          <w:rFonts w:ascii="Times New Roman" w:hAnsi="Times New Roman" w:eastAsia="Times New Roman" w:cs="Times New Roman"/>
          <w:b w:val="0"/>
          <w:sz w:val="24"/>
        </w:rPr>
        <w:t>3.5.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partner does not survive me, I give the balance of my Residuary Trust Estate to my descendants who survive me,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outright and free of any trusts, provided, however, that if any share of the residue or any terminating trust held under this instrument shall become payable to any of my issue who is then younger than thirty (30) years of age, such share shall not be paid to such issue outright but shall instead be held by the Trustee hereafter named in as many separate trusts, each upon the terms set forth in this section, as the Trustee, in its sole discretion, shall determine.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Beneficiary reaches the age of twenty-one (21) years, the Trustee shall pay to such individual (hereinafter referred to in this section as the “Beneficiary”), or apply for his or her benefit, for any reason whatsoever, as much or all (or none) of the net income as the Trustee, in its sole discretion, shall determine. At the end of each trust year, the Trustee shall add to principal any net income not so paid or applied and thereafter the same shall be dealt with as principal for all purposes. After the Beneficiary reaches the age of twenty-one (21) years, the Trustee shall pay to the Beneficiary, or apply for his or her benefit, the entire net income of the trust in quarter-annual or more frequent installments as may be convenient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its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its discretionary power to make payments to or for the benefit of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at any time in its sole discretion may grant to the Beneficiary the power to withdraw trust principal, in whole or in part, and subject to such restrictions, as the Trustee set forth in the instrument by which such power is granted. In addition, the Trustee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 set forth in the instrument by which such power is granted, provided, however, that the Trustee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and may be revoked at any time during the Beneficiary’s lifetime by written instrument of revocation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Beneficiary reaches the age of twenty-five (25) years, or upon creation of the Beneficiary’s trust if he or she is then at least twenty-five (25) years old, one-half (1⁄2) of the principal shall be paid to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Article) upon the first to occur of the Beneficiary’s attainment of age thirty (30) years, or the Beneficiary’s death. Upon termination, the Trustee shall pay remaining trust assets to the Beneficiary. If the Beneficiary is not then living, the Trustee shall pay the balance of the trust assets not appointed by the Beneficiary: (1) to the Beneficiary’s then living issue per stirpes, or, if there be no such issue, (2) to my then living issue, per stirpes, provided, that, if any such issue is then younger than thirty (30) years of age, his or her share shall be held in as many separate trusts as the Trustee, in its sole discretion, shall determine, each upon the terms set forth in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If there be no qualifying issue of mine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then to the persons to whom and in the shares and proportions in which my estate would have been distributed under the laws of the Commonwealth of Massachusetts in effect at the time such disposition is made had I then died intestate and possessed of such property.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of this Trust Agreement, each trust held under this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shall terminate, unless it shall have sooner terminated on the Perpetuities Date, and the remaining principal, together with all accrued and undistributed income, shall be paid to the Beneficiary of that trust (free of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or this Trust Agreement, together with interest and penalties on those taxes, shall be charged against and paid without apportionment out of my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Trust Agreement or my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above, the following clarifications and/or modifications of the general rule set forth in the preceding Article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Trust Estate shall be apportioned within my Residuary Trust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Trust Estate and disposed of under this Trust Agreement prior to the disposition of my Residuary Estate) shall be charged to the property constituting the transfer in the manner provided by Code Section 2603(b).</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the initial Trustee of the trusts created hereunder. If I am Unavailable, I appoint my partner as Trustee. If my partner shall be Unavailable, I appoint [names of successor co-trustees], or the survivor of them, as Trustees. If both [names of second successor co-trustees] shall be Unavailable to act as Trustee, then I appoint [name of third successor trustee],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or has died.</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and acknowledged in the same manner as is then required to record deeds of real estate in the Commonwealth of Massachusetts.</w:t>
      </w:r>
    </w:p>
    <w:p>
      <w:pPr>
        <w:keepNext w:val="0"/>
        <w:spacing w:before="120" w:after="0" w:line="260" w:lineRule="exact"/>
        <w:ind w:left="1080" w:right="0" w:firstLine="0"/>
        <w:jc w:val="left"/>
      </w:pPr>
      <w:r>
        <w:rPr>
          <w:rFonts w:ascii="Times New Roman" w:hAnsi="Times New Roman" w:eastAsia="Times New Roman" w:cs="Times New Roman"/>
          <w:b w:val="0"/>
          <w:sz w:val="24"/>
        </w:rPr>
        <w:t>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his or her lifetime (which he or she may alter from time to time) and acknowledged in the same manner as is then required to record deeds of real estate in the Commonwealth of Massachusetts, or by his or her Last Will and Testament duly admitted to probate.</w:t>
      </w:r>
    </w:p>
    <w:p>
      <w:pPr>
        <w:keepNext w:val="0"/>
        <w:spacing w:before="120" w:after="0" w:line="260" w:lineRule="exact"/>
        <w:ind w:left="1080" w:right="0" w:firstLine="0"/>
        <w:jc w:val="left"/>
      </w:pPr>
      <w:r>
        <w:rPr>
          <w:rFonts w:ascii="Times New Roman" w:hAnsi="Times New Roman" w:eastAsia="Times New Roman" w:cs="Times New Roman"/>
          <w:b w:val="0"/>
          <w:sz w:val="24"/>
        </w:rPr>
        <w:t>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5.5.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adhere to the limitations imposed on the Trustees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5.6.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Commonwealth of Massachusetts or elsewhere.</w:t>
      </w:r>
    </w:p>
    <w:p>
      <w:pPr>
        <w:keepNext w:val="0"/>
        <w:spacing w:before="120" w:after="0" w:line="260" w:lineRule="exact"/>
        <w:ind w:left="1080" w:right="0" w:firstLine="0"/>
        <w:jc w:val="left"/>
      </w:pPr>
      <w:r>
        <w:rPr>
          <w:rFonts w:ascii="Times New Roman" w:hAnsi="Times New Roman" w:eastAsia="Times New Roman" w:cs="Times New Roman"/>
          <w:b w:val="0"/>
          <w:sz w:val="24"/>
        </w:rPr>
        <w:t>5.7.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1080" w:right="0" w:firstLine="0"/>
        <w:jc w:val="left"/>
      </w:pPr>
      <w:r>
        <w:rPr>
          <w:rFonts w:ascii="Times New Roman" w:hAnsi="Times New Roman" w:eastAsia="Times New Roman" w:cs="Times New Roman"/>
          <w:b w:val="0"/>
          <w:sz w:val="24"/>
        </w:rPr>
        <w:t>5.8.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5.9.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Trustees shall have, in addition to all other powers incident to their respective offices of Trustees, in their absolute and uncontrolled discretion, the following rights, powers and authority, subject only to express provisions to the contrary contained in this Trust Agreement, namely:</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1440" w:right="0" w:firstLine="0"/>
        <w:jc w:val="left"/>
      </w:pPr>
      <w:r>
        <w:rPr>
          <w:rFonts w:ascii="Times New Roman" w:hAnsi="Times New Roman" w:eastAsia="Times New Roman" w:cs="Times New Roman"/>
          <w:b w:val="0"/>
          <w:sz w:val="24"/>
        </w:rPr>
        <w:t>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period fixed by statute for leases made by fiduciaries and beyond the duration of any Trust;</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440" w:right="0" w:firstLine="0"/>
        <w:jc w:val="left"/>
      </w:pPr>
      <w:r>
        <w:rPr>
          <w:rFonts w:ascii="Times New Roman" w:hAnsi="Times New Roman" w:eastAsia="Times New Roman" w:cs="Times New Roman"/>
          <w:b w:val="0"/>
          <w:sz w:val="24"/>
        </w:rPr>
        <w:t>6.6.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440" w:right="0" w:firstLine="0"/>
        <w:jc w:val="left"/>
      </w:pPr>
      <w:r>
        <w:rPr>
          <w:rFonts w:ascii="Times New Roman" w:hAnsi="Times New Roman" w:eastAsia="Times New Roman" w:cs="Times New Roman"/>
          <w:b w:val="0"/>
          <w:sz w:val="24"/>
        </w:rPr>
        <w:t>6.7.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1440" w:right="0" w:firstLine="0"/>
        <w:jc w:val="left"/>
      </w:pPr>
      <w:r>
        <w:rPr>
          <w:rFonts w:ascii="Times New Roman" w:hAnsi="Times New Roman" w:eastAsia="Times New Roman" w:cs="Times New Roman"/>
          <w:b w:val="0"/>
          <w:sz w:val="24"/>
        </w:rPr>
        <w:t>6.8.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440" w:right="0" w:firstLine="0"/>
        <w:jc w:val="left"/>
      </w:pPr>
      <w:r>
        <w:rPr>
          <w:rFonts w:ascii="Times New Roman" w:hAnsi="Times New Roman" w:eastAsia="Times New Roman" w:cs="Times New Roman"/>
          <w:b w:val="0"/>
          <w:sz w:val="24"/>
        </w:rPr>
        <w:t>6.9.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6.10.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(1) year, and notwithstanding that under the partnership agreement, limited partners may have no voice in the investment of partnership assets;</w:t>
      </w:r>
    </w:p>
    <w:p>
      <w:pPr>
        <w:keepNext w:val="0"/>
        <w:spacing w:before="120" w:after="0" w:line="260" w:lineRule="exact"/>
        <w:ind w:left="1440" w:right="0" w:firstLine="0"/>
        <w:jc w:val="left"/>
      </w:pPr>
      <w:r>
        <w:rPr>
          <w:rFonts w:ascii="Times New Roman" w:hAnsi="Times New Roman" w:eastAsia="Times New Roman" w:cs="Times New Roman"/>
          <w:b w:val="0"/>
          <w:sz w:val="24"/>
        </w:rPr>
        <w:t>6.11.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6.12.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440" w:right="0" w:firstLine="0"/>
        <w:jc w:val="left"/>
      </w:pPr>
      <w:r>
        <w:rPr>
          <w:rFonts w:ascii="Times New Roman" w:hAnsi="Times New Roman" w:eastAsia="Times New Roman" w:cs="Times New Roman"/>
          <w:b w:val="0"/>
          <w:sz w:val="24"/>
        </w:rPr>
        <w:t>6.13.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6.14.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440" w:right="0" w:firstLine="0"/>
        <w:jc w:val="left"/>
      </w:pPr>
      <w:r>
        <w:rPr>
          <w:rFonts w:ascii="Times New Roman" w:hAnsi="Times New Roman" w:eastAsia="Times New Roman" w:cs="Times New Roman"/>
          <w:b w:val="0"/>
          <w:sz w:val="24"/>
        </w:rPr>
        <w:t>6.15.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1440" w:right="0" w:firstLine="0"/>
        <w:jc w:val="left"/>
      </w:pPr>
      <w:r>
        <w:rPr>
          <w:rFonts w:ascii="Times New Roman" w:hAnsi="Times New Roman" w:eastAsia="Times New Roman" w:cs="Times New Roman"/>
          <w:b w:val="0"/>
          <w:sz w:val="24"/>
        </w:rPr>
        <w:t>6.16.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440" w:right="0" w:firstLine="0"/>
        <w:jc w:val="left"/>
      </w:pPr>
      <w:r>
        <w:rPr>
          <w:rFonts w:ascii="Times New Roman" w:hAnsi="Times New Roman" w:eastAsia="Times New Roman" w:cs="Times New Roman"/>
          <w:b w:val="0"/>
          <w:sz w:val="24"/>
        </w:rPr>
        <w:t>6.17.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6.18.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w:t>
      </w:r>
    </w:p>
    <w:p>
      <w:pPr>
        <w:keepNext w:val="0"/>
        <w:spacing w:before="120" w:after="0" w:line="260" w:lineRule="exact"/>
        <w:ind w:left="1440" w:right="0" w:firstLine="0"/>
        <w:jc w:val="left"/>
      </w:pPr>
      <w:r>
        <w:rPr>
          <w:rFonts w:ascii="Times New Roman" w:hAnsi="Times New Roman" w:eastAsia="Times New Roman" w:cs="Times New Roman"/>
          <w:b w:val="0"/>
          <w:sz w:val="24"/>
        </w:rPr>
        <w:t>6.19.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440" w:right="0" w:firstLine="0"/>
        <w:jc w:val="left"/>
      </w:pPr>
      <w:r>
        <w:rPr>
          <w:rFonts w:ascii="Times New Roman" w:hAnsi="Times New Roman" w:eastAsia="Times New Roman" w:cs="Times New Roman"/>
          <w:b w:val="0"/>
          <w:sz w:val="24"/>
        </w:rPr>
        <w:t>6.20.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join with my partner, or [his or her] estate, or governing revocable trust, in the execution and filing of any federal income tax return for the year in which my death occurred and for any years prior thereto, and also to consent to any gifts made by [him or her] as being made by me for the purposes of the federal gift tax laws; and the executors of my estate or the Trustees may take such action even though it may result in additional liabilities for my estate. Any income or gift taxes due on such returns and any deficiency, interest or penalties thereon shall be allocated in such manner between my estate and my said partner or [his or her] estate, or all to any of them as the executors of my estate or the Trustees in their sole discretion shall deem equitable and proper;</w:t>
      </w:r>
    </w:p>
    <w:p>
      <w:pPr>
        <w:keepNext w:val="0"/>
        <w:spacing w:before="120" w:after="0" w:line="260" w:lineRule="exact"/>
        <w:ind w:left="1440" w:right="0" w:firstLine="0"/>
        <w:jc w:val="left"/>
      </w:pPr>
      <w:r>
        <w:rPr>
          <w:rFonts w:ascii="Times New Roman" w:hAnsi="Times New Roman" w:eastAsia="Times New Roman" w:cs="Times New Roman"/>
          <w:b w:val="0"/>
          <w:sz w:val="24"/>
        </w:rPr>
        <w:t>6.21.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all tax elections and allocations the Trustees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 and</w:t>
      </w:r>
    </w:p>
    <w:p>
      <w:pPr>
        <w:keepNext w:val="0"/>
        <w:spacing w:before="120" w:after="0" w:line="260" w:lineRule="exact"/>
        <w:ind w:left="1440" w:right="0" w:firstLine="0"/>
        <w:jc w:val="left"/>
      </w:pPr>
      <w:r>
        <w:rPr>
          <w:rFonts w:ascii="Times New Roman" w:hAnsi="Times New Roman" w:eastAsia="Times New Roman" w:cs="Times New Roman"/>
          <w:b w:val="0"/>
          <w:sz w:val="24"/>
        </w:rPr>
        <w:t>6.22.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authorize Trustees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180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08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7.4.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7.5.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7.6.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Trustees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7.8.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440" w:right="0" w:firstLine="0"/>
        <w:jc w:val="left"/>
      </w:pPr>
      <w:r>
        <w:rPr>
          <w:rFonts w:ascii="Times New Roman" w:hAnsi="Times New Roman" w:eastAsia="Times New Roman" w:cs="Times New Roman"/>
          <w:b w:val="0"/>
          <w:sz w:val="24"/>
        </w:rPr>
        <w:t>7.9.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7.10.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my death,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7.11.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7.12.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7.13.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7.14.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1440" w:right="0" w:firstLine="0"/>
        <w:jc w:val="left"/>
      </w:pPr>
      <w:r>
        <w:rPr>
          <w:rFonts w:ascii="Times New Roman" w:hAnsi="Times New Roman" w:eastAsia="Times New Roman" w:cs="Times New Roman"/>
          <w:b w:val="0"/>
          <w:sz w:val="24"/>
        </w:rPr>
        <w:t>7.15.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7.16.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7.17.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Massachusetts.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7.18.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w:t>
      </w:r>
    </w:p>
    <w:p>
      <w:pPr>
        <w:keepNext w:val="0"/>
        <w:spacing w:before="120" w:after="0" w:line="260" w:lineRule="exact"/>
        <w:ind w:left="1440" w:right="0" w:firstLine="0"/>
        <w:jc w:val="left"/>
      </w:pPr>
      <w:r>
        <w:rPr>
          <w:rFonts w:ascii="Times New Roman" w:hAnsi="Times New Roman" w:eastAsia="Times New Roman" w:cs="Times New Roman"/>
          <w:b w:val="0"/>
          <w:sz w:val="24"/>
        </w:rPr>
        <w:t>7.19.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8.3.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8.4.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8.5.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440" w:right="0" w:firstLine="0"/>
        <w:jc w:val="left"/>
      </w:pPr>
      <w:r>
        <w:rPr>
          <w:rFonts w:ascii="Times New Roman" w:hAnsi="Times New Roman" w:eastAsia="Times New Roman" w:cs="Times New Roman"/>
          <w:b w:val="0"/>
          <w:sz w:val="24"/>
        </w:rPr>
        <w:t>8.6.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limitations imposed on Trustees by this Article shall not apply to me to the extent the Trust is revocable and therefore included in my taxable estate for estate tax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080" w:right="0" w:firstLine="0"/>
        <w:jc w:val="left"/>
      </w:pPr>
      <w:r>
        <w:rPr>
          <w:rFonts w:ascii="Times New Roman" w:hAnsi="Times New Roman" w:eastAsia="Times New Roman" w:cs="Times New Roman"/>
          <w:b w:val="0"/>
          <w:sz w:val="24"/>
        </w:rPr>
        <w:t>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9.5.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080" w:right="0" w:firstLine="0"/>
        <w:jc w:val="left"/>
      </w:pPr>
      <w:r>
        <w:rPr>
          <w:rFonts w:ascii="Times New Roman" w:hAnsi="Times New Roman" w:eastAsia="Times New Roman" w:cs="Times New Roman"/>
          <w:b w:val="0"/>
          <w:sz w:val="24"/>
        </w:rPr>
        <w:t>9.6.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080" w:right="0" w:firstLine="0"/>
        <w:jc w:val="left"/>
      </w:pPr>
      <w:r>
        <w:rPr>
          <w:rFonts w:ascii="Times New Roman" w:hAnsi="Times New Roman" w:eastAsia="Times New Roman" w:cs="Times New Roman"/>
          <w:b w:val="0"/>
          <w:sz w:val="24"/>
        </w:rPr>
        <w:t>9.7.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080" w:right="0" w:firstLine="0"/>
        <w:jc w:val="left"/>
      </w:pPr>
      <w:r>
        <w:rPr>
          <w:rFonts w:ascii="Times New Roman" w:hAnsi="Times New Roman" w:eastAsia="Times New Roman" w:cs="Times New Roman"/>
          <w:b w:val="0"/>
          <w:sz w:val="24"/>
        </w:rPr>
        <w:t>9.8.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 </w:t>
      </w:r>
    </w:p>
    <w:p>
      <w:pPr>
        <w:keepNext w:val="0"/>
        <w:spacing w:before="120" w:after="0" w:line="260" w:lineRule="exact"/>
        <w:ind w:left="1080" w:right="0" w:firstLine="0"/>
        <w:jc w:val="left"/>
      </w:pPr>
      <w:r>
        <w:rPr>
          <w:rFonts w:ascii="Times New Roman" w:hAnsi="Times New Roman" w:eastAsia="Times New Roman" w:cs="Times New Roman"/>
          <w:b w:val="0"/>
          <w:sz w:val="24"/>
        </w:rPr>
        <w:t>9.9.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9.10.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9.11.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080" w:right="0" w:firstLine="0"/>
        <w:jc w:val="left"/>
      </w:pPr>
      <w:r>
        <w:rPr>
          <w:rFonts w:ascii="Times New Roman" w:hAnsi="Times New Roman" w:eastAsia="Times New Roman" w:cs="Times New Roman"/>
          <w:b w:val="0"/>
          <w:sz w:val="24"/>
        </w:rPr>
        <w:t>9.12.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COMMONWEALTH OF MASSACHUSETTS</w:t>
      </w:r>
    </w:p>
    <w:p>
      <w:pPr>
        <w:keepNext w:val="0"/>
        <w:spacing w:before="200" w:after="0" w:line="260" w:lineRule="exact"/>
        <w:ind w:left="360" w:right="0" w:firstLine="0"/>
        <w:jc w:val="both"/>
      </w:pPr>
      <w:r>
        <w:rPr>
          <w:rFonts w:ascii="Times New Roman" w:hAnsi="Times New Roman" w:eastAsia="Times New Roman" w:cs="Times New Roman"/>
          <w:b w:val="0"/>
          <w:sz w:val="24"/>
        </w:rPr>
        <w:t>[County], ss</w:t>
      </w:r>
    </w:p>
    <w:p>
      <w:pPr>
        <w:keepNext w:val="0"/>
        <w:spacing w:before="200" w:after="0" w:line="260" w:lineRule="exact"/>
        <w:ind w:left="360" w:right="0" w:firstLine="0"/>
        <w:jc w:val="both"/>
      </w:pPr>
      <w:r>
        <w:rPr>
          <w:rFonts w:ascii="Times New Roman" w:hAnsi="Times New Roman" w:eastAsia="Times New Roman" w:cs="Times New Roman"/>
          <w:b w:val="0"/>
          <w:sz w:val="24"/>
        </w:rPr>
        <w:t>On this [date] day of [month], [year], before me, the undersigned notary public, personally appeared [grantor name], as Grantor, proved to me through satisfactory evidence of identification, which was [his/her] [identification], to be the person whose name is signed on the preceding or attached document, and who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COMMONWEALTH OF MASSACHUSETTS</w:t>
      </w:r>
    </w:p>
    <w:p>
      <w:pPr>
        <w:keepNext w:val="0"/>
        <w:spacing w:before="200" w:after="0" w:line="260" w:lineRule="exact"/>
        <w:ind w:left="360" w:right="0" w:firstLine="0"/>
        <w:jc w:val="both"/>
      </w:pPr>
      <w:r>
        <w:rPr>
          <w:rFonts w:ascii="Times New Roman" w:hAnsi="Times New Roman" w:eastAsia="Times New Roman" w:cs="Times New Roman"/>
          <w:b w:val="0"/>
          <w:sz w:val="24"/>
        </w:rPr>
        <w:t>[County], ss</w:t>
      </w:r>
    </w:p>
    <w:p>
      <w:pPr>
        <w:keepNext w:val="0"/>
        <w:spacing w:before="200" w:after="0" w:line="260" w:lineRule="exact"/>
        <w:ind w:left="360" w:right="0" w:firstLine="0"/>
        <w:jc w:val="both"/>
      </w:pPr>
      <w:r>
        <w:rPr>
          <w:rFonts w:ascii="Times New Roman" w:hAnsi="Times New Roman" w:eastAsia="Times New Roman" w:cs="Times New Roman"/>
          <w:b w:val="0"/>
          <w:sz w:val="24"/>
        </w:rPr>
        <w:t>On this [date] day of [month], [year], before me, the undersigned notary public, personally appeared [trustee name], as Trustee, proved to me through satisfactory evidence of identification, which was [his/her] [identification], to be the person whose name is signed on the preceding or attached document, and who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[Identify 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