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[NAME OF TRUST] </w:t>
      </w:r>
      <w:r>
        <w:rPr>
          <w:rFonts w:ascii="Times New Roman" w:hAnsi="Times New Roman" w:eastAsia="Times New Roman" w:cs="Times New Roman"/>
          <w:b/>
          <w:sz w:val="24"/>
        </w:rPr>
        <w:t>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[full legal name of settlor and aliases], as settlor, residing in [city], Florida (hereinafter referred to in the first person), establish the [name of trust] REVOCABLE TRUST (the “Trust”) on this [month] [day], [year]. [full legal name of trustee or trustees] [is/are] the trustee(s) of this Trust, and collectively with [his/her/their] successors, [is/are] referred to in this Trust Agreement as the “Trustees”.</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Trustees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Trustees pursuant to the terms and conditions set forth in this Trust Agreement;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Trustees agree to accept this Trust Agreement, to hold the Trust Estate as set forth in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[am married to/live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[full legal name of spouse or partner and aliases] and any reference to my [spouse or partner] shall be to [him or her]. I have [number (e.g., four)] children, namely, [full legal names of children and aliases]. Any reference to “my children” shall be to my children named in this Article, and to any children of mine born or adopted after execution of this Trust. Any reference to “my descendants” shall be to my children and their descendants, including adopted descendants.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p>
    <w:p>
      <w:pPr>
        <w:keepNext w:val="0"/>
        <w:spacing w:before="120" w:after="0" w:line="260" w:lineRule="exact"/>
        <w:ind w:left="1800" w:right="0" w:firstLine="0"/>
        <w:jc w:val="left"/>
      </w:pPr>
      <w:r>
        <w:rPr>
          <w:rFonts w:ascii="Times New Roman" w:hAnsi="Times New Roman" w:eastAsia="Times New Roman" w:cs="Times New Roman"/>
          <w:b w:val="0"/>
          <w:sz w:val="24"/>
        </w:rPr>
        <w:t>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liberally distribute so much of the net income and principal of the Trust to me, or apply for my benefit, as the Trustees shall determine in their absolute discretion for my best interests. The Trustees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2.2.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rights of the successor beneficiaries hereunder shall be considered secondary. The Trust is established to ensure that the best available care and support is provided to me to meet all my lifetime needs and wants. All assets of the Trust are to be considered available for that purpose, and the Trustee shall at all times be guided by that purpose and intent.</w:t>
      </w:r>
    </w:p>
    <w:p>
      <w:pPr>
        <w:keepNext w:val="0"/>
        <w:spacing w:before="120" w:after="0" w:line="260" w:lineRule="exact"/>
        <w:ind w:left="1800" w:right="0" w:firstLine="0"/>
        <w:jc w:val="left"/>
      </w:pPr>
      <w:r>
        <w:rPr>
          <w:rFonts w:ascii="Times New Roman" w:hAnsi="Times New Roman" w:eastAsia="Times New Roman" w:cs="Times New Roman"/>
          <w:b w:val="0"/>
          <w:sz w:val="24"/>
        </w:rPr>
        <w:t>2.3.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800" w:right="0" w:firstLine="0"/>
        <w:jc w:val="left"/>
      </w:pPr>
      <w:r>
        <w:rPr>
          <w:rFonts w:ascii="Times New Roman" w:hAnsi="Times New Roman" w:eastAsia="Times New Roman" w:cs="Times New Roman"/>
          <w:b w:val="0"/>
          <w:sz w:val="24"/>
        </w:rPr>
        <w:t>2.4.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lifetime,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 I may reside on any real property held in the Trust for my lifetime and may claim the exemption available to that real property. For that purpose, my interest in such property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real property and not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p>
    <w:p>
      <w:pPr>
        <w:keepNext w:val="0"/>
        <w:spacing w:before="200" w:after="0" w:line="260" w:lineRule="exact"/>
        <w:ind w:left="1800" w:right="0" w:firstLine="0"/>
        <w:jc w:val="both"/>
      </w:pPr>
      <w:r>
        <w:rPr>
          <w:rFonts w:ascii="Times New Roman" w:hAnsi="Times New Roman" w:eastAsia="Times New Roman" w:cs="Times New Roman"/>
          <w:b w:val="0"/>
          <w:sz w:val="24"/>
        </w:rPr>
        <w:t>Upon my death:</w:t>
      </w:r>
    </w:p>
    <w:p>
      <w:pPr>
        <w:keepNext w:val="0"/>
        <w:spacing w:before="120" w:after="0" w:line="260" w:lineRule="exact"/>
        <w:ind w:left="2160" w:right="0" w:firstLine="0"/>
        <w:jc w:val="left"/>
      </w:pPr>
      <w:r>
        <w:rPr>
          <w:rFonts w:ascii="Times New Roman" w:hAnsi="Times New Roman" w:eastAsia="Times New Roman" w:cs="Times New Roman"/>
          <w:b w:val="0"/>
          <w:sz w:val="24"/>
        </w:rPr>
        <w:t>3.1.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personal representatives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personal representatives of my estate. Any decision made by the Trustees as to the amount and manner of any payments authorized or directed to be made by this Article shall fully protect the Trustees and shall be conclusive and binding upon all persons interested in the Trust. However, if any life insurance proceeds or other death benefits that are exempt from claims of creditors become payable to this Revocable Trust or my estate, those proceeds may be made available for the payment of taxes and expenses of administration of my estate, but shall not be used for the payment of claims and debts against my estate.</w:t>
      </w:r>
    </w:p>
    <w:p>
      <w:pPr>
        <w:keepNext w:val="0"/>
        <w:spacing w:before="120" w:after="0" w:line="260" w:lineRule="exact"/>
        <w:ind w:left="2160" w:right="0" w:firstLine="0"/>
        <w:jc w:val="left"/>
      </w:pPr>
      <w:r>
        <w:rPr>
          <w:rFonts w:ascii="Times New Roman" w:hAnsi="Times New Roman" w:eastAsia="Times New Roman" w:cs="Times New Roman"/>
          <w:b w:val="0"/>
          <w:sz w:val="24"/>
        </w:rPr>
        <w:t>3.2.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not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list as provided in my will,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Such property shall be distributed to my [spouse or partner], if my [spouse or partner] survives me. If my [spouse or partner] does not survive me, such property shall be divided among my children who survive me, in such manner as they may agree. If my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ninety (90) days after my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Trustees in as nearly equal shares as practical.</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2160" w:right="0" w:firstLine="0"/>
        <w:jc w:val="left"/>
      </w:pPr>
      <w:r>
        <w:rPr>
          <w:rFonts w:ascii="Times New Roman" w:hAnsi="Times New Roman" w:eastAsia="Times New Roman" w:cs="Times New Roman"/>
          <w:b w:val="0"/>
          <w:sz w:val="24"/>
        </w:rPr>
        <w:t>3.3.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my [spouse or partner] survives me, I give my Residuary Trust Estate, real and personal, to my [spouse or partner] outright and free of any trusts.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my [spouse or partner] does not survive me,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4.1.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4.2.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the initial Trustee of the trusts created hereunder. If I am Unavailable, I appoint my [spouse or partner] as Trustee. If my [spouse or partner] shall be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w:t>
      </w:r>
    </w:p>
    <w:p>
      <w:pPr>
        <w:keepNext w:val="0"/>
        <w:spacing w:before="120" w:after="0" w:line="260" w:lineRule="exact"/>
        <w:ind w:left="1800" w:right="0" w:firstLine="0"/>
        <w:jc w:val="left"/>
      </w:pPr>
      <w:r>
        <w:rPr>
          <w:rFonts w:ascii="Times New Roman" w:hAnsi="Times New Roman" w:eastAsia="Times New Roman" w:cs="Times New Roman"/>
          <w:b w:val="0"/>
          <w:sz w:val="24"/>
        </w:rPr>
        <w:t>5.4.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5.5.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5.6.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5.7.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800" w:right="0" w:firstLine="0"/>
        <w:jc w:val="left"/>
      </w:pPr>
      <w:r>
        <w:rPr>
          <w:rFonts w:ascii="Times New Roman" w:hAnsi="Times New Roman" w:eastAsia="Times New Roman" w:cs="Times New Roman"/>
          <w:b w:val="0"/>
          <w:sz w:val="24"/>
        </w:rPr>
        <w:t>5.8.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5.9.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remove any Trustee serving hereunder, or any Trustee named to serve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appoint one or more individuals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Corporate Fiduciary (as defined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9.10.</w:t>
      </w:r>
      <w:r>
        <w:rPr>
          <w:rFonts w:ascii="Times New Roman" w:hAnsi="Times New Roman" w:eastAsia="Times New Roman" w:cs="Times New Roman"/>
          <w:b w:val="0"/>
          <w:sz w:val="24"/>
        </w:rPr>
        <w:t xml:space="preserve">) to replace or succeed any Trustee who is removed or who ceases to act as Trustee under this Trust Agreement. I may also,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appoint one or more Co-Trustees to serve with any successor Trustee named to serve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2160" w:right="0" w:firstLine="0"/>
        <w:jc w:val="left"/>
      </w:pPr>
      <w:r>
        <w:rPr>
          <w:rFonts w:ascii="Times New Roman" w:hAnsi="Times New Roman" w:eastAsia="Times New Roman" w:cs="Times New Roman"/>
          <w:b w:val="0"/>
          <w:sz w:val="24"/>
        </w:rPr>
        <w:t>6.1.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2160" w:right="0" w:firstLine="0"/>
        <w:jc w:val="left"/>
      </w:pPr>
      <w:r>
        <w:rPr>
          <w:rFonts w:ascii="Times New Roman" w:hAnsi="Times New Roman" w:eastAsia="Times New Roman" w:cs="Times New Roman"/>
          <w:b w:val="0"/>
          <w:sz w:val="24"/>
        </w:rPr>
        <w:t>6.2.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6.3.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descendants of any income beneficiary hereunder and life insurance policies on my life;</w:t>
      </w:r>
    </w:p>
    <w:p>
      <w:pPr>
        <w:keepNext w:val="0"/>
        <w:spacing w:before="120" w:after="0" w:line="260" w:lineRule="exact"/>
        <w:ind w:left="2160" w:right="0" w:firstLine="0"/>
        <w:jc w:val="left"/>
      </w:pPr>
      <w:r>
        <w:rPr>
          <w:rFonts w:ascii="Times New Roman" w:hAnsi="Times New Roman" w:eastAsia="Times New Roman" w:cs="Times New Roman"/>
          <w:b w:val="0"/>
          <w:sz w:val="24"/>
        </w:rPr>
        <w:t>6.4.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2160" w:right="0" w:firstLine="0"/>
        <w:jc w:val="left"/>
      </w:pPr>
      <w:r>
        <w:rPr>
          <w:rFonts w:ascii="Times New Roman" w:hAnsi="Times New Roman" w:eastAsia="Times New Roman" w:cs="Times New Roman"/>
          <w:b w:val="0"/>
          <w:sz w:val="24"/>
        </w:rPr>
        <w:t>6.5.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2160" w:right="0" w:firstLine="0"/>
        <w:jc w:val="left"/>
      </w:pPr>
      <w:r>
        <w:rPr>
          <w:rFonts w:ascii="Times New Roman" w:hAnsi="Times New Roman" w:eastAsia="Times New Roman" w:cs="Times New Roman"/>
          <w:b w:val="0"/>
          <w:sz w:val="24"/>
        </w:rPr>
        <w:t>6.6.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2160" w:right="0" w:firstLine="0"/>
        <w:jc w:val="left"/>
      </w:pPr>
      <w:r>
        <w:rPr>
          <w:rFonts w:ascii="Times New Roman" w:hAnsi="Times New Roman" w:eastAsia="Times New Roman" w:cs="Times New Roman"/>
          <w:b w:val="0"/>
          <w:sz w:val="24"/>
        </w:rPr>
        <w:t>6.7.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2160" w:right="0" w:firstLine="0"/>
        <w:jc w:val="left"/>
      </w:pPr>
      <w:r>
        <w:rPr>
          <w:rFonts w:ascii="Times New Roman" w:hAnsi="Times New Roman" w:eastAsia="Times New Roman" w:cs="Times New Roman"/>
          <w:b w:val="0"/>
          <w:sz w:val="24"/>
        </w:rPr>
        <w:t>6.8.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2160" w:right="0" w:firstLine="0"/>
        <w:jc w:val="left"/>
      </w:pPr>
      <w:r>
        <w:rPr>
          <w:rFonts w:ascii="Times New Roman" w:hAnsi="Times New Roman" w:eastAsia="Times New Roman" w:cs="Times New Roman"/>
          <w:b w:val="0"/>
          <w:sz w:val="24"/>
        </w:rPr>
        <w:t>6.9.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w:t>
      </w:r>
    </w:p>
    <w:p>
      <w:pPr>
        <w:keepNext w:val="0"/>
        <w:spacing w:before="120" w:after="0" w:line="260" w:lineRule="exact"/>
        <w:ind w:left="2160" w:right="0" w:firstLine="0"/>
        <w:jc w:val="left"/>
      </w:pPr>
      <w:r>
        <w:rPr>
          <w:rFonts w:ascii="Times New Roman" w:hAnsi="Times New Roman" w:eastAsia="Times New Roman" w:cs="Times New Roman"/>
          <w:b w:val="0"/>
          <w:sz w:val="24"/>
        </w:rPr>
        <w:t>6.10.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2160" w:right="0" w:firstLine="0"/>
        <w:jc w:val="left"/>
      </w:pPr>
      <w:r>
        <w:rPr>
          <w:rFonts w:ascii="Times New Roman" w:hAnsi="Times New Roman" w:eastAsia="Times New Roman" w:cs="Times New Roman"/>
          <w:b w:val="0"/>
          <w:sz w:val="24"/>
        </w:rPr>
        <w:t>6.11.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2160" w:right="0" w:firstLine="0"/>
        <w:jc w:val="left"/>
      </w:pPr>
      <w:r>
        <w:rPr>
          <w:rFonts w:ascii="Times New Roman" w:hAnsi="Times New Roman" w:eastAsia="Times New Roman" w:cs="Times New Roman"/>
          <w:b w:val="0"/>
          <w:sz w:val="24"/>
        </w:rPr>
        <w:t>6.12.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2160" w:right="0" w:firstLine="0"/>
        <w:jc w:val="left"/>
      </w:pPr>
      <w:r>
        <w:rPr>
          <w:rFonts w:ascii="Times New Roman" w:hAnsi="Times New Roman" w:eastAsia="Times New Roman" w:cs="Times New Roman"/>
          <w:b w:val="0"/>
          <w:sz w:val="24"/>
        </w:rPr>
        <w:t>6.13.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2160" w:right="0" w:firstLine="0"/>
        <w:jc w:val="left"/>
      </w:pPr>
      <w:r>
        <w:rPr>
          <w:rFonts w:ascii="Times New Roman" w:hAnsi="Times New Roman" w:eastAsia="Times New Roman" w:cs="Times New Roman"/>
          <w:b w:val="0"/>
          <w:sz w:val="24"/>
        </w:rPr>
        <w:t>6.14.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2160" w:right="0" w:firstLine="0"/>
        <w:jc w:val="left"/>
      </w:pPr>
      <w:r>
        <w:rPr>
          <w:rFonts w:ascii="Times New Roman" w:hAnsi="Times New Roman" w:eastAsia="Times New Roman" w:cs="Times New Roman"/>
          <w:b w:val="0"/>
          <w:sz w:val="24"/>
        </w:rPr>
        <w:t>6.15.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2160" w:right="0" w:firstLine="0"/>
        <w:jc w:val="left"/>
      </w:pPr>
      <w:r>
        <w:rPr>
          <w:rFonts w:ascii="Times New Roman" w:hAnsi="Times New Roman" w:eastAsia="Times New Roman" w:cs="Times New Roman"/>
          <w:b w:val="0"/>
          <w:sz w:val="24"/>
        </w:rPr>
        <w:t>6.16.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2160" w:right="0" w:firstLine="0"/>
        <w:jc w:val="left"/>
      </w:pPr>
      <w:r>
        <w:rPr>
          <w:rFonts w:ascii="Times New Roman" w:hAnsi="Times New Roman" w:eastAsia="Times New Roman" w:cs="Times New Roman"/>
          <w:b w:val="0"/>
          <w:sz w:val="24"/>
        </w:rPr>
        <w:t>6.17.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6.18.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 death;</w:t>
      </w:r>
    </w:p>
    <w:p>
      <w:pPr>
        <w:keepNext w:val="0"/>
        <w:spacing w:before="120" w:after="0" w:line="260" w:lineRule="exact"/>
        <w:ind w:left="2160" w:right="0" w:firstLine="0"/>
        <w:jc w:val="left"/>
      </w:pPr>
      <w:r>
        <w:rPr>
          <w:rFonts w:ascii="Times New Roman" w:hAnsi="Times New Roman" w:eastAsia="Times New Roman" w:cs="Times New Roman"/>
          <w:b w:val="0"/>
          <w:sz w:val="24"/>
        </w:rPr>
        <w:t>6.19.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2160" w:right="0" w:firstLine="0"/>
        <w:jc w:val="left"/>
      </w:pPr>
      <w:r>
        <w:rPr>
          <w:rFonts w:ascii="Times New Roman" w:hAnsi="Times New Roman" w:eastAsia="Times New Roman" w:cs="Times New Roman"/>
          <w:b w:val="0"/>
          <w:sz w:val="24"/>
        </w:rPr>
        <w:t>6.20.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join with my [spouse or partner], or [his or her] estate, or governing revocable trust, in the execution and filing of any federal income tax return for the year in which my death occurred and for any years prior thereto, and also to consent to any gifts made by [him or her] as being made by me for the purposes of the federal gift tax laws; and the executors of my estate or the Trustees may take such action even though it may result in additional liabilities for my estate. Any income or gift taxes due on such returns and any deficiency, interest or penalties thereon shall be allocated in such manner between my estate and my said [spouse or partner] or [his or her] estate, or all to any of them as the executors of my estate or the Trustees in their sole discretion shall deem equitable and proper;</w:t>
      </w:r>
    </w:p>
    <w:p>
      <w:pPr>
        <w:keepNext w:val="0"/>
        <w:spacing w:before="120" w:after="0" w:line="260" w:lineRule="exact"/>
        <w:ind w:left="2160" w:right="0" w:firstLine="0"/>
        <w:jc w:val="left"/>
      </w:pPr>
      <w:r>
        <w:rPr>
          <w:rFonts w:ascii="Times New Roman" w:hAnsi="Times New Roman" w:eastAsia="Times New Roman" w:cs="Times New Roman"/>
          <w:b w:val="0"/>
          <w:sz w:val="24"/>
        </w:rPr>
        <w:t>6.21.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2160" w:right="0" w:firstLine="0"/>
        <w:jc w:val="left"/>
      </w:pPr>
      <w:r>
        <w:rPr>
          <w:rFonts w:ascii="Times New Roman" w:hAnsi="Times New Roman" w:eastAsia="Times New Roman" w:cs="Times New Roman"/>
          <w:b w:val="0"/>
          <w:sz w:val="24"/>
        </w:rPr>
        <w:t>6.22.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modify, delete, control, and transfer my digital assets, whether or not the Trustees are the original users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80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2160" w:right="0" w:firstLine="0"/>
        <w:jc w:val="left"/>
      </w:pPr>
      <w:r>
        <w:rPr>
          <w:rFonts w:ascii="Times New Roman" w:hAnsi="Times New Roman" w:eastAsia="Times New Roman" w:cs="Times New Roman"/>
          <w:b w:val="0"/>
          <w:sz w:val="24"/>
        </w:rPr>
        <w:t>7.1.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2160" w:right="0" w:firstLine="0"/>
        <w:jc w:val="left"/>
      </w:pPr>
      <w:r>
        <w:rPr>
          <w:rFonts w:ascii="Times New Roman" w:hAnsi="Times New Roman" w:eastAsia="Times New Roman" w:cs="Times New Roman"/>
          <w:b w:val="0"/>
          <w:sz w:val="24"/>
        </w:rPr>
        <w:t>7.2.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2160" w:right="0" w:firstLine="0"/>
        <w:jc w:val="left"/>
      </w:pPr>
      <w:r>
        <w:rPr>
          <w:rFonts w:ascii="Times New Roman" w:hAnsi="Times New Roman" w:eastAsia="Times New Roman" w:cs="Times New Roman"/>
          <w:b w:val="0"/>
          <w:sz w:val="24"/>
        </w:rPr>
        <w:t>7.3.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2160" w:right="0" w:firstLine="0"/>
        <w:jc w:val="left"/>
      </w:pPr>
      <w:r>
        <w:rPr>
          <w:rFonts w:ascii="Times New Roman" w:hAnsi="Times New Roman" w:eastAsia="Times New Roman" w:cs="Times New Roman"/>
          <w:b w:val="0"/>
          <w:sz w:val="24"/>
        </w:rPr>
        <w:t>7.4.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2160" w:right="0" w:firstLine="0"/>
        <w:jc w:val="left"/>
      </w:pPr>
      <w:r>
        <w:rPr>
          <w:rFonts w:ascii="Times New Roman" w:hAnsi="Times New Roman" w:eastAsia="Times New Roman" w:cs="Times New Roman"/>
          <w:b w:val="0"/>
          <w:sz w:val="24"/>
        </w:rPr>
        <w:t>7.5.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2160" w:right="0" w:firstLine="0"/>
        <w:jc w:val="left"/>
      </w:pPr>
      <w:r>
        <w:rPr>
          <w:rFonts w:ascii="Times New Roman" w:hAnsi="Times New Roman" w:eastAsia="Times New Roman" w:cs="Times New Roman"/>
          <w:b w:val="0"/>
          <w:sz w:val="24"/>
        </w:rPr>
        <w:t>7.6.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provided by me or Trustees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my life while I am not incompetent the Trustees are not required to provide accountings to me or any other beneficiary. During my life while I am incompetent the Trustees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my guardian at least annually. After my death, unless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provided in Fla. Stat. Ann. § 736.0813, the Trustees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the qualified beneficiaries of the Trust at least annually. Nothing herein, however, shall preclude the Trustees from providing accountings more frequently than annually whenever they deem advisable. If the situs of the Trust is moved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requires judicial settlement of the account, I hereby waive such requirement, any rule or statute of law to the contrary notwithstanding.</w:t>
      </w:r>
    </w:p>
    <w:p>
      <w:pPr>
        <w:keepNext w:val="0"/>
        <w:spacing w:before="120" w:after="0" w:line="260" w:lineRule="exact"/>
        <w:ind w:left="2160" w:right="0" w:firstLine="0"/>
        <w:jc w:val="left"/>
      </w:pPr>
      <w:r>
        <w:rPr>
          <w:rFonts w:ascii="Times New Roman" w:hAnsi="Times New Roman" w:eastAsia="Times New Roman" w:cs="Times New Roman"/>
          <w:b w:val="0"/>
          <w:sz w:val="24"/>
        </w:rPr>
        <w:t>7.8.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2160" w:right="0" w:firstLine="0"/>
        <w:jc w:val="left"/>
      </w:pPr>
      <w:r>
        <w:rPr>
          <w:rFonts w:ascii="Times New Roman" w:hAnsi="Times New Roman" w:eastAsia="Times New Roman" w:cs="Times New Roman"/>
          <w:b w:val="0"/>
          <w:sz w:val="24"/>
        </w:rPr>
        <w:t>7.9.</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2160" w:right="0" w:firstLine="0"/>
        <w:jc w:val="left"/>
      </w:pPr>
      <w:r>
        <w:rPr>
          <w:rFonts w:ascii="Times New Roman" w:hAnsi="Times New Roman" w:eastAsia="Times New Roman" w:cs="Times New Roman"/>
          <w:b w:val="0"/>
          <w:sz w:val="24"/>
        </w:rPr>
        <w:t>7.10.</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2160" w:right="0" w:firstLine="0"/>
        <w:jc w:val="left"/>
      </w:pPr>
      <w:r>
        <w:rPr>
          <w:rFonts w:ascii="Times New Roman" w:hAnsi="Times New Roman" w:eastAsia="Times New Roman" w:cs="Times New Roman"/>
          <w:b w:val="0"/>
          <w:sz w:val="24"/>
        </w:rPr>
        <w:t>7.11.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2160" w:right="0" w:firstLine="0"/>
        <w:jc w:val="left"/>
      </w:pPr>
      <w:r>
        <w:rPr>
          <w:rFonts w:ascii="Times New Roman" w:hAnsi="Times New Roman" w:eastAsia="Times New Roman" w:cs="Times New Roman"/>
          <w:b w:val="0"/>
          <w:sz w:val="24"/>
        </w:rPr>
        <w:t>7.12.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2160" w:right="0" w:firstLine="0"/>
        <w:jc w:val="left"/>
      </w:pPr>
      <w:r>
        <w:rPr>
          <w:rFonts w:ascii="Times New Roman" w:hAnsi="Times New Roman" w:eastAsia="Times New Roman" w:cs="Times New Roman"/>
          <w:b w:val="0"/>
          <w:sz w:val="24"/>
        </w:rPr>
        <w:t>7.13.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2160" w:right="0" w:firstLine="0"/>
        <w:jc w:val="left"/>
      </w:pPr>
      <w:r>
        <w:rPr>
          <w:rFonts w:ascii="Times New Roman" w:hAnsi="Times New Roman" w:eastAsia="Times New Roman" w:cs="Times New Roman"/>
          <w:b w:val="0"/>
          <w:sz w:val="24"/>
        </w:rPr>
        <w:t>7.14.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 if two Trustees are serving and by the majority vote of all individuals and entities serving as Trustee if more than two Trustees are serving. Notwithstanding the foregoing, if I am serving as Trustee with one or more individuals or entities, I may act alone in exercising and performing every power (including discretionary powers), authority, or duty; </w:t>
      </w:r>
    </w:p>
    <w:p>
      <w:pPr>
        <w:keepNext w:val="0"/>
        <w:spacing w:before="120" w:after="0" w:line="260" w:lineRule="exact"/>
        <w:ind w:left="2160" w:right="0" w:firstLine="0"/>
        <w:jc w:val="left"/>
      </w:pPr>
      <w:r>
        <w:rPr>
          <w:rFonts w:ascii="Times New Roman" w:hAnsi="Times New Roman" w:eastAsia="Times New Roman" w:cs="Times New Roman"/>
          <w:b w:val="0"/>
          <w:sz w:val="24"/>
        </w:rPr>
        <w:t>7.15.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2160" w:right="0" w:firstLine="0"/>
        <w:jc w:val="left"/>
      </w:pPr>
      <w:r>
        <w:rPr>
          <w:rFonts w:ascii="Times New Roman" w:hAnsi="Times New Roman" w:eastAsia="Times New Roman" w:cs="Times New Roman"/>
          <w:b w:val="0"/>
          <w:sz w:val="24"/>
        </w:rPr>
        <w:t>7.16.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situs of the trust shall be Florida. In the sole and absolute discretion of the Trustees, the location of the situs of the Trust may be transferred to such other jurisdiction as to provide for ease of administration or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2160" w:right="0" w:firstLine="0"/>
        <w:jc w:val="left"/>
      </w:pPr>
      <w:r>
        <w:rPr>
          <w:rFonts w:ascii="Times New Roman" w:hAnsi="Times New Roman" w:eastAsia="Times New Roman" w:cs="Times New Roman"/>
          <w:b w:val="0"/>
          <w:sz w:val="24"/>
        </w:rPr>
        <w:t>7.17.</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2160" w:right="0" w:firstLine="0"/>
        <w:jc w:val="left"/>
      </w:pPr>
      <w:r>
        <w:rPr>
          <w:rFonts w:ascii="Times New Roman" w:hAnsi="Times New Roman" w:eastAsia="Times New Roman" w:cs="Times New Roman"/>
          <w:b w:val="0"/>
          <w:sz w:val="24"/>
        </w:rPr>
        <w:t>7.18.</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8.1.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8.2.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2160" w:right="0" w:firstLine="0"/>
        <w:jc w:val="left"/>
      </w:pPr>
      <w:r>
        <w:rPr>
          <w:rFonts w:ascii="Times New Roman" w:hAnsi="Times New Roman" w:eastAsia="Times New Roman" w:cs="Times New Roman"/>
          <w:b w:val="0"/>
          <w:sz w:val="24"/>
        </w:rPr>
        <w:t>8.3.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 to replace the removed trustee.</w:t>
      </w:r>
    </w:p>
    <w:p>
      <w:pPr>
        <w:keepNext w:val="0"/>
        <w:spacing w:before="120" w:after="0" w:line="260" w:lineRule="exact"/>
        <w:ind w:left="2160" w:right="0" w:firstLine="0"/>
        <w:jc w:val="left"/>
      </w:pPr>
      <w:r>
        <w:rPr>
          <w:rFonts w:ascii="Times New Roman" w:hAnsi="Times New Roman" w:eastAsia="Times New Roman" w:cs="Times New Roman"/>
          <w:b w:val="0"/>
          <w:sz w:val="24"/>
        </w:rPr>
        <w:t>8.4.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2160" w:right="0" w:firstLine="0"/>
        <w:jc w:val="left"/>
      </w:pPr>
      <w:r>
        <w:rPr>
          <w:rFonts w:ascii="Times New Roman" w:hAnsi="Times New Roman" w:eastAsia="Times New Roman" w:cs="Times New Roman"/>
          <w:b w:val="0"/>
          <w:sz w:val="24"/>
        </w:rPr>
        <w:t>8.5.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160" w:right="0" w:firstLine="0"/>
        <w:jc w:val="left"/>
      </w:pPr>
      <w:r>
        <w:rPr>
          <w:rFonts w:ascii="Times New Roman" w:hAnsi="Times New Roman" w:eastAsia="Times New Roman" w:cs="Times New Roman"/>
          <w:b w:val="0"/>
          <w:sz w:val="24"/>
        </w:rPr>
        <w:t>8.6.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“descendant”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9.7.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9.8.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800" w:right="0" w:firstLine="0"/>
        <w:jc w:val="left"/>
      </w:pPr>
      <w:r>
        <w:rPr>
          <w:rFonts w:ascii="Times New Roman" w:hAnsi="Times New Roman" w:eastAsia="Times New Roman" w:cs="Times New Roman"/>
          <w:b w:val="0"/>
          <w:sz w:val="24"/>
        </w:rPr>
        <w:t>9.9.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9.10.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9.11.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9.12.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1440" w:right="0" w:firstLine="0"/>
        <w:jc w:val="both"/>
      </w:pPr>
      <w:r>
        <w:rPr>
          <w:rFonts w:ascii="Times New Roman" w:hAnsi="Times New Roman" w:eastAsia="Times New Roman" w:cs="Times New Roman"/>
          <w:b w:val="0"/>
          <w:sz w:val="24"/>
        </w:rPr>
        <w:t>IN WITNESS WHEREOF, I hereby sign, seal, publish, and declare this instrument to be my Revocable Trust Agreement, which I have signed, in the presence of the persons witnessing this Trust, at my request, this [day of] [month], [year].</w:t>
      </w:r>
    </w:p>
    <w:p>
      <w:pPr>
        <w:keepNext w:val="0"/>
        <w:spacing w:before="120" w:after="0" w:line="260" w:lineRule="exact"/>
        <w:ind w:left="1440" w:right="0" w:firstLine="0"/>
        <w:jc w:val="left"/>
      </w:pPr>
      <w:r>
        <w:rPr>
          <w:rFonts w:ascii="Times New Roman" w:hAnsi="Times New Roman" w:eastAsia="Times New Roman" w:cs="Times New Roman"/>
          <w:b w:val="0"/>
          <w:sz w:val="24"/>
        </w:rPr>
        <w:t>SETTLOR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TRUSTEE]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[client name]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CO-TRUSTEE]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[co-trustee name]</w:t>
      </w:r>
    </w:p>
    <w:p>
      <w:pPr>
        <w:keepNext w:val="0"/>
        <w:spacing w:before="120" w:after="0" w:line="260" w:lineRule="exact"/>
        <w:ind w:left="1440" w:right="0" w:firstLine="0"/>
        <w:jc w:val="left"/>
      </w:pPr>
      <w:r>
        <w:rPr>
          <w:rFonts w:ascii="Times New Roman" w:hAnsi="Times New Roman" w:eastAsia="Times New Roman" w:cs="Times New Roman"/>
          <w:b w:val="0"/>
          <w:sz w:val="24"/>
        </w:rPr>
        <w:t>WITNESS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WITNESS</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w:t>
      </w:r>
    </w:p>
    <w:p>
      <w:pPr/>
    </w:p>
    <w:p>
      <w:pPr>
        <w:keepNext w:val="0"/>
        <w:spacing w:before="200" w:after="0" w:line="260" w:lineRule="exact"/>
        <w:ind w:left="1440" w:right="0" w:firstLine="0"/>
        <w:jc w:val="both"/>
      </w:pPr>
      <w:r>
        <w:rPr>
          <w:rFonts w:ascii="Times New Roman" w:hAnsi="Times New Roman" w:eastAsia="Times New Roman" w:cs="Times New Roman"/>
          <w:b w:val="0"/>
          <w:sz w:val="24"/>
        </w:rPr>
        <w:t>I, [client name], declare to the officer taking my acknowledgment of this instrument, and to the subscribing witnesses, that I signed this instrument as my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[client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We, ____________________ and ____________________, have been sworn by the officer signing below, and declare to that officer on our oaths that the Settlor declared the instrument to be the Settlor’s Trust Agreement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 and of each other.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Witness Signature</w:t>
      </w:r>
    </w:p>
    <w:p>
      <w:pPr>
        <w:keepNext w:val="0"/>
        <w:spacing w:before="200" w:after="0" w:line="260" w:lineRule="exact"/>
        <w:ind w:left="1440" w:right="0" w:firstLine="0"/>
        <w:jc w:val="both"/>
      </w:pPr>
      <w:r>
        <w:rPr>
          <w:rFonts w:ascii="Times New Roman" w:hAnsi="Times New Roman" w:eastAsia="Times New Roman" w:cs="Times New Roman"/>
          <w:b w:val="0"/>
          <w:sz w:val="24"/>
        </w:rPr>
        <w:t>Acknowledged and subscribed before me by means of ☐ physical presence or ☐ online notarization by [name of donor/settlor],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[settlor/donor] and the subscribing witnesses, all on [day], [month], [year].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144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1440" w:right="0" w:firstLine="0"/>
        <w:jc w:val="both"/>
      </w:pPr>
      <w:r>
        <w:rPr>
          <w:rFonts w:ascii="Times New Roman" w:hAnsi="Times New Roman" w:eastAsia="Times New Roman" w:cs="Times New Roman"/>
          <w:b w:val="0"/>
          <w:sz w:val="24"/>
        </w:rPr>
        <w:t>(NOTARIAL SEAL)</w:t>
      </w:r>
    </w:p>
    <w:p>
      <w:pPr>
        <w:keepNext w:val="0"/>
        <w:spacing w:before="200" w:after="0" w:line="260" w:lineRule="exact"/>
        <w:ind w:left="144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w:t>
      </w:r>
    </w:p>
    <w:p>
      <w:pPr/>
    </w:p>
    <w:p>
      <w:pPr>
        <w:keepNext w:val="0"/>
        <w:spacing w:before="120" w:after="0" w:line="260" w:lineRule="exact"/>
        <w:ind w:left="144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