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Georgia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expenses of administering my estate, and legally enforceable debts of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Section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distributed to my Spouse, if my Spouse survives me. If my Spouse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dealt with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my Spouse, if [he or she] survives me, or, if [he or she] fails to survive me, to my children,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equal shares, per stirpes, and subject to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instrument. If my Spouse survives me and [he or she] or the Personal Representative of [his or her]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Trustee, hereinafter named, to hold pursuant to the terms and conditions of the trust created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Spouse survives me and [he or she], or the Personal Representative of [his or her] estate, shall disclaim all or any part of the bequest to [him or her] under this Article, the disclaimed portion shall be held by my Trustee, hereinafter named, in trust for the following uses and purposes: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 direct my Trustee to pay to or apply for the benefit of my Spouse, during [his or her] lifetime, the entire net income of the trust, together with so much of the principal, from time to time, as my Trustee in [his or her or its] sole discretion, shall deem necessary or advisable to provide adequately for [his or her] health, education, maintenance, and support in [his or her] accustomed manner of living, including payment for the support of persons my Spouse is legally obligated to support. In exercising the discretion hereby conferred, my Trustee shall take into account any other income available to my Spouse, and may, but shall not be required to, take into account my Spouse’s other principal resources.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lifetime of my Spouse, I authorize my Trustee to advance principal from time to time for the benefit of my issue whenever my Trustee in [his or her or its] sole discretion shall determine that advances are necessary or advisable for their health, education, maintenance, and support.</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My Trustee’s decision with respect to any advances of principal pursuant to this Article shall be final and binding on all persons interested in the Trust and shall not be subject to judicial review.</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Upon the death of my Spouse, I direct my Trustee to distribute the remaining trust property outright to my children,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equal shares, per stirpes, provided that if any of my children shall not yet have attained the age of 30 years, such child’s share shall be held in trust pursuant to the terms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instrument.</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there be no surviving issue of mine, then to the persons to whom and in the shares and proportions in which my Personal Representative would have been required to pay the same under the laws of the State of Georgia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YOUNG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share of my residuary Trust Estate shall become payable to any of my issue who is then younger than thirty (30) years of age, such share shall not be paid to such issue outright but shall instead go to my Trustee, hereinafter named, to be held in as many separate trusts, each upon the terms set forth in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as my Trustee, in his or her sole discretion,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Trustees shall pay to such individual (hereinafter referred to in this Article as the Beneficiary), or apply for his or her benefit, for any reason whatsoever, as much or all (or none) of the net income as the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pay to the Beneficiary, or apply for his or her benefit, for any reason whatsoever, as much or all of the principal as the Trustees, in their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but need not, consider the Beneficiary’s assets and income apart from the trust in exercising their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at any time in their sole discretion, may grant to the Beneficiary the power to withdraw trust principal, in whole or in part, and subject to such restrictions as the Trustees set forth in the instrument by which such power is granted. In addition, the Trustees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Trustees set forth in the instrument by which such power is granted, provided, however, that the Trustees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and may be revoked at any time during the Beneficiary’s lifetime by written instrument of revocation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Section) upon the first to occur of the Beneficiary’s attainment of age thirty (30) years, or the Beneficiary’s death. Upon termination the Trustees shall pay the remaining trust assets to the Beneficiary. If the Beneficiary is not then living, the Trustees shall pay the balance of the trust not appointed by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Beneficiary’s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there be no such issue, (b) to my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provided, that, if any such issue is then younger than thirty (30) years of age, his or her share shall be held in as many separate trusts as the Trustees, in their sole discretion, shall determine, each upon the terms set forth in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Personal Representative would have been required to pay the same under the laws of the State of Georgia in effect at the time such disposition is made had I then died intestate and possessed of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each trust held under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shall terminate, unless it shall have sooner terminated on the Perpetuities Date, such date being the expiration of the longest period that property may be held in trust hereunder under the law of such jurisdiction (including any applicable period in gross, such as twenty-one (21) years or three hundred sixty (360) years), and the remaining principal, together with all accrued and undistributed income, shall be paid to the Beneficiary of that trust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Sections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my Spouse as Trustee. If my Spouse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is unwilling to act or accept appointment, or has died.</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Georgia.</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Trustee, as defined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below,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of Georgia,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Trustee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Georgia or elsewhere.</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Trustees shall have, in addition to all other powers incident to their respective offices of Trustees, including the powers conferred by Ga. Code Ann. § 53-12-261,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7.20.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with my Spouse,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[his or her] estate, or all to any of them as the executors of my estate or the Trustees in their sole discretion shall deem equitable and proper;</w:t>
      </w:r>
    </w:p>
    <w:p>
      <w:pPr>
        <w:keepNext w:val="0"/>
        <w:spacing w:before="120" w:after="0" w:line="260" w:lineRule="exact"/>
        <w:ind w:left="1800" w:right="0" w:firstLine="0"/>
        <w:jc w:val="left"/>
      </w:pPr>
      <w:r>
        <w:rPr>
          <w:rFonts w:ascii="Times New Roman" w:hAnsi="Times New Roman" w:eastAsia="Times New Roman" w:cs="Times New Roman"/>
          <w:b w:val="0"/>
          <w:sz w:val="24"/>
        </w:rPr>
        <w:t>7.21.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7.22.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8.7.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8.8.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8.9.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8.10.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and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8.11.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8.12.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8.13.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8.14.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8.15.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8.17.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Georgia.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8.18.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8.19.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Section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