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New Jersey, (“the Grantor”)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Grantor desires to establish this trust, the “[name of trust (e.g., grantor’s name)] Revocable Trust” (the “Trust”), for [his/her] benefit and protection in the event of [his/her] incapacity, and to provide for the disposition of property on [his/her] death to the individuals designated below;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Grantor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the Grantor’s life, or pursuant to beneficiary designation or otherwise on the Grantor’s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is unmarried.</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Grantor’s life, the Trustee shall hold, manage, invest, and reinvest the Trust Estate, and shall collect the income thereof, and shall pay so much of the net income and principal to the Grantor, or apply for the Grantor’s benefit, as the Trustee shall determine in his or her absolute discretion. The Trustee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liberally distribute income and principal of the Trust for the Grantor’s benefit. The rights of the successor beneficiaries hereunder shall be considered secondary. The Trust is established to ensure that the best available care and support is provided to the Grantor to meet all the Grantor’s lifetime needs. All assets of the Trust are to be considered available for that purpose, and the Trustee shall at all times be guided by that purpose and intent. While the Grantor is acting as Trustee, [he/she] may act individually and without oversight from any successor Trustees.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Grantor is not the serving Trustee during the Grantor’s lifetime, the then acting Trustee shall make every effort to involve the Grantor in decision-making regarding both financial matters and personal care. The Trustee shall make every effort to determine the Grantor’s wishes and make decisions that conform to them. If the Grantor is unable to make [his/her] wishes known, the Trustee shall make decisions that the Trustee believes that the Grantor would make, bearing in mind that the least restrictive alternatives for living arrangements are desirable so that the Grantor may live with the greatest degree of dignity possible. The Trust is to be used to provide the Grantor with the best available care and support during the Grantor’s lifetime.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Grantor’s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Grantor’s death: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on behalf of the Grantor’s estate, such amounts as may be requested from the executor of the Grantor’s estate, for the payment of the Grantor’s debts, funeral expenses, and expenses of the Grantor’s last illness. Additionally, the Trustee shall pay to or on behalf of the Grantor’s estate, such expenses of administering the Trust Estate, including the costs of safeguarding and delivering assets. The Trustee shall pay any federal and state estate tax that may be due by reason of the Grantor’s death, as further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the Grantor’s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the Grantor’s estate. Any decision made by the Trustee as to the amount and manner of any payments authorized or directed to be made by this Section shall fully protect the Trustee and shall be conclusive and binding upon all persons interested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the Grantor’s death,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Will or any written statement prepared by the Grantor, specifically bequeaths any tangible personal property which, at the time of the Grantor’s death, is held in trust hereunder, the Trustee shall distribute such property as provided under the Will or written statement.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such tangible personal property shall be distributed to the Grantor’s [children / residuary beneficiaries] who survive the Grantor, to be divided among them as they shall agree. If they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90 days after the Grantor’s death, or if any such beneficiary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 having due regard for their personal preferences. The Trustee may sell any of such property for which the Grantor’s [children / residuary beneficiaries] do not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and, in such case, shall distribute the proceeds as part of the Grantor’s Residuary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the Grantor’s favor existing at the Grantor’s death with respect to the property distributed to such beneficiary, and, to the extent practical, shall be entitled to any insurance policies relating to such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"tangible personal property" shall include, but not be limited to, the Grantor’s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 beneficiary]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tangible personal property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in the exercise of the Trustee’s discretion, may: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Keep possession and control over all or any part of such tangible personal property which is not sold until such minor attains the age of majority;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Deliver such tangible personal property to such minor, to such minor’s parent or other adult with whom such minor resides, to such minor’s duly appointed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minor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under the applicable Uniform Gifts to Minors Act or Uniform Transfers to Minors Act of any jurisdiction. The receipt of such property by such minor, parent, adult with whom such minor child resides, guardian, or custodian shall fully discharge the Trustee with respect to such delivery.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distributed to the Grantor’s surviving issue, per stirpes, outright and free of any trusts.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designated in this Trust Agreement to whom any part of the income or principal may be distributed pursuant to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property shall be transferred and paid over to the persons to whom and in the shares and proportions in which the Grantor’s administrator would have been required to pay the same under the laws of New Jersey in effect at the time such disposition is made had the Grantor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or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the Grantor’s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Grantor’s death, but only to the extent imposed upon property passing under the Grantor’s Will or this Trust Agreement, together with interest and penalties on those taxes, shall be charged against and paid without apportionment out of the Grantor’s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Such taxes on property not passing under this Trust Agreement or the Grantor’s Will shall be apportioned to and paid by those succeeding to such property in accordance with the provisions of the Internal Revenue Code and any provisions of other applicable law apportioning such taxes.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the Grantor’s probate estate is appointed within six months after the Grantor’s death, then the Trustee shall pay the preceding items only to the extent the Grantor’s personal representative shall certify in writing to the Trustee that the value of the cash and readily marketable assets of the Grantor’s residuary estate, as determined by [his/her]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the Grantor’s probate estate, as the Trustee determines to be advisable. The preceding items shall be charged generally against the principal of the Residuary Trust Estate. The Trustee shall not seek reimbursement for, recovery of, or contribution toward the payment of the preceding items from any person, except that if no personal representative of the Grantor’s probate estate is appointed within six months after the Grantor’s death, then, to the maximum extent permitted by law, the Trustee shall seek reimbursement for, recovery of, or contribution toward the payment of estate taxes attributable to property which is included in the Grantor’s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death of the Grantor, the Grantor may,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and acknowledged by the Grantor, appoint one or more co Trustees to serve with the Grantor and/or appoint one or more successor Trustees to 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hereunder, and any co-Trustee or successor Trustee so appointed may be removed by the Grantor at any time upon 30 days’ written notice to such Trustee. If the Grantor or any co-Trustee or successor Trustee appointed by the Grantor resigns, is removed, or otherwise ceases to serve and there is no other Trustee then serving, [name of successor trustee] shall become Trustee. If [name of successor trustee] fails to qualify or ceases to serve, [name of second successor trustee] shall become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any Trustee’s lack of capacity to manage property,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adhere to the limitations imposed on the Trustees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New Jersey or elsewhere. No Trustee shall be liable for any error in judgment or be liable for good faith reliance on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shall be entitled to receive reasonable compensation for the duties performed in accordance with this Trust Agreement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the Grantor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the Grantor’s life;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the Grantor’s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the Grantor during the Grantor’s life, and to continue any business in which the Grantor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the Grantor’s death;</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the Grantor’s estate or loan assets to the Grantor’s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created hereunder with any other trust or trusts created by the Grantor, if any, under will or deed (if the terms of any such trust are then substantially similar and held for the primary benefit of the same persons);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Grantor’s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the Grantor’s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the Grantor is the transferor, including any property transferred by the Grantor during life as to which the Grantor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[his/her] death;</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the Grantor’s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 </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Grantor’s digital assets, the Trustee may: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the Grantor’s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the Grantor’s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the Grantor’s digital assets, including, but not limited to, any and all of the Grantor’s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the Grantor’s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the Grantor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The terms used in this authorization are to be construed as broadly as possible and that this authorization of access be construed as the Grantor’s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time to time and upon termination of any of the trusts established hereunder, the Trustee may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the Grantor during [his/her] lifetime, or by the then living competent adult beneficiaries hereunder after the Grantor’s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contained herein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or any part of any trust assets are distributable outright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the Trustee’s discretion, either pay over and distribute the property belonging to such minor to such minor’s parent, guardian, or other qualified person as custodian under the applicable Uniform Gifts to Minors Act or Uniform Transfers to Minors Act of any jurisdiction. Alternatively, the Trustee may continue to hold the property for such minor and make expenditures directly for the care, support, maintenance, or education of the minor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the Trust shall have any right or power to anticipate, pledge, assign, sell, transfer, alienate or encumber in any way such beneficiary’s interest in the income of the trust or such beneficiary’s interest in the principal of the trust receivable in the future. No interest of any beneficiary shall be subject to any claims of his or her creditors or liable to attachment, execution, or other process of law.</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the authority to delegate powers in Paragraph </w:t>
      </w: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New Jersey.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the Grantor’s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the Grantor’s planning goals, shall be conclusive as to all beneficiaries. No amendment under this Section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at the end of the longest period of time under which such assets can be held in trust in such jurisdiction.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and who has one or more descendants living, or if none, per stirpes, to the Grantor’s then living descendants. Notwithstanding anything to the contrary herein contained, no power of appointment shall be exercised so as to violate any rule against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Trustee, in the Trustee’s discretion, shall determine that it is uneconomic to continue any trust with respect to which such Trustee is acting hereunder, the Trustee, without the permission or order of any court, may terminate the trust. Upon such termination, the entire balance remaining shall be paid over to the beneficiaries entitled to the income thereof at that time, in the proportions in which they are beneficiaries of such income. If any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payment of any such minor’s share may be made to such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property of such minor wherever appointed without requiring ancillary guardianship, or to any qualified custodian under the applicable Uniform Gifts to Minors Act or Uniform Transfers to Minors Act of any jurisdiction with power to select any person or trust company (including any Trustee hereunder) to be such custodian. The Trustee shall have no obligation to see to the use or application thereon, and the receipt of such minor, guardian, parent, person, or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as to such transfer or payment. In deciding whether to terminate such trust, the Trustee need not consider the interest of remaindermen or succeeding income beneficiaries, and their respective interests in the trust share in question shall cease upon termination by the Trustee. If at the time in question, any Trustee then serving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share in question, or if any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under Section 672(c) of the Internal Revenue Code of 1986, as amended, was appointed by the beneficiary of the trust share in question, such Trustee may not take part in deciding whether or not to terminate the trust share in question unless the principal of such trust does not exceed Fifty Thousand Dollars ($50,000.00).</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Grantor’s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Section, the Trustee shall resign as Trustee and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imposed on Trustees by this Section shall not apply to the Grantor to the extent the Trust is revocable and therefore included in the Grantor’s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The Grantor expressly reserves the right, by signed instruments duly acknowledged and delivered to the Trustee during the Grantor’s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the Grantor’s behalf by the Grantor’s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or “incapacitated”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Sections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subsections, as the case may be,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legatee or beneficiary under this Trust shall in anyway directly or indirectly dispute any clause or provision of this Trust, or exercise or attempt to exercise any right to take any part or share of the Grantor’s estate against the provisions of this Trust, or institute or prosecute, or be in any way directly or indirectly interested or instrumental in the institution or prosecution of, any action, proceeding, contest, or objection, or give any notice, for the purpose of setting aside or invalidating this Trust, or any clause or provision of this Trust, then and in each such case, all provisions for such legatee or beneficiary or for such beneficiary’s descendants contained in this Trust shall be wholly null, void, and ineffectual, and the Trust Estate shall be disposed of in like manner as though such legatee or beneficiary had not survived the Grantor leaving no descendants.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[County], 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[grantor name], as Grantor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