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[county name] County, Michigan (hereinafter referred to in the first person), enter into this Trust Agreement on this [day] day of [month], [year], with [name of trustee] as Trustee;</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for my benefit and protection in the event of my incapacity, and to provide for the disposition of property on my death to my family;</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Name.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this trust is the “[NAME OF TRUST] Revocable Trust”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 is established in this instrument to provide for my benefit and protection in the event of my incapacity, and to provide for the disposition of property on my death to my family.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am unmarried, but I do have [number (e.g., four)] children, namely, [names of children]. Any reference to my children shall be to them, or any children after-born or adopted by me.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now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to constitute the initial assets of the Trust,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required by law, the Trust need not be registered with the Michigan Attorney General.</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CONTROL.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Resignation of Trustees.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the initial Trustee of the trusts created hereunder. If I am Unavailable, I appoint [name of successor trustee], currently residing at [address of successor trustee] as Trustee. If [name of successor trustee] shall be Unavailable, I appoint [name of second successor trustee] as Trustee. If [name of second successor]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which memorializes both the appointment and the acceptance, and must be executed by both parties, and the signatures notarized.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which memorializes both the appointment and the acceptance and must be executed by the party making the appointment and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agent of the institution accepting the appointment, and the signatures notarized.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adhere to the limitations imposed on the Trustees by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unless demanded by law.</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shall receive compensation that is reasonable under the circumstances for the duties performed in accordance with this instrument and any trusts created hereunder.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at least 28 days' notice to the qualified trust beneficiaries, the holders of powers of appointment, and all co-trustees.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compensation for acting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FOR THE GRANTOR.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During Life.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FOR OTHERS.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my death: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 in the Trustee’s sole and absolute discretion.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(“my Residuary Trust Estate”), shall go to my children, in equal shares, per stirpes, provided that if any share of the residue or any terminating trust held under this instrument shall become payable to any of my issue who is then younger than thirty (30) years of age, such share shall not be paid to such issue outright but shall instead be held by the Trustee hereafter named in as many separate trusts, each upon the following terms: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Beneficiary reaches the age of twenty-one (21) years, the Trustee shall pay to such individual (hereinafter referred to in this Article as the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thirty (30) years, or the Beneficiary’s death. Upon termination, the Trustee shall pay remaining trust assets to the Beneficiary. If the Beneficiary is not then living, the Trustee shall pay the balance of the trust assets not appointed by the Beneficiary: (1) to the Beneficiary’s then living issue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or, if there be no such issue, (2) to my then living issue,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provided, that, if any such issue is then younger than thirty (30) years of age, his or her share shall be held in as many separate trusts as the Trustee, in its sole discretion, shall determine, each upon the terms set forth in this section. If there be no qualifying issue of mine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then to the persons to whom and in the shares and proportions in which my estate would have been distributed under the laws of the State of Michigan in effect at the time such disposition is made had I then died intestate and possessed of such property.</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Trust Agreement, each trust held under this section shall terminate, unless it shall have sooner terminated on the Perpetuities Date, and the remaining principal, together with all accrued and undistributed income, shall be paid to the Beneficiary of that trust (free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 AND CONSTRUCTION.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(i.e.,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“maintenance,” or “support,”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6.10.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080" w:right="0" w:firstLine="0"/>
        <w:jc w:val="left"/>
      </w:pPr>
      <w:r>
        <w:rPr>
          <w:rFonts w:ascii="Times New Roman" w:hAnsi="Times New Roman" w:eastAsia="Times New Roman" w:cs="Times New Roman"/>
          <w:b w:val="0"/>
          <w:sz w:val="24"/>
        </w:rPr>
        <w:t>6.11.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III,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III,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III,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&amp; REPORTING.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While I remain alive, and while I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the trust, no Trustee shall be obligated to inform, or make reports to, any beneficiary of the trust. Following my death, or incapacity, I wish to minimize administrative expenses related to the process of accounting and reporting to the trust beneficiaries to the greatest extent possible. The Trustees shall therefore limit information and reporting to the beneficiaries to those actions which are required by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However,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upon my death, the Trustees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situs of the trust shall be Michigan.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grantor has signed this agreement on the date first above written causing the creation of the trust described herein. By his signature hereon, the Trustee accepts the obligations imposed by this trust agreement.</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sz w:val="24"/>
        </w:rPr>
        <w:t>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sz w:val="24"/>
        </w:rPr>
        <w:t>WITNESS #2:</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Sworn to and signed in my presence by [testator’s name], the testator, and sworn to and signed in my presence by [first witness’s name] and [second witness’s name], witnesses,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(printed name of notary),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 (date)</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