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Revocation and Notice of Revocation of Durable Power of Attorney </w:t>
      </w:r>
    </w:p>
    <w:p>
      <w:pPr>
        <w:keepNext w:val="0"/>
        <w:spacing w:after="0" w:line="240" w:lineRule="exact"/>
        <w:ind w:right="0"/>
        <w:jc w:val="both"/>
      </w:pPr>
    </w:p>
    <w:p>
      <w:pPr>
        <w:keepNext w:val="0"/>
        <w:spacing w:before="200" w:after="0" w:line="260" w:lineRule="exact"/>
        <w:ind w:left="360" w:right="0" w:firstLine="0"/>
        <w:jc w:val="right"/>
      </w:pPr>
      <w:r>
        <w:rPr>
          <w:rFonts w:ascii="Times New Roman" w:hAnsi="Times New Roman" w:eastAsia="Times New Roman" w:cs="Times New Roman"/>
          <w:b w:val="0"/>
          <w:sz w:val="24"/>
        </w:rPr>
        <w:t>[Client’s name]</w:t>
      </w:r>
    </w:p>
    <w:p>
      <w:pPr>
        <w:keepNext w:val="0"/>
        <w:spacing w:before="200" w:after="0" w:line="260" w:lineRule="exact"/>
        <w:ind w:left="360" w:right="0" w:firstLine="0"/>
        <w:jc w:val="right"/>
      </w:pPr>
      <w:r>
        <w:rPr>
          <w:rFonts w:ascii="Times New Roman" w:hAnsi="Times New Roman" w:eastAsia="Times New Roman" w:cs="Times New Roman"/>
          <w:b w:val="0"/>
          <w:sz w:val="24"/>
        </w:rPr>
        <w:t>[Client’s address]</w:t>
      </w:r>
    </w:p>
    <w:p>
      <w:pPr>
        <w:keepNext w:val="0"/>
        <w:spacing w:before="200" w:after="0" w:line="260" w:lineRule="exact"/>
        <w:ind w:left="360" w:right="0" w:firstLine="0"/>
        <w:jc w:val="both"/>
      </w:pPr>
      <w:r>
        <w:rPr>
          <w:rFonts w:ascii="Times New Roman" w:hAnsi="Times New Roman" w:eastAsia="Times New Roman" w:cs="Times New Roman"/>
          <w:b w:val="0"/>
          <w:sz w:val="24"/>
        </w:rPr>
        <w:t>[Agent’s name]</w:t>
      </w:r>
    </w:p>
    <w:p>
      <w:pPr>
        <w:keepNext w:val="0"/>
        <w:spacing w:before="200" w:after="0" w:line="260" w:lineRule="exact"/>
        <w:ind w:left="36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360" w:right="0" w:firstLine="0"/>
        <w:jc w:val="both"/>
      </w:pPr>
      <w:r>
        <w:rPr>
          <w:rFonts w:ascii="Times New Roman" w:hAnsi="Times New Roman" w:eastAsia="Times New Roman" w:cs="Times New Roman"/>
          <w:b w:val="0"/>
          <w:sz w:val="24"/>
        </w:rPr>
        <w:t>Dear [Agent’s name]:</w:t>
      </w:r>
    </w:p>
    <w:p>
      <w:pPr>
        <w:keepNext w:val="0"/>
        <w:spacing w:before="200" w:after="0" w:line="260" w:lineRule="exact"/>
        <w:ind w:left="360" w:right="0" w:firstLine="0"/>
        <w:jc w:val="both"/>
      </w:pPr>
      <w:r>
        <w:rPr>
          <w:rFonts w:ascii="Times New Roman" w:hAnsi="Times New Roman" w:eastAsia="Times New Roman" w:cs="Times New Roman"/>
          <w:b w:val="0"/>
          <w:sz w:val="24"/>
        </w:rPr>
        <w:t>This letter is to let you know that you are no longer my Agent for Power of Attorney for Property. I now take away any power that I gave you over my money or property in the document dated [Month Day, _____]. Please see attached, notarized “Notice of Revocation of Durable Power of Attorney” for details.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[Client’s name]</w:t>
      </w:r>
    </w:p>
    <w:p>
      <w:pPr>
        <w:keepNext w:val="0"/>
        <w:spacing w:before="200" w:after="0" w:line="260" w:lineRule="exact"/>
        <w:ind w:left="360" w:right="0" w:firstLine="0"/>
        <w:jc w:val="both"/>
      </w:pPr>
      <w:r>
        <w:rPr>
          <w:rFonts w:ascii="Times New Roman" w:hAnsi="Times New Roman" w:eastAsia="Times New Roman" w:cs="Times New Roman"/>
          <w:b w:val="0"/>
          <w:sz w:val="24"/>
        </w:rPr>
        <w:t>This Revocation has also been sent to the following people:</w:t>
      </w:r>
    </w:p>
    <w:p>
      <w:pPr>
        <w:keepNext w:val="0"/>
        <w:spacing w:before="200" w:after="0" w:line="260" w:lineRule="exact"/>
        <w:ind w:left="720" w:right="0" w:firstLine="0"/>
        <w:jc w:val="both"/>
      </w:pPr>
      <w:r>
        <w:rPr>
          <w:rFonts w:ascii="Times New Roman" w:hAnsi="Times New Roman" w:eastAsia="Times New Roman" w:cs="Times New Roman"/>
          <w:b/>
          <w:sz w:val="24"/>
        </w:rPr>
        <w:t>Successor Agents</w:t>
      </w:r>
    </w:p>
    <w:p>
      <w:pPr>
        <w:keepNext w:val="0"/>
        <w:spacing w:before="200" w:after="0" w:line="260" w:lineRule="exact"/>
        <w:ind w:left="720" w:right="0" w:firstLine="0"/>
        <w:jc w:val="both"/>
      </w:pPr>
      <w:r>
        <w:rPr>
          <w:rFonts w:ascii="Times New Roman" w:hAnsi="Times New Roman" w:eastAsia="Times New Roman" w:cs="Times New Roman"/>
          <w:b w:val="0"/>
          <w:sz w:val="24"/>
        </w:rPr>
        <w:t>[Successor Agent 1]</w:t>
      </w:r>
    </w:p>
    <w:p>
      <w:pPr>
        <w:keepNext w:val="0"/>
        <w:spacing w:before="200" w:after="0" w:line="260" w:lineRule="exact"/>
        <w:ind w:left="720" w:right="0" w:firstLine="0"/>
        <w:jc w:val="both"/>
      </w:pPr>
      <w:r>
        <w:rPr>
          <w:rFonts w:ascii="Times New Roman" w:hAnsi="Times New Roman" w:eastAsia="Times New Roman" w:cs="Times New Roman"/>
          <w:b w:val="0"/>
          <w:sz w:val="24"/>
        </w:rPr>
        <w:t>[Successor Agent 1 address]</w:t>
      </w:r>
    </w:p>
    <w:p>
      <w:pPr>
        <w:keepNext w:val="0"/>
        <w:spacing w:before="200" w:after="0" w:line="260" w:lineRule="exact"/>
        <w:ind w:left="720" w:right="0" w:firstLine="0"/>
        <w:jc w:val="both"/>
      </w:pPr>
      <w:r>
        <w:rPr>
          <w:rFonts w:ascii="Times New Roman" w:hAnsi="Times New Roman" w:eastAsia="Times New Roman" w:cs="Times New Roman"/>
          <w:b w:val="0"/>
          <w:sz w:val="24"/>
        </w:rPr>
        <w:t>[Successor Agent 2]</w:t>
      </w:r>
    </w:p>
    <w:p>
      <w:pPr>
        <w:keepNext w:val="0"/>
        <w:spacing w:before="200" w:after="0" w:line="260" w:lineRule="exact"/>
        <w:ind w:left="720" w:right="0" w:firstLine="0"/>
        <w:jc w:val="both"/>
      </w:pPr>
      <w:r>
        <w:rPr>
          <w:rFonts w:ascii="Times New Roman" w:hAnsi="Times New Roman" w:eastAsia="Times New Roman" w:cs="Times New Roman"/>
          <w:b w:val="0"/>
          <w:sz w:val="24"/>
        </w:rPr>
        <w:t>[Successor Agent 2 address]</w:t>
      </w:r>
    </w:p>
    <w:p>
      <w:pPr>
        <w:keepNext w:val="0"/>
        <w:spacing w:before="200" w:after="0" w:line="260" w:lineRule="exact"/>
        <w:ind w:left="720" w:right="0" w:firstLine="0"/>
        <w:jc w:val="both"/>
      </w:pPr>
      <w:r>
        <w:rPr>
          <w:rFonts w:ascii="Times New Roman" w:hAnsi="Times New Roman" w:eastAsia="Times New Roman" w:cs="Times New Roman"/>
          <w:b/>
          <w:sz w:val="24"/>
        </w:rPr>
        <w:t>Other people who received Notice</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NOTICE OF REVOCATION OF DURABLE POWER OF ATTORNEY (IL)</w:t>
      </w:r>
    </w:p>
    <w:p>
      <w:pPr>
        <w:keepNext w:val="0"/>
        <w:spacing w:before="200" w:after="0" w:line="260" w:lineRule="exact"/>
        <w:ind w:left="720" w:right="0" w:firstLine="0"/>
        <w:jc w:val="both"/>
      </w:pPr>
      <w:r>
        <w:rPr>
          <w:rFonts w:ascii="Times New Roman" w:hAnsi="Times New Roman" w:eastAsia="Times New Roman" w:cs="Times New Roman"/>
          <w:b w:val="0"/>
          <w:sz w:val="24"/>
        </w:rPr>
        <w:t>I, [Client’s name], of [Client’s address], revoke the Durable Power of Attorney for Property dated [Month Day, _____], empowering [Agent’s name] to act as my agent. In this document, the following successor agents were named: [Successor Agent 1’s name] and [Successor Agent 2’s name]. I hereby revoke and withdraw all power and authority granted to [Successor Agent 1’s name]. I hereby revoke and withdraw all power and authority granted to [Successor Agent 2’s name].</w:t>
      </w:r>
    </w:p>
    <w:p>
      <w:pPr>
        <w:keepNext w:val="0"/>
        <w:spacing w:before="200" w:after="0" w:line="260" w:lineRule="exact"/>
        <w:ind w:left="720" w:right="0" w:firstLine="0"/>
        <w:jc w:val="both"/>
      </w:pPr>
      <w:r>
        <w:rPr>
          <w:rFonts w:ascii="Times New Roman" w:hAnsi="Times New Roman" w:eastAsia="Times New Roman" w:cs="Times New Roman"/>
          <w:b w:val="0"/>
          <w:sz w:val="24"/>
        </w:rPr>
        <w:t>Dated: [Month Day, 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Principal</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On this [Day] day of [Month, _____], before me, [Name of notary public],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said state, personally appeared [Client’s name], personally known to me (or proved to me on the basis of satisfactory evidence) to be the person whose name is subscribed to the within instrument, and acknowledged to me that she/he executed the same in her/his authorized capacity, and that by her/his signature on the instrument, the person, or the entity upon behalf of which the person acted, executed the instrument. WITNESS my hand and official seal.</w:t>
      </w:r>
    </w:p>
    <w:p>
      <w:pPr>
        <w:keepNext w:val="0"/>
        <w:spacing w:before="200" w:after="0" w:line="260" w:lineRule="exact"/>
        <w:ind w:left="360" w:right="0" w:firstLine="0"/>
        <w:jc w:val="both"/>
      </w:pPr>
      <w:r>
        <w:rPr>
          <w:rFonts w:ascii="Times New Roman" w:hAnsi="Times New Roman" w:eastAsia="Times New Roman" w:cs="Times New Roman"/>
          <w:b w:val="0"/>
          <w:sz w:val="24"/>
        </w:rPr>
        <w:t>Dated: [Month Day, 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w:t>
      </w:r>
    </w:p>
    <w:p>
      <w:pPr>
        <w:keepNext w:val="0"/>
        <w:spacing w:before="120" w:after="0" w:line="260" w:lineRule="exact"/>
        <w:ind w:left="36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