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Revocation of Power of Attorney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REVOCATION OF POWER OF ATTORNEY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I, [name of principal], of [address], County of [name of county], State of Florida, hereby revoke the [durable] power of attorney dated [date of power of attorney], given to [name of attorney-in-fact], empowering said individual to act as my true and lawful attorney-in-fact, and I declare that all power and authority granted under said power of attorney is hereby revoked and withdrawn.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hereby provide notice of this revocation to any person or institution in receipt of it and acknowledge and confirm that [name of attorney-in-fact] shall have no authority effective immediately.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Copies of this revocation shall have the same effect as the original.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Signed: ______________________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principal]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