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Revocation of Power of Attorney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I, [name of principal], of [name of county] County, Georgia, hereby revoke and give notice of my revocation of my power of attorney dated [date of execution] to [agent named in power of attorney]. All power and authority that I previously granted under the power of attorney is revoked and withdrawn by this instrument. Neither the agent named in this revocation, nor any successor agent(s) shall have any authority to act on the power of attorney after this date.</w:t>
      </w:r>
    </w:p>
    <w:p>
      <w:pPr>
        <w:keepNext w:val="0"/>
        <w:spacing w:before="200" w:after="0" w:line="260" w:lineRule="exact"/>
        <w:ind w:left="360" w:right="0" w:firstLine="0"/>
        <w:jc w:val="both"/>
      </w:pPr>
      <w:r>
        <w:rPr>
          <w:rFonts w:ascii="Times New Roman" w:hAnsi="Times New Roman" w:eastAsia="Times New Roman" w:cs="Times New Roman"/>
          <w:b w:val="0"/>
          <w:sz w:val="24"/>
        </w:rPr>
        <w:t>Dated: [month] [day],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[address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[telephone number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[email address of principal]</w:t>
      </w:r>
    </w:p>
    <w:p>
      <w:pPr>
        <w:keepNext w:val="0"/>
        <w:spacing w:before="200" w:after="0" w:line="260" w:lineRule="exact"/>
        <w:ind w:left="360" w:right="0" w:firstLine="0"/>
        <w:jc w:val="both"/>
      </w:pPr>
      <w:r>
        <w:rPr>
          <w:rFonts w:ascii="Times New Roman" w:hAnsi="Times New Roman" w:eastAsia="Times New Roman" w:cs="Times New Roman"/>
          <w:b w:val="0"/>
          <w:sz w:val="24"/>
        </w:rPr>
        <w:t>This document was signed in my presence on [month] [day], [year] by [name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witness 1]</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witness 2]</w:t>
      </w:r>
    </w:p>
    <w:p>
      <w:pP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[Month Day, 20__] by ______________________, Principal, ______________________, Witness, and ______________________,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