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Revocation of Power of Attorney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principal], of [address], County of [name of county], Commonwealth of Pennsylvania, hereby give notice that I have revoked, and do hereby revoke, the power of attorney dated [Month Day, 20__], given to [name of agent] empowering [name of agent] to act as my true and lawful agent to [brief description of powers granted], and I declare that all power and authority granted under the power of attorney is hereby revoked and withdrawn.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this __________ day of __________, 20__.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Principal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this date, [date], before me [name of notary public], the undersigned officer, personally appeared [name of individual] [known to me or satisfactorily proven] to be the person whose name is subscribed to the above instrument, and acknowledged that [he or she] executed the same for the purposes contained in it.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I hereto set my name and official seal.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Notary Public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My Commission Expires: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