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Revocation of 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[name of principal], of [address], County of [name of county], Commonwealth of Pennsylvania, executed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dated [Month Day, 20__] appointing [name of agent] of [address], County of [name of county], Commonwealth of Pennsylvania, my true and lawful attorney with full power to act for me and in my name as therein specified, and such power of attorney was duly recorded on [Month Day, 20__] on Page [page number] of Volume [volume number], of the deed records in the office of the Recorder of Deeds of [name of county] County, Pennsylvania.</w:t>
      </w:r>
    </w:p>
    <w:p>
      <w:pPr>
        <w:keepNext w:val="0"/>
        <w:spacing w:before="200" w:after="0" w:line="260" w:lineRule="exact"/>
        <w:ind w:left="360" w:right="0" w:firstLine="0"/>
        <w:jc w:val="both"/>
      </w:pPr>
      <w:r>
        <w:rPr>
          <w:rFonts w:ascii="Times New Roman" w:hAnsi="Times New Roman" w:eastAsia="Times New Roman" w:cs="Times New Roman"/>
          <w:b w:val="0"/>
          <w:sz w:val="24"/>
        </w:rPr>
        <w:t>I hereby revoke the power of attorney given to [name of agent] and all powers and authority contained in it.</w:t>
      </w:r>
    </w:p>
    <w:p>
      <w:pPr>
        <w:keepNext w:val="0"/>
        <w:spacing w:before="200" w:after="0" w:line="260" w:lineRule="exact"/>
        <w:ind w:left="360" w:right="0" w:firstLine="0"/>
        <w:jc w:val="both"/>
      </w:pPr>
      <w:r>
        <w:rPr>
          <w:rFonts w:ascii="Times New Roman" w:hAnsi="Times New Roman" w:eastAsia="Times New Roman" w:cs="Times New Roman"/>
          <w:b w:val="0"/>
          <w:sz w:val="24"/>
        </w:rPr>
        <w:t>DATED this the ________ day of _______________, 20_____.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360" w:right="0" w:firstLine="0"/>
        <w:jc w:val="both"/>
      </w:pPr>
      <w:r>
        <w:rPr>
          <w:rFonts w:ascii="Times New Roman" w:hAnsi="Times New Roman" w:eastAsia="Times New Roman" w:cs="Times New Roman"/>
          <w:b w:val="0"/>
          <w:sz w:val="24"/>
        </w:rPr>
        <w:t>On this date, [date], before me [name of notary public], the undersigned officer, personally appeared [name of individual] [known to me or satisfactorily proven] to be the person whose name is subscribed to the above instrument, and acknowledged that [he or she] executed the same for the purposes contained in it.</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hereto set my name and official 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