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Revolving Promissory Note</w:t>
      </w:r>
    </w:p>
    <w:p>
      <w:pPr>
        <w:keepNext w:val="0"/>
        <w:spacing w:after="0" w:line="240" w:lineRule="exact"/>
        <w:ind w:right="0"/>
        <w:jc w:val="both"/>
      </w:pPr>
    </w:p>
    <w:p>
      <w:pPr>
        <w:keepNext w:val="0"/>
        <w:spacing w:before="200" w:after="0" w:line="260" w:lineRule="exact"/>
        <w:ind w:left="360" w:right="0" w:firstLine="0"/>
        <w:jc w:val="left"/>
      </w:pPr>
      <w:r>
        <w:rPr>
          <w:rFonts w:ascii="Times New Roman" w:hAnsi="Times New Roman" w:eastAsia="Times New Roman" w:cs="Times New Roman"/>
          <w:b w:val="0"/>
          <w:sz w:val="24"/>
        </w:rPr>
        <w:t>$[amount]</w:t>
      </w:r>
    </w:p>
    <w:p>
      <w:pPr>
        <w:keepNext w:val="0"/>
        <w:spacing w:before="200" w:after="0" w:line="260" w:lineRule="exact"/>
        <w:ind w:left="360" w:right="0" w:firstLine="0"/>
        <w:jc w:val="right"/>
      </w:pPr>
      <w:r>
        <w:rPr>
          <w:rFonts w:ascii="Times New Roman" w:hAnsi="Times New Roman" w:eastAsia="Times New Roman" w:cs="Times New Roman"/>
          <w:b w:val="0"/>
          <w:sz w:val="24"/>
        </w:rPr>
        <w:t>[city, state]</w:t>
      </w:r>
    </w:p>
    <w:p>
      <w:pPr>
        <w:keepNext w:val="0"/>
        <w:spacing w:before="200" w:after="0" w:line="260" w:lineRule="exact"/>
        <w:ind w:left="360" w:right="0" w:firstLine="0"/>
        <w:jc w:val="both"/>
      </w:pPr>
      <w:r>
        <w:rPr>
          <w:rFonts w:ascii="Times New Roman" w:hAnsi="Times New Roman" w:eastAsia="Times New Roman" w:cs="Times New Roman"/>
          <w:b w:val="0"/>
          <w:sz w:val="24"/>
        </w:rPr>
        <w:t>Dated as of [agreement date]</w:t>
      </w:r>
    </w:p>
    <w:p>
      <w:pPr>
        <w:keepNext w:val="0"/>
        <w:spacing w:before="200" w:after="0" w:line="260" w:lineRule="exact"/>
        <w:ind w:left="360" w:right="0" w:firstLine="0"/>
        <w:jc w:val="both"/>
      </w:pPr>
      <w:r>
        <w:rPr>
          <w:rFonts w:ascii="Times New Roman" w:hAnsi="Times New Roman" w:eastAsia="Times New Roman" w:cs="Times New Roman"/>
          <w:b w:val="0"/>
          <w:sz w:val="24"/>
        </w:rPr>
        <w:t>FOR VALUE RECEIVED, [name of borrower] (the "</w:t>
      </w:r>
      <w:r>
        <w:rPr>
          <w:rFonts w:ascii="Times New Roman" w:hAnsi="Times New Roman" w:eastAsia="Times New Roman" w:cs="Times New Roman"/>
          <w:b w:val="0"/>
          <w:sz w:val="24"/>
        </w:rPr>
        <w:t>Borrower</w:t>
      </w:r>
      <w:r>
        <w:rPr>
          <w:rFonts w:ascii="Times New Roman" w:hAnsi="Times New Roman" w:eastAsia="Times New Roman" w:cs="Times New Roman"/>
          <w:b w:val="0"/>
          <w:sz w:val="24"/>
        </w:rPr>
        <w:t>"), promises to pay to the order of [name of bank] (the "</w:t>
      </w:r>
      <w:r>
        <w:rPr>
          <w:rFonts w:ascii="Times New Roman" w:hAnsi="Times New Roman" w:eastAsia="Times New Roman" w:cs="Times New Roman"/>
          <w:b w:val="0"/>
          <w:sz w:val="24"/>
        </w:rPr>
        <w:t>Bank</w:t>
      </w:r>
      <w:r>
        <w:rPr>
          <w:rFonts w:ascii="Times New Roman" w:hAnsi="Times New Roman" w:eastAsia="Times New Roman" w:cs="Times New Roman"/>
          <w:b w:val="0"/>
          <w:sz w:val="24"/>
        </w:rPr>
        <w:t>"), at [address] or at such other place as may be designated in writing by the holder of this Note, the principal sum of [amount in words] DOLLARS [$[amount in numbers]], or so much thereof as may be advanced and outstanding, with interest thereon, to be computed on each advance from the date of its disbursement, all as provided in that certain Loan and Security Agreement between the Borrower and the Bank dated as of [agreement date] (as the same may be supplemented, modified, amended, restated or replaced from time to time in the manner provided therein, the "</w:t>
      </w:r>
      <w:r>
        <w:rPr>
          <w:rFonts w:ascii="Times New Roman" w:hAnsi="Times New Roman" w:eastAsia="Times New Roman" w:cs="Times New Roman"/>
          <w:b w:val="0"/>
          <w:sz w:val="24"/>
        </w:rPr>
        <w:t>Loan Agreement</w:t>
      </w:r>
      <w:r>
        <w:rPr>
          <w:rFonts w:ascii="Times New Roman" w:hAnsi="Times New Roman" w:eastAsia="Times New Roman" w:cs="Times New Roman"/>
          <w:b w:val="0"/>
          <w:sz w:val="24"/>
        </w:rPr>
        <w:t>"). Capitalized terms used and not otherwise defined in this Note shall have the meanings respectively assigned to them in the Loan Agreement.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Note is the Revolving Credit Note and one of the Notes referred to in the Loan Agreement. Principal and interest shall be due and payable as provided in the Loan Agreement, and all of the terms and provisions of the Loan Agreement, including (without limitation) provision for prepayment and acceleration of maturity, are incorporated herein by reference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[This Note is secured by certain Collateral (as defined in the Loan Agreement) pledged by the Borrower pursuant to the Loan Agreement and the other Loan Instruments.]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Presentment for payment, notice of dishonor, protest, notice of protest and all similar notices are hereby expressly waived by the Borrower. This Note has been made and delivered in [city, county, state], where all advances and repayments shall be made (except as otherwise provided in the Loan Agreement). </w:t>
      </w:r>
      <w:r>
        <w:rPr>
          <w:rFonts w:ascii="Times New Roman" w:hAnsi="Times New Roman" w:eastAsia="Times New Roman" w:cs="Times New Roman"/>
          <w:b/>
          <w:sz w:val="24"/>
        </w:rPr>
        <w:t xml:space="preserve">THIS NOTE SHALL BE GOVERNED BY AND CONSTRUED IN ACCORDANCE WITH THE APPLICABLE LAW PERTAINING IN THE STATE OF [STATE] (OTHER THAN THOSE THAT WOULD DEFER TO THE SUBSTANTIVE LAWS OF ANOTHER JURISDICTION). THIS NOTE IS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LOAN INSTRUMENT AND SHALL BE GOVERNED BY AND CONSTRUED IN ACCORDANCE WITH THE APPLICABLE TERMS AND PROVISIONS OF THE LOAN AGREEMENT.</w:t>
      </w:r>
      <w:r>
        <w:rPr>
          <w:rFonts w:ascii="Times New Roman" w:hAnsi="Times New Roman" w:eastAsia="Times New Roman" w:cs="Times New Roman"/>
          <w:b w:val="0"/>
          <w:sz w:val="24"/>
        </w:rPr>
        <w:t xml:space="preserve"> Each and every supplement, modification or amendment to this Note shall be in writing and signed by the Borrower and the Bank; each and every waiver of, or consent to any departure from, any term or provision of this Note shall be in writing and signed by the Bank; and each and every restatement or replacement of this Note shall be in writing, shall be signed by the Borrower and shall require the written consent of the Bank.</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NON-INDIVIDUAL BORROWER: On this [day] day of [month] in the year [year] before me,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State, personally appeared [borrower's signer's name], personally known to me or proved to me on the basis of satisfactory evidence to be the individual whose name is subscribed to the within instrument and acknowledged to me that he/she executed the same in his/her capacity as [borrower's signer's title], and that by his/her signature on the instrument, the person upon behalf of which the individual acted (</w:t>
      </w:r>
      <w:r>
        <w:rPr>
          <w:rFonts w:ascii="Times New Roman" w:hAnsi="Times New Roman" w:eastAsia="Times New Roman" w:cs="Times New Roman"/>
          <w:b w:val="0"/>
          <w:sz w:val="24"/>
        </w:rPr>
        <w:t>i.e</w:t>
      </w:r>
      <w:r>
        <w:rPr>
          <w:rFonts w:ascii="Times New Roman" w:hAnsi="Times New Roman" w:eastAsia="Times New Roman" w:cs="Times New Roman"/>
          <w:b w:val="0"/>
          <w:sz w:val="24"/>
        </w:rPr>
        <w:t>., [name of borrower]) executed the instrument.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INDIVIDUAL BORROWER: On this [day] day of [month] in the year [year] before me,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State, personally appeared [name of borrower], personally known to me or proved to me on the basis of satisfactory evidence to be the individual(s) whose name(s) is (are) subscribed to the within instrument and acknowledged to me that he/she/they executed the same in his/her/their capacity(ies), and that by his/her/their signature(s) on the instrument, the individual(s) executed the instrument.</w:t>
      </w:r>
    </w:p>
    <w:p>
      <w:pPr>
        <w:keepNext w:val="0"/>
        <w:spacing w:before="120" w:after="0" w:line="260" w:lineRule="exact"/>
        <w:ind w:left="360" w:right="0" w:firstLine="0"/>
        <w:jc w:val="left"/>
      </w:pPr>
      <w:r>
        <w:rPr>
          <w:rFonts w:ascii="Times New Roman" w:hAnsi="Times New Roman" w:eastAsia="Times New Roman" w:cs="Times New Roman"/>
          <w:b w:val="0"/>
          <w:sz w:val="24"/>
        </w:rPr>
        <w:t>(Signature and office of individual taking acknowledgment.)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