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RHODE ISLAND FIREARM BILL OF SALE</w:t>
      </w:r>
    </w:p>
    <w:p>
      <w:pPr/>
    </w:p>
    <w:p>
      <w:pPr/>
    </w:p>
    <w:p>
      <w:pPr/>
      <w:r>
        <w:rPr>
          <w:rFonts w:ascii="Times New Roman" w:hAnsi="Times New Roman" w:eastAsia="Times New Roman" w:cs="Times New Roman"/>
          <w:b/>
          <w:sz w:val="24"/>
        </w:rPr>
        <w:t>Date</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p>
    <w:p>
      <w:pP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Buyer’s Name: </w:t>
      </w:r>
      <w:r>
        <w:rPr>
          <w:rFonts w:ascii="Times New Roman" w:hAnsi="Times New Roman" w:eastAsia="Times New Roman" w:cs="Times New Roman"/>
          <w:sz w:val="24"/>
        </w:rPr>
        <w:t>[BUYER'S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[ADDRESS]</w:t>
      </w:r>
      <w:r>
        <w:rPr>
          <w:rFonts w:ascii="Times New Roman" w:hAnsi="Times New Roman" w:eastAsia="Times New Roman" w:cs="Times New Roman"/>
          <w:sz w:val="24"/>
        </w:rPr>
        <w:t xml:space="preserve"> ("Buyer").</w:t>
      </w:r>
    </w:p>
    <w:p>
      <w:pPr/>
    </w:p>
    <w:p>
      <w:pPr/>
      <w:r>
        <w:rPr>
          <w:rFonts w:ascii="Times New Roman" w:hAnsi="Times New Roman" w:eastAsia="Times New Roman" w:cs="Times New Roman"/>
          <w:sz w:val="24"/>
        </w:rPr>
        <w:t xml:space="preserve">Seller’s Name: </w:t>
      </w:r>
      <w:r>
        <w:rPr>
          <w:rFonts w:ascii="Times New Roman" w:hAnsi="Times New Roman" w:eastAsia="Times New Roman" w:cs="Times New Roman"/>
          <w:sz w:val="24"/>
        </w:rPr>
        <w:t>[SELLER'S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[ADDRESS]</w:t>
      </w:r>
      <w:r>
        <w:rPr>
          <w:rFonts w:ascii="Times New Roman" w:hAnsi="Times New Roman" w:eastAsia="Times New Roman" w:cs="Times New Roman"/>
          <w:sz w:val="24"/>
        </w:rPr>
        <w:t xml:space="preserve"> ("Seller").</w:t>
      </w:r>
    </w:p>
    <w:p>
      <w:pPr/>
    </w:p>
    <w:p>
      <w:pPr/>
      <w:r>
        <w:rPr>
          <w:rFonts w:ascii="Times New Roman" w:hAnsi="Times New Roman" w:eastAsia="Times New Roman" w:cs="Times New Roman"/>
          <w:b/>
          <w:sz w:val="24"/>
        </w:rPr>
        <w:t>FIREARM DETAILS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Make: </w:t>
      </w:r>
      <w:r>
        <w:rPr>
          <w:rFonts w:ascii="Times New Roman" w:hAnsi="Times New Roman" w:eastAsia="Times New Roman" w:cs="Times New Roman"/>
          <w:sz w:val="24"/>
        </w:rPr>
        <w:t>[MAKE]</w:t>
      </w:r>
      <w:r>
        <w:rPr>
          <w:rFonts w:ascii="Times New Roman" w:hAnsi="Times New Roman" w:eastAsia="Times New Roman" w:cs="Times New Roman"/>
          <w:sz w:val="24"/>
        </w:rPr>
        <w:t xml:space="preserve"> Type/Model: </w:t>
      </w:r>
      <w:r>
        <w:rPr>
          <w:rFonts w:ascii="Times New Roman" w:hAnsi="Times New Roman" w:eastAsia="Times New Roman" w:cs="Times New Roman"/>
          <w:sz w:val="24"/>
        </w:rPr>
        <w:t>[TYPE/MODEL]</w:t>
      </w:r>
    </w:p>
    <w:p>
      <w:pPr/>
    </w:p>
    <w:p>
      <w:pPr/>
      <w:r>
        <w:rPr>
          <w:rFonts w:ascii="Times New Roman" w:hAnsi="Times New Roman" w:eastAsia="Times New Roman" w:cs="Times New Roman"/>
          <w:sz w:val="24"/>
        </w:rPr>
        <w:t xml:space="preserve">Caliber: </w:t>
      </w:r>
      <w:r>
        <w:rPr>
          <w:rFonts w:ascii="Times New Roman" w:hAnsi="Times New Roman" w:eastAsia="Times New Roman" w:cs="Times New Roman"/>
          <w:sz w:val="24"/>
        </w:rPr>
        <w:t>[CALIBER]</w:t>
      </w:r>
      <w:r>
        <w:rPr>
          <w:rFonts w:ascii="Times New Roman" w:hAnsi="Times New Roman" w:eastAsia="Times New Roman" w:cs="Times New Roman"/>
          <w:sz w:val="24"/>
        </w:rPr>
        <w:t xml:space="preserve"> Serial Number (SN): </w:t>
      </w:r>
      <w:r>
        <w:rPr>
          <w:rFonts w:ascii="Times New Roman" w:hAnsi="Times New Roman" w:eastAsia="Times New Roman" w:cs="Times New Roman"/>
          <w:sz w:val="24"/>
        </w:rPr>
        <w:t>[SERIAL NUMBER]</w:t>
      </w:r>
    </w:p>
    <w:p>
      <w:pPr/>
    </w:p>
    <w:p>
      <w:pPr/>
      <w:r>
        <w:rPr>
          <w:rFonts w:ascii="Times New Roman" w:hAnsi="Times New Roman" w:eastAsia="Times New Roman" w:cs="Times New Roman"/>
          <w:sz w:val="24"/>
        </w:rPr>
        <w:t>Hereinafter known as the “Firearm.”</w:t>
      </w:r>
    </w:p>
    <w:p>
      <w:pPr/>
    </w:p>
    <w:p>
      <w:pPr/>
      <w:r>
        <w:rPr>
          <w:rFonts w:ascii="Times New Roman" w:hAnsi="Times New Roman" w:eastAsia="Times New Roman" w:cs="Times New Roman"/>
          <w:b/>
          <w:sz w:val="24"/>
        </w:rPr>
        <w:t>PURCHASE</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  check one (1)</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Seller accepts cash payment in the amount of $</w:t>
      </w:r>
      <w:r>
        <w:rPr>
          <w:rFonts w:ascii="Times New Roman" w:hAnsi="Times New Roman" w:eastAsia="Times New Roman" w:cs="Times New Roman"/>
          <w:sz w:val="24"/>
        </w:rPr>
        <w:t>[PURCHASE PRICE]</w:t>
      </w:r>
      <w:r>
        <w:rPr>
          <w:rFonts w:ascii="Times New Roman" w:hAnsi="Times New Roman" w:eastAsia="Times New Roman" w:cs="Times New Roman"/>
          <w:sz w:val="24"/>
        </w:rPr>
        <w:t xml:space="preserve"> to be paid 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The date of this bill of sale.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At a future date no later than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Buyer is receiving the Firearm as a Gift.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Seller accepts trade for the Firearm in exchange for: </w:t>
      </w:r>
      <w:r>
        <w:rPr>
          <w:rFonts w:ascii="Times New Roman" w:hAnsi="Times New Roman" w:eastAsia="Times New Roman" w:cs="Times New Roman"/>
          <w:sz w:val="24"/>
        </w:rPr>
        <w:t>[ENTER TRADE]</w:t>
      </w:r>
    </w:p>
    <w:p>
      <w:pPr/>
    </w:p>
    <w:p>
      <w:pPr/>
      <w:r>
        <w:rPr>
          <w:rFonts w:ascii="Times New Roman" w:hAnsi="Times New Roman" w:eastAsia="Times New Roman" w:cs="Times New Roman"/>
          <w:b/>
          <w:sz w:val="24"/>
        </w:rPr>
        <w:t>SELLER’S DISCLOSURE</w:t>
      </w:r>
      <w:r>
        <w:rPr>
          <w:rFonts w:ascii="Times New Roman" w:hAnsi="Times New Roman" w:eastAsia="Times New Roman" w:cs="Times New Roman"/>
          <w:sz w:val="24"/>
        </w:rPr>
        <w:t>.</w:t>
      </w:r>
    </w:p>
    <w:p>
      <w:pPr/>
    </w:p>
    <w:p>
      <w:pPr/>
      <w:r>
        <w:rPr>
          <w:rFonts w:ascii="Times New Roman" w:hAnsi="Times New Roman" w:eastAsia="Times New Roman" w:cs="Times New Roman"/>
          <w:sz w:val="24"/>
        </w:rPr>
        <w:t>Seller has verified that the Firearm details are correct;</w:t>
      </w:r>
    </w:p>
    <w:p>
      <w:pPr/>
      <w:r>
        <w:rPr>
          <w:rFonts w:ascii="Times New Roman" w:hAnsi="Times New Roman" w:eastAsia="Times New Roman" w:cs="Times New Roman"/>
          <w:sz w:val="24"/>
        </w:rPr>
        <w:t>Seller acknowledges the Firearm’s serial number is legible;</w:t>
      </w:r>
    </w:p>
    <w:p>
      <w:pPr/>
      <w:r>
        <w:rPr>
          <w:rFonts w:ascii="Times New Roman" w:hAnsi="Times New Roman" w:eastAsia="Times New Roman" w:cs="Times New Roman"/>
          <w:sz w:val="24"/>
        </w:rPr>
        <w:t>Seller acknowledges that they are the lawful owner of the Firearm;</w:t>
      </w:r>
    </w:p>
    <w:p>
      <w:pPr/>
      <w:r>
        <w:rPr>
          <w:rFonts w:ascii="Times New Roman" w:hAnsi="Times New Roman" w:eastAsia="Times New Roman" w:cs="Times New Roman"/>
          <w:sz w:val="24"/>
        </w:rPr>
        <w:t>Seller claims to have the right to sell the Firearm;</w:t>
      </w:r>
    </w:p>
    <w:p>
      <w:pPr/>
      <w:r>
        <w:rPr>
          <w:rFonts w:ascii="Times New Roman" w:hAnsi="Times New Roman" w:eastAsia="Times New Roman" w:cs="Times New Roman"/>
          <w:sz w:val="24"/>
        </w:rPr>
        <w:t>Seller has no knowledge of defects in the Firearm;</w:t>
      </w:r>
    </w:p>
    <w:p>
      <w:pPr/>
      <w:r>
        <w:rPr>
          <w:rFonts w:ascii="Times New Roman" w:hAnsi="Times New Roman" w:eastAsia="Times New Roman" w:cs="Times New Roman"/>
          <w:sz w:val="24"/>
        </w:rPr>
        <w:t>Seller believes the Firearm is fit to be used for its intended purpose;</w:t>
      </w:r>
    </w:p>
    <w:p>
      <w:pPr/>
      <w:r>
        <w:rPr>
          <w:rFonts w:ascii="Times New Roman" w:hAnsi="Times New Roman" w:eastAsia="Times New Roman" w:cs="Times New Roman"/>
          <w:sz w:val="24"/>
        </w:rPr>
        <w:t>Seller has never been used in a manner of questionable or certain illegality; and</w:t>
      </w:r>
    </w:p>
    <w:p>
      <w:pPr/>
      <w:r>
        <w:rPr>
          <w:rFonts w:ascii="Times New Roman" w:hAnsi="Times New Roman" w:eastAsia="Times New Roman" w:cs="Times New Roman"/>
          <w:sz w:val="24"/>
        </w:rPr>
        <w:t>Seller assumes no responsibility after the transfer of ownership has taken place.</w:t>
      </w:r>
    </w:p>
    <w:p>
      <w:pPr/>
    </w:p>
    <w:p>
      <w:pPr/>
      <w:r>
        <w:rPr>
          <w:rFonts w:ascii="Times New Roman" w:hAnsi="Times New Roman" w:eastAsia="Times New Roman" w:cs="Times New Roman"/>
          <w:b/>
          <w:sz w:val="24"/>
        </w:rPr>
        <w:t>BUYER’S DISCLOSURE</w:t>
      </w:r>
      <w:r>
        <w:rPr>
          <w:rFonts w:ascii="Times New Roman" w:hAnsi="Times New Roman" w:eastAsia="Times New Roman" w:cs="Times New Roman"/>
          <w:sz w:val="24"/>
        </w:rPr>
        <w:t>.</w:t>
      </w:r>
    </w:p>
    <w:p>
      <w:pPr/>
    </w:p>
    <w:p>
      <w:pPr/>
      <w:r>
        <w:rPr>
          <w:rFonts w:ascii="Times New Roman" w:hAnsi="Times New Roman" w:eastAsia="Times New Roman" w:cs="Times New Roman"/>
          <w:sz w:val="24"/>
        </w:rPr>
        <w:t>Buyer is not under the legal age to own a Firearm;</w:t>
      </w:r>
    </w:p>
    <w:p>
      <w:pPr/>
      <w:r>
        <w:rPr>
          <w:rFonts w:ascii="Times New Roman" w:hAnsi="Times New Roman" w:eastAsia="Times New Roman" w:cs="Times New Roman"/>
          <w:sz w:val="24"/>
        </w:rPr>
        <w:t>Buyer is not being convicted of and never been convicted in any court of a crime punishable by imprisonment for a term exceeding one (1) year;</w:t>
      </w:r>
    </w:p>
    <w:p>
      <w:pPr/>
      <w:r>
        <w:rPr>
          <w:rFonts w:ascii="Times New Roman" w:hAnsi="Times New Roman" w:eastAsia="Times New Roman" w:cs="Times New Roman"/>
          <w:sz w:val="24"/>
        </w:rPr>
        <w:t>Buyer is not a fugitive and has no outstanding warrants;</w:t>
      </w:r>
    </w:p>
    <w:p>
      <w:pPr/>
      <w:r>
        <w:rPr>
          <w:rFonts w:ascii="Times New Roman" w:hAnsi="Times New Roman" w:eastAsia="Times New Roman" w:cs="Times New Roman"/>
          <w:sz w:val="24"/>
        </w:rPr>
        <w:t>Buyer is not an unlawful user of or addicted to any controlled substance;</w:t>
      </w:r>
    </w:p>
    <w:p>
      <w:pPr/>
      <w:r>
        <w:rPr>
          <w:rFonts w:ascii="Times New Roman" w:hAnsi="Times New Roman" w:eastAsia="Times New Roman" w:cs="Times New Roman"/>
          <w:sz w:val="24"/>
        </w:rPr>
        <w:t>Buyer has never been adjudicated as a mental defective or has been committed to a mental institution;</w:t>
      </w:r>
    </w:p>
    <w:p>
      <w:pPr/>
      <w:r>
        <w:rPr>
          <w:rFonts w:ascii="Times New Roman" w:hAnsi="Times New Roman" w:eastAsia="Times New Roman" w:cs="Times New Roman"/>
          <w:sz w:val="24"/>
        </w:rPr>
        <w:t>Buyer is not an alien illegally or unlawfully in the United states or an alien admitted to the United states under a nonimmigrant visa;</w:t>
      </w:r>
    </w:p>
    <w:p>
      <w:pPr/>
      <w:r>
        <w:rPr>
          <w:rFonts w:ascii="Times New Roman" w:hAnsi="Times New Roman" w:eastAsia="Times New Roman" w:cs="Times New Roman"/>
          <w:sz w:val="24"/>
        </w:rPr>
        <w:t>Buyer has not been discharged from the Armed Forces under dishonorable conditions;</w:t>
      </w:r>
    </w:p>
    <w:p>
      <w:pPr/>
      <w:r>
        <w:rPr>
          <w:rFonts w:ascii="Times New Roman" w:hAnsi="Times New Roman" w:eastAsia="Times New Roman" w:cs="Times New Roman"/>
          <w:sz w:val="24"/>
        </w:rPr>
        <w:t>Buyer is a citizen of the United states;</w:t>
      </w:r>
    </w:p>
    <w:p>
      <w:pPr/>
      <w:r>
        <w:rPr>
          <w:rFonts w:ascii="Times New Roman" w:hAnsi="Times New Roman" w:eastAsia="Times New Roman" w:cs="Times New Roman"/>
          <w:sz w:val="24"/>
        </w:rPr>
        <w:t>Buyer is not subject to a court order that restrains the person from owning a Firearm;</w:t>
      </w:r>
    </w:p>
    <w:p>
      <w:pPr/>
      <w:r>
        <w:rPr>
          <w:rFonts w:ascii="Times New Roman" w:hAnsi="Times New Roman" w:eastAsia="Times New Roman" w:cs="Times New Roman"/>
          <w:sz w:val="24"/>
        </w:rPr>
        <w:t>Buyer not been convicted of a misdemeanor crime of domestic violence;</w:t>
      </w:r>
    </w:p>
    <w:p>
      <w:pPr/>
      <w:r>
        <w:rPr>
          <w:rFonts w:ascii="Times New Roman" w:hAnsi="Times New Roman" w:eastAsia="Times New Roman" w:cs="Times New Roman"/>
          <w:sz w:val="24"/>
        </w:rPr>
        <w:t>Buyer can lawfully receive, possess, ship, or transport a Firearm; and</w:t>
      </w:r>
    </w:p>
    <w:p>
      <w:pPr/>
      <w:r>
        <w:rPr>
          <w:rFonts w:ascii="Times New Roman" w:hAnsi="Times New Roman" w:eastAsia="Times New Roman" w:cs="Times New Roman"/>
          <w:sz w:val="24"/>
        </w:rPr>
        <w:t>Buyer is not a person prohibited under State or Federal law from purchasing a Firearm.</w:t>
      </w:r>
    </w:p>
    <w:p>
      <w:pPr/>
    </w:p>
    <w:p>
      <w:pPr/>
      <w:r>
        <w:rPr>
          <w:rFonts w:ascii="Times New Roman" w:hAnsi="Times New Roman" w:eastAsia="Times New Roman" w:cs="Times New Roman"/>
          <w:b/>
          <w:sz w:val="24"/>
        </w:rPr>
        <w:t>NO WARRANTY</w:t>
      </w:r>
      <w:r>
        <w:rPr>
          <w:rFonts w:ascii="Times New Roman" w:hAnsi="Times New Roman" w:eastAsia="Times New Roman" w:cs="Times New Roman"/>
          <w:sz w:val="24"/>
        </w:rPr>
        <w:t>.</w:t>
      </w:r>
    </w:p>
    <w:p>
      <w:pPr/>
    </w:p>
    <w:p>
      <w:pPr/>
      <w:r>
        <w:rPr>
          <w:rFonts w:ascii="Times New Roman" w:hAnsi="Times New Roman" w:eastAsia="Times New Roman" w:cs="Times New Roman"/>
          <w:sz w:val="24"/>
        </w:rPr>
        <w:t>The undersigned Seller affirms that the above information about the Firearm is accurate to the best of their knowledge. The undersigned Buyer accepts receipt of this bill of sale and understands that the above Firearm is sold on an “as is, where is” condition with no guarantees or warranties, either expressed or implied.</w:t>
      </w:r>
    </w:p>
    <w:p>
      <w:pPr/>
    </w:p>
    <w:p>
      <w:pPr/>
    </w:p>
    <w:p>
      <w:pPr/>
      <w:r>
        <w:rPr>
          <w:rFonts w:ascii="Times New Roman" w:hAnsi="Times New Roman" w:eastAsia="Times New Roman" w:cs="Times New Roman"/>
          <w:b/>
          <w:sz w:val="24"/>
        </w:rPr>
        <w:t>Buyer’s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 xml:space="preserve"> Date: __________________</w:t>
      </w:r>
    </w:p>
    <w:p>
      <w:pPr/>
    </w:p>
    <w:p>
      <w:pPr/>
      <w:r>
        <w:rPr>
          <w:rFonts w:ascii="Times New Roman" w:hAnsi="Times New Roman" w:eastAsia="Times New Roman" w:cs="Times New Roman"/>
          <w:sz w:val="24"/>
        </w:rPr>
        <w:t>Print Name: ______________________________</w:t>
      </w:r>
    </w:p>
    <w:p>
      <w:pPr/>
    </w:p>
    <w:p>
      <w:pPr/>
      <w:r>
        <w:rPr>
          <w:rFonts w:ascii="Times New Roman" w:hAnsi="Times New Roman" w:eastAsia="Times New Roman" w:cs="Times New Roman"/>
          <w:sz w:val="24"/>
        </w:rPr>
        <w:t>Driver’s License Number: _________________________ State: __________________</w:t>
      </w:r>
    </w:p>
    <w:p>
      <w:pPr/>
    </w:p>
    <w:p>
      <w:pPr/>
    </w:p>
    <w:p>
      <w:pPr/>
      <w:r>
        <w:rPr>
          <w:rFonts w:ascii="Times New Roman" w:hAnsi="Times New Roman" w:eastAsia="Times New Roman" w:cs="Times New Roman"/>
          <w:b/>
          <w:sz w:val="24"/>
        </w:rPr>
        <w:t>Seller’s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 xml:space="preserve"> Date: __________________</w:t>
      </w:r>
    </w:p>
    <w:p>
      <w:pPr/>
    </w:p>
    <w:p>
      <w:pPr/>
      <w:r>
        <w:rPr>
          <w:rFonts w:ascii="Times New Roman" w:hAnsi="Times New Roman" w:eastAsia="Times New Roman" w:cs="Times New Roman"/>
          <w:sz w:val="24"/>
        </w:rPr>
        <w:t>Print Name: ______________________________</w:t>
      </w:r>
    </w:p>
    <w:p>
      <w:pPr/>
    </w:p>
    <w:p>
      <w:pPr/>
      <w:r>
        <w:rPr>
          <w:rFonts w:ascii="Times New Roman" w:hAnsi="Times New Roman" w:eastAsia="Times New Roman" w:cs="Times New Roman"/>
          <w:sz w:val="24"/>
        </w:rPr>
        <w:t>Driver’s License Number: _________________________ State: 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