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Rhode Island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Rhode Island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