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Rule 436 Experts' Consent Form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[LETTERHEAD/LOGO]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[EXPERT CONTACT DETAILS]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Exhibit 23.[ ]</w:t>
      </w:r>
    </w:p>
    <w:p>
      <w:pPr>
        <w:keepNext w:val="0"/>
        <w:spacing w:before="200" w:after="0" w:line="260" w:lineRule="exact"/>
        <w:ind w:left="108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CONSENT OF INDEPENDENT REGISTERED PUBLIC ACCOUNTING FIRM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We consent to the use in this [Amendment No. [_____] to] Registration Statement No. 333-[_____] on Form S-[_____] of [ISSUER] of our report dated [DATE] [relating to the [consolidated/audited] financial statements of [ISSUER]] appearing in this prospectus, which is part of this registration statement.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We also consent to the reference to our firm under the caption ["Experts"/"Named Experts"] in such prospectus.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/s/ 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CERTIFIED PUBLIC ACCOUNTANTS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[CITY], [STATE]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[______________, 20__]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