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Rule 7.1 Corporate Disclosure Statement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IN THE UNITED STATES DISTRICT COURT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FOR THE [NAME] DISTRICT OF [STATE]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[NAME] DIVISION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RULE 7.1 CORPORATE DISCLOSURE STATEMENT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Pursuant to Rule 7.1 of the Federal Rules of Civil Procedure [and [insert applicable local rule or order]], the undersigned counsel for [name of party], certifies: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[Name of your client's corporate parent] is the parent company of [name of your client].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following are publicly held corporations owning 10% or more of [name of your client]: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[list applicable publicly held corporations].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Respectfully submitted,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[Counsel's name] (Bar No. [Number])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Telephone: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Facsimile: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E-mail: [E-mail]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Attorneys for [party name]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