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SAS 72 Auditor Representation Letter</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[REQUESTING PARTY'S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AUDITOR],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REQUESTING PARTY], as [NAME OF REQUESTING PARTY'S ROLE] in the [issuance and sale/placement] of [IDENTIFY SECURITIES] to be issued by [NAME OF ISSUER], will be reviewing certain information relating to [NAME OF ISSUER] [and its subsidiaries] (the "Issuer") that will be included [or incorporated by reference] in the [NAME OFFERING DOCUMENT] (the "Offering Document"), which may be delivered to investors and utilized by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their investment decision.</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CLAUSE FOR REGISTERED OFFERINGS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review process, applied to the information relating to the Issuer, is or will be substantially consistent with the due diligence review process that [we/</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would perform in connection with this [issuance and sale/placement] of securities. We are knowledgeable with respect to the due diligence review process that [we/</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would perform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[issuance and sale/placement] of securities registered pursuant to the Securities Act of 1933, as amended.]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hereby request that you deliver to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"comfort" letter concerning the financial statements of the Issuer and certain statistical and other data included in the Offering Document. We will contact you to identify the procedures we wish you to follow and the form we wish the comfort letter to take.</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is solely for the information of [NAME OF AUDITOR] in connection with its issuance of the comfort letter and it is not to be used for any other purposes. Under no circumstance may this letter be circulated, referenced or quoted to, or used or relied upon by, any other person, in whole or in part, including without limitation in connection with any investment decision, without the prior written permission of the undersigned.</w:t>
      </w:r>
    </w:p>
    <w:p>
      <w:pPr>
        <w:keepNext w:val="0"/>
        <w:spacing w:before="200" w:after="0" w:line="260" w:lineRule="exact"/>
        <w:ind w:left="360" w:right="0" w:firstLine="0"/>
        <w:jc w:val="righ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