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 Comments Response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[on law firm letterhead of issuer's counsel]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[CONFIDENTIAL SUBMISSION] VIA EDGAR [AND [other delivery method, if any]]</w:t>
      </w:r>
    </w:p>
    <w:p>
      <w:pPr>
        <w:keepNext w:val="0"/>
        <w:spacing w:before="200" w:after="0" w:line="260" w:lineRule="exact"/>
        <w:ind w:left="360" w:right="0" w:firstLine="0"/>
        <w:jc w:val="both"/>
      </w:pPr>
      <w:r>
        <w:rPr>
          <w:rFonts w:ascii="Times New Roman" w:hAnsi="Times New Roman" w:eastAsia="Times New Roman" w:cs="Times New Roman"/>
          <w:b w:val="0"/>
          <w:sz w:val="24"/>
        </w:rPr>
        <w:t>U.S. Securities and Exchange Commission</w:t>
      </w:r>
    </w:p>
    <w:p>
      <w:pPr>
        <w:keepNext w:val="0"/>
        <w:spacing w:before="60" w:after="0" w:line="260" w:lineRule="exact"/>
        <w:ind w:left="360" w:right="0" w:firstLine="0"/>
        <w:jc w:val="both"/>
      </w:pPr>
      <w:r>
        <w:rPr>
          <w:rFonts w:ascii="Times New Roman" w:hAnsi="Times New Roman" w:eastAsia="Times New Roman" w:cs="Times New Roman"/>
          <w:b w:val="0"/>
          <w:sz w:val="24"/>
        </w:rPr>
        <w:t>Division of Corporation Finance</w:t>
      </w:r>
    </w:p>
    <w:p>
      <w:pPr>
        <w:keepNext w:val="0"/>
        <w:spacing w:before="60" w:after="0" w:line="260" w:lineRule="exact"/>
        <w:ind w:left="360" w:right="0" w:firstLine="0"/>
        <w:jc w:val="both"/>
      </w:pPr>
      <w:r>
        <w:rPr>
          <w:rFonts w:ascii="Times New Roman" w:hAnsi="Times New Roman" w:eastAsia="Times New Roman" w:cs="Times New Roman"/>
          <w:b w:val="0"/>
          <w:sz w:val="24"/>
        </w:rPr>
        <w:t>100 F. Street, N.E.</w:t>
      </w:r>
    </w:p>
    <w:p>
      <w:pPr>
        <w:keepNext w:val="0"/>
        <w:spacing w:before="60" w:after="0" w:line="260" w:lineRule="exact"/>
        <w:ind w:left="360" w:right="0" w:firstLine="0"/>
        <w:jc w:val="both"/>
      </w:pPr>
      <w:r>
        <w:rPr>
          <w:rFonts w:ascii="Times New Roman" w:hAnsi="Times New Roman" w:eastAsia="Times New Roman" w:cs="Times New Roman"/>
          <w:b w:val="0"/>
          <w:sz w:val="24"/>
        </w:rPr>
        <w:t>Washington, D.C. 20549</w:t>
      </w:r>
    </w:p>
    <w:p>
      <w:pPr>
        <w:keepNext w:val="0"/>
        <w:spacing w:before="200" w:after="0" w:line="260" w:lineRule="exact"/>
        <w:ind w:left="360" w:right="0" w:firstLine="0"/>
        <w:jc w:val="both"/>
      </w:pPr>
      <w:r>
        <w:rPr>
          <w:rFonts w:ascii="Times New Roman" w:hAnsi="Times New Roman" w:eastAsia="Times New Roman" w:cs="Times New Roman"/>
          <w:b w:val="0"/>
          <w:sz w:val="24"/>
        </w:rPr>
        <w:t>[Attn: [name of SEC examiner]]</w:t>
      </w:r>
    </w:p>
    <w:p>
      <w:pPr>
        <w:keepNext w:val="0"/>
        <w:spacing w:before="60" w:after="0" w:line="260" w:lineRule="exact"/>
        <w:ind w:left="360" w:right="0" w:firstLine="0"/>
        <w:jc w:val="both"/>
      </w:pPr>
      <w:r>
        <w:rPr>
          <w:rFonts w:ascii="Times New Roman" w:hAnsi="Times New Roman" w:eastAsia="Times New Roman" w:cs="Times New Roman"/>
          <w:b w:val="0"/>
          <w:sz w:val="24"/>
        </w:rPr>
        <w:t>Re: [name of issuer]</w:t>
      </w:r>
    </w:p>
    <w:p>
      <w:pPr>
        <w:keepNext w:val="0"/>
        <w:spacing w:before="200" w:after="0" w:line="260" w:lineRule="exact"/>
        <w:ind w:left="360" w:right="0" w:firstLine="0"/>
        <w:jc w:val="both"/>
      </w:pPr>
      <w:r>
        <w:rPr>
          <w:rFonts w:ascii="Times New Roman" w:hAnsi="Times New Roman" w:eastAsia="Times New Roman" w:cs="Times New Roman"/>
          <w:b w:val="0"/>
          <w:sz w:val="24"/>
        </w:rPr>
        <w:t>[Amendment No. [number] of the] Draft Registration Statement on Form [form] [submitted/filed] on [date]</w:t>
      </w:r>
    </w:p>
    <w:p>
      <w:pPr>
        <w:keepNext w:val="0"/>
        <w:spacing w:before="200" w:after="0" w:line="260" w:lineRule="exact"/>
        <w:ind w:left="360" w:right="0" w:firstLine="0"/>
        <w:jc w:val="both"/>
      </w:pPr>
      <w:r>
        <w:rPr>
          <w:rFonts w:ascii="Times New Roman" w:hAnsi="Times New Roman" w:eastAsia="Times New Roman" w:cs="Times New Roman"/>
          <w:b w:val="0"/>
          <w:sz w:val="24"/>
        </w:rPr>
        <w:t>[File No. 333-[number]]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behalf of our client, [name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company (the "Company"), we hereby [confidentially submit/file] [Amendment No. [number] [Confidential Submission No. [number]] of] our [draft] registration statement on Form [form] (the "Registration Statement") of the Company relating to the issuance by the Company of [[number] of shares of [security] or $[amount] aggregate principal amount of [percentage]]% [type of debt security] due [year]], for [non-public] review by the staff of the Division of Corporate Finance of the Securities and Exchange Commission (the "Staff").</w:t>
      </w:r>
    </w:p>
    <w:p>
      <w:pPr>
        <w:keepNext w:val="0"/>
        <w:spacing w:before="200" w:after="0" w:line="260" w:lineRule="exact"/>
        <w:ind w:left="360" w:right="0" w:firstLine="0"/>
        <w:jc w:val="both"/>
      </w:pPr>
      <w:r>
        <w:rPr>
          <w:rFonts w:ascii="Times New Roman" w:hAnsi="Times New Roman" w:eastAsia="Times New Roman" w:cs="Times New Roman"/>
          <w:b w:val="0"/>
          <w:sz w:val="24"/>
        </w:rPr>
        <w:t>We would also like to take this opportunity to address issues raised by the Staff in the comment letter dated [date], regarding [Amendment No. [number] Confidential Submission No. [number/ to]/the Registration Statement] [and the Company's response letter dated [date]]. For the Staff's convenience, the concerns raised have been stated below in their entirety, in bold text, with our responses to particular comments set out immediately below. The headings and numbered paragraphs in this response correspond to the headings and numbered paragraphs in the comment letter from the Staff. When indicated, the responses described below are contained in [Amendment No. [number] Confidential Submission No. [number/ to]/the Registration Statement].</w:t>
      </w:r>
    </w:p>
    <w:p>
      <w:pPr>
        <w:keepNext w:val="0"/>
        <w:spacing w:before="200" w:after="0" w:line="260" w:lineRule="exact"/>
        <w:ind w:left="360" w:right="0" w:firstLine="0"/>
        <w:jc w:val="both"/>
      </w:pPr>
      <w:r>
        <w:rPr>
          <w:rFonts w:ascii="Times New Roman" w:hAnsi="Times New Roman" w:eastAsia="Times New Roman" w:cs="Times New Roman"/>
          <w:b w:val="0"/>
          <w:sz w:val="24"/>
        </w:rPr>
        <w:t>[heading from SEC comment letter]</w:t>
      </w:r>
    </w:p>
    <w:p>
      <w:pPr>
        <w:keepNext w:val="0"/>
        <w:spacing w:before="200" w:after="0" w:line="260" w:lineRule="exact"/>
        <w:ind w:left="360" w:right="0" w:firstLine="0"/>
        <w:jc w:val="both"/>
      </w:pPr>
      <w:r>
        <w:rPr>
          <w:rFonts w:ascii="Times New Roman" w:hAnsi="Times New Roman" w:eastAsia="Times New Roman" w:cs="Times New Roman"/>
          <w:b w:val="0"/>
          <w:sz w:val="24"/>
        </w:rPr>
        <w:t>[text of first SEC comment]</w:t>
      </w:r>
    </w:p>
    <w:p>
      <w:pPr>
        <w:keepNext w:val="0"/>
        <w:spacing w:before="200" w:after="0" w:line="260" w:lineRule="exact"/>
        <w:ind w:left="360" w:right="0" w:firstLine="0"/>
        <w:jc w:val="both"/>
      </w:pPr>
      <w:r>
        <w:rPr>
          <w:rFonts w:ascii="Times New Roman" w:hAnsi="Times New Roman" w:eastAsia="Times New Roman" w:cs="Times New Roman"/>
          <w:b w:val="0"/>
          <w:sz w:val="24"/>
        </w:rPr>
        <w:t>[issuer response]</w:t>
      </w:r>
    </w:p>
    <w:p>
      <w:pPr>
        <w:keepNext w:val="0"/>
        <w:spacing w:before="200" w:after="0" w:line="260" w:lineRule="exact"/>
        <w:ind w:left="360" w:right="0" w:firstLine="0"/>
        <w:jc w:val="both"/>
      </w:pPr>
      <w:r>
        <w:rPr>
          <w:rFonts w:ascii="Times New Roman" w:hAnsi="Times New Roman" w:eastAsia="Times New Roman" w:cs="Times New Roman"/>
          <w:b w:val="0"/>
          <w:sz w:val="24"/>
        </w:rPr>
        <w:t>Please acknowledge receipt of this letter by stamping the enclosed copy and returning it [in the enclosed stamped and self-addressed envelope/to the courier who has been instructed to wait].</w:t>
      </w:r>
    </w:p>
    <w:p>
      <w:pPr>
        <w:keepNext w:val="0"/>
        <w:spacing w:before="200" w:after="0" w:line="260" w:lineRule="exact"/>
        <w:ind w:left="360" w:right="0" w:firstLine="0"/>
        <w:jc w:val="both"/>
      </w:pPr>
      <w:r>
        <w:rPr>
          <w:rFonts w:ascii="Times New Roman" w:hAnsi="Times New Roman" w:eastAsia="Times New Roman" w:cs="Times New Roman"/>
          <w:b w:val="0"/>
          <w:sz w:val="24"/>
        </w:rPr>
        <w:t>Please direct all notices and communications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contact information of attorney]</w:t>
      </w:r>
    </w:p>
    <w:p>
      <w:pPr>
        <w:keepNext w:val="0"/>
        <w:spacing w:before="120" w:after="0" w:line="260" w:lineRule="exact"/>
        <w:ind w:left="360" w:right="0" w:firstLine="0"/>
        <w:jc w:val="righ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cc: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