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Sale Motion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 OF DELAWARE</w:t>
      </w:r>
    </w:p>
    <w:p>
      <w:pPr>
        <w:keepNext w:val="0"/>
        <w:spacing w:before="120" w:after="0" w:line="260" w:lineRule="exact"/>
        <w:ind w:left="360" w:right="0" w:firstLine="0"/>
        <w:jc w:val="left"/>
      </w:pPr>
      <w:r>
        <w:rPr>
          <w:rFonts w:ascii="Times New Roman" w:hAnsi="Times New Roman" w:eastAsia="Times New Roman" w:cs="Times New Roman"/>
          <w:b/>
          <w:sz w:val="24"/>
        </w:rPr>
        <w:t xml:space="preserve">DEBTORS' MOTION FOR ENTRY OF (I)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APPROVING THE BID PROCEDURES, (B) ESTABLISHING THE NOTICE PROCEDURES AND APPROVING THE FORM AND MANNER OF NOTICE THEREOF, (C) APPROVING PROCEDURES FOR ASSUMPTION AND ASSIGNMENT OF CERTAIN EXECUTORY CONTRACTS, AND (D) RELATED RELIEF AND (II)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w:t>
      </w:r>
      <w:r>
        <w:rPr>
          <w:rFonts w:ascii="Times New Roman" w:hAnsi="Times New Roman" w:eastAsia="Times New Roman" w:cs="Times New Roman"/>
          <w:b/>
          <w:sz w:val="24"/>
        </w:rPr>
        <w:t>A</w:t>
      </w:r>
      <w:r>
        <w:rPr>
          <w:rFonts w:ascii="Times New Roman" w:hAnsi="Times New Roman" w:eastAsia="Times New Roman" w:cs="Times New Roman"/>
          <w:b/>
          <w:sz w:val="24"/>
        </w:rPr>
        <w:t>) APPROVING THE SALE OF THE DEBTORS' ASSETS FREE AND CLEAR OF LIENS, CLAIMS, ENCUMBRANCES AND OTHER INTERESTS, (B) APPROVING ASSUMPTION AND ASSIGNMENT OF CERTAIN EXECUTORY CONTRACTS AND (C) GRANTING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The above-captioned debtors and debtors in 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counsel,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pursuant to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 and 365 of title 11 of the United States Code (the "</w:t>
      </w:r>
      <w:r>
        <w:rPr>
          <w:rFonts w:ascii="Times New Roman" w:hAnsi="Times New Roman" w:eastAsia="Times New Roman" w:cs="Times New Roman"/>
          <w:b w:val="0"/>
          <w:sz w:val="24"/>
        </w:rPr>
        <w:t>Bankruptcy Code</w:t>
      </w:r>
      <w:r>
        <w:rPr>
          <w:rFonts w:ascii="Times New Roman" w:hAnsi="Times New Roman" w:eastAsia="Times New Roman" w:cs="Times New Roman"/>
          <w:b w:val="0"/>
          <w:sz w:val="24"/>
        </w:rPr>
        <w:t>"), Rules 2002, 6004, 6006, and 9014 of the Federal Rules of Bankruptcy Procedure ("</w:t>
      </w:r>
      <w:r>
        <w:rPr>
          <w:rFonts w:ascii="Times New Roman" w:hAnsi="Times New Roman" w:eastAsia="Times New Roman" w:cs="Times New Roman"/>
          <w:b w:val="0"/>
          <w:sz w:val="24"/>
        </w:rPr>
        <w:t>Bankruptcy Rules</w:t>
      </w:r>
      <w:r>
        <w:rPr>
          <w:rFonts w:ascii="Times New Roman" w:hAnsi="Times New Roman" w:eastAsia="Times New Roman" w:cs="Times New Roman"/>
          <w:b w:val="0"/>
          <w:sz w:val="24"/>
        </w:rPr>
        <w:t>"), and Rule 6004-1 of the Local Bankruptcy Rules for the District of Delaware ("</w:t>
      </w:r>
      <w:r>
        <w:rPr>
          <w:rFonts w:ascii="Times New Roman" w:hAnsi="Times New Roman" w:eastAsia="Times New Roman" w:cs="Times New Roman"/>
          <w:b w:val="0"/>
          <w:sz w:val="24"/>
        </w:rPr>
        <w:t>Local Rules</w:t>
      </w:r>
      <w:r>
        <w:rPr>
          <w:rFonts w:ascii="Times New Roman" w:hAnsi="Times New Roman" w:eastAsia="Times New Roman" w:cs="Times New Roman"/>
          <w:b w:val="0"/>
          <w:sz w:val="24"/>
        </w:rPr>
        <w:t xml:space="preserve">") for entry of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Bid Procedures Order</w:t>
      </w:r>
      <w:r>
        <w:rPr>
          <w:rFonts w:ascii="Times New Roman" w:hAnsi="Times New Roman" w:eastAsia="Times New Roman" w:cs="Times New Roman"/>
          <w:b w:val="0"/>
          <w:sz w:val="24"/>
        </w:rPr>
        <w:t xml:space="preserve">"),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(the "</w:t>
      </w:r>
      <w:r>
        <w:rPr>
          <w:rFonts w:ascii="Times New Roman" w:hAnsi="Times New Roman" w:eastAsia="Times New Roman" w:cs="Times New Roman"/>
          <w:b w:val="0"/>
          <w:sz w:val="24"/>
        </w:rPr>
        <w:t>Bid Procedures</w:t>
      </w:r>
      <w:r>
        <w:rPr>
          <w:rFonts w:ascii="Times New Roman" w:hAnsi="Times New Roman" w:eastAsia="Times New Roman" w:cs="Times New Roman"/>
          <w:b w:val="0"/>
          <w:sz w:val="24"/>
        </w:rPr>
        <w:t>") for the sale (the "</w:t>
      </w:r>
      <w:r>
        <w:rPr>
          <w:rFonts w:ascii="Times New Roman" w:hAnsi="Times New Roman" w:eastAsia="Times New Roman" w:cs="Times New Roman"/>
          <w:b w:val="0"/>
          <w:sz w:val="24"/>
        </w:rPr>
        <w:t>Sale</w:t>
      </w:r>
      <w:r>
        <w:rPr>
          <w:rFonts w:ascii="Times New Roman" w:hAnsi="Times New Roman" w:eastAsia="Times New Roman" w:cs="Times New Roman"/>
          <w:b w:val="0"/>
          <w:sz w:val="24"/>
        </w:rPr>
        <w:t>") of [describe assets] (the "</w:t>
      </w:r>
      <w:r>
        <w:rPr>
          <w:rFonts w:ascii="Times New Roman" w:hAnsi="Times New Roman" w:eastAsia="Times New Roman" w:cs="Times New Roman"/>
          <w:b w:val="0"/>
          <w:sz w:val="24"/>
        </w:rPr>
        <w:t>Assets</w:t>
      </w:r>
      <w:r>
        <w:rPr>
          <w:rFonts w:ascii="Times New Roman" w:hAnsi="Times New Roman" w:eastAsia="Times New Roman" w:cs="Times New Roman"/>
          <w:b w:val="0"/>
          <w:sz w:val="24"/>
        </w:rPr>
        <w:t xml:space="preserve">"), (b) establishing the date, time and place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hearing (the "</w:t>
      </w:r>
      <w:r>
        <w:rPr>
          <w:rFonts w:ascii="Times New Roman" w:hAnsi="Times New Roman" w:eastAsia="Times New Roman" w:cs="Times New Roman"/>
          <w:b w:val="0"/>
          <w:sz w:val="24"/>
        </w:rPr>
        <w:t>Sale Hearing</w:t>
      </w:r>
      <w:r>
        <w:rPr>
          <w:rFonts w:ascii="Times New Roman" w:hAnsi="Times New Roman" w:eastAsia="Times New Roman" w:cs="Times New Roman"/>
          <w:b w:val="0"/>
          <w:sz w:val="24"/>
        </w:rPr>
        <w:t>"), (c) approving the form and manner of notice of the sale by auction (the "</w:t>
      </w:r>
      <w:r>
        <w:rPr>
          <w:rFonts w:ascii="Times New Roman" w:hAnsi="Times New Roman" w:eastAsia="Times New Roman" w:cs="Times New Roman"/>
          <w:b w:val="0"/>
          <w:sz w:val="24"/>
        </w:rPr>
        <w:t>Auction</w:t>
      </w:r>
      <w:r>
        <w:rPr>
          <w:rFonts w:ascii="Times New Roman" w:hAnsi="Times New Roman" w:eastAsia="Times New Roman" w:cs="Times New Roman"/>
          <w:b w:val="0"/>
          <w:sz w:val="24"/>
        </w:rPr>
        <w:t xml:space="preserve">"), (d) establishing the procedures for assumption and assignment of certain executory contracts and unexpired leases and approving related notices, and (e) granting related relief; and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(the "</w:t>
      </w:r>
      <w:r>
        <w:rPr>
          <w:rFonts w:ascii="Times New Roman" w:hAnsi="Times New Roman" w:eastAsia="Times New Roman" w:cs="Times New Roman"/>
          <w:b w:val="0"/>
          <w:sz w:val="24"/>
        </w:rPr>
        <w:t>Sale Order</w:t>
      </w:r>
      <w:r>
        <w:rPr>
          <w:rFonts w:ascii="Times New Roman" w:hAnsi="Times New Roman" w:eastAsia="Times New Roman" w:cs="Times New Roman"/>
          <w:b w:val="0"/>
          <w:sz w:val="24"/>
        </w:rPr>
        <w:t>"), substantially in the form attached hereto as Exhibit B, (1) approving the Sale free and clear of all liens, claims, encumbrances and interests, (2) authorizing the assumption, sale, and assignment of certain executory contracts and unexpired leases, and (3) granting related relief. In support of this Motion, the Debtors submit the Declaration of [name of officer, investment banker, or other outside marketing person] [(the "</w:t>
      </w:r>
      <w:r>
        <w:rPr>
          <w:rFonts w:ascii="Times New Roman" w:hAnsi="Times New Roman" w:eastAsia="Times New Roman" w:cs="Times New Roman"/>
          <w:b w:val="0"/>
          <w:sz w:val="24"/>
        </w:rPr>
        <w:t>Marketing Declaration</w:t>
      </w:r>
      <w:r>
        <w:rPr>
          <w:rFonts w:ascii="Times New Roman" w:hAnsi="Times New Roman" w:eastAsia="Times New Roman" w:cs="Times New Roman"/>
          <w:b w:val="0"/>
          <w:sz w:val="24"/>
        </w:rPr>
        <w:t>")], attached hereto as Exhibit C and respectfully state as follows:</w:t>
      </w:r>
    </w:p>
    <w:p>
      <w:pPr>
        <w:keepNext w:val="0"/>
        <w:spacing w:before="120" w:after="0" w:line="260" w:lineRule="exact"/>
        <w:ind w:left="72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United States Bankruptcy Court for the District of Delaware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xml:space="preserve">")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 Pursuant to Local Rule 9013–1(f), the Debtors consent to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order by the Court in connection with this Motion to the extent that it is later determined that the Court, absent consent of the parties, cannot enter final orders or judgments consistent with Article III of the United States Constitution.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legal predicate for the relief requested herein is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363, and 365 of the Bankruptcy Code, Bankruptcy Rules 2002, 6004, 6006, and 9014, and Local Rules 2002-1 and 6004-1.</w:t>
      </w:r>
    </w:p>
    <w:p>
      <w:pPr>
        <w:keepNext w:val="0"/>
        <w:spacing w:before="120" w:after="0" w:line="260" w:lineRule="exact"/>
        <w:ind w:left="72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[date]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1108 of the Bankruptcy Code. No request for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examiner has been made in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Debtors [generally describe the debtor's business and the status of the bankruptcy case.]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Assets to be Sold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[describe the assets subject to the sale]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Market Process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Debtors engaged [name of investment banking or other firm] [(the "</w:t>
      </w:r>
      <w:r>
        <w:rPr>
          <w:rFonts w:ascii="Times New Roman" w:hAnsi="Times New Roman" w:eastAsia="Times New Roman" w:cs="Times New Roman"/>
          <w:b w:val="0"/>
          <w:sz w:val="24"/>
        </w:rPr>
        <w:t>Marketing Firm</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discussed more fully in the [Marketing Declaration], [Marketing Firm] has engaged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extensive marketing process, [both before and after the Petition Date],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locate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buyer for the Debtors' assets. During the marketing process, [detail].</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extensive deliberations with the Debtors' advisors and separate negotiations with the potential bidders, the Debtors have elected to proceed with the bid submitted by [name of stalking horse bidder] (the "</w:t>
      </w:r>
      <w:r>
        <w:rPr>
          <w:rFonts w:ascii="Times New Roman" w:hAnsi="Times New Roman" w:eastAsia="Times New Roman" w:cs="Times New Roman"/>
          <w:b w:val="0"/>
          <w:sz w:val="24"/>
        </w:rPr>
        <w:t>Stalking Horse Bidder</w:t>
      </w:r>
      <w:r>
        <w:rPr>
          <w:rFonts w:ascii="Times New Roman" w:hAnsi="Times New Roman" w:eastAsia="Times New Roman" w:cs="Times New Roman"/>
          <w:b w:val="0"/>
          <w:sz w:val="24"/>
        </w:rPr>
        <w:t>") as the highest or otherwise best bid received for the Assets, subject to the Debtors' receipt of any higher or otherwise better bids at the Auction. Upon the Court's entry of the Bid Procedures Order, the Debtors intend to provide notice of the Bid Procedures, the Auction date, the deadline to object to the proposed Sale of the Assets, and the Sale Hearing to all potential purchasers of the Debtors' Assets that have contacted, or been contacted by, [Marketing Company] during the marketing process to date.</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Stalking Horse Agreement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 [date], the Debtors and the Stalking Horse Bidder finalized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agreement (the "</w:t>
      </w:r>
      <w:r>
        <w:rPr>
          <w:rFonts w:ascii="Times New Roman" w:hAnsi="Times New Roman" w:eastAsia="Times New Roman" w:cs="Times New Roman"/>
          <w:b w:val="0"/>
          <w:sz w:val="24"/>
        </w:rPr>
        <w:t>Stalking Horse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D, which is subject to higher and better offers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auction process and the Court's approval.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material terms of the Stalking Horse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Assets.</w:t>
      </w:r>
      <w:r>
        <w:rPr>
          <w:rFonts w:ascii="Times New Roman" w:hAnsi="Times New Roman" w:eastAsia="Times New Roman" w:cs="Times New Roman"/>
          <w:b w:val="0"/>
          <w:sz w:val="24"/>
        </w:rPr>
        <w:t xml:space="preserve"> On the terms and subject to the conditions set forth in this Agreement, at the Closing, Sellers shall sell, convey, assign, transfer and deliver to Purchaser, and Purchaser shall purchase, acquire and take assignment and delivery of, for the consideration specified in Section 2.3, all of the Assets, free and clear of all Liens other than Permitted Liens.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Deposit.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Deposit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ten percent (10%) of the Cash 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Assumption of Liabilities.</w:t>
      </w:r>
      <w:r>
        <w:rPr>
          <w:rFonts w:ascii="Times New Roman" w:hAnsi="Times New Roman" w:eastAsia="Times New Roman" w:cs="Times New Roman"/>
          <w:b w:val="0"/>
          <w:sz w:val="24"/>
        </w:rPr>
        <w:t xml:space="preserve"> Subject to the terms and conditions set forth in this Agreement, Purchaser shall assume from Sellers, and thereafter be solely responsible for the payment, performance or discharge, of the Assumed Obligations. Purchaser shall have no liability or obligation with respect to any Excluded Liabilities.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The aggregate purchase price for the Assets (the "</w:t>
      </w:r>
      <w:r>
        <w:rPr>
          <w:rFonts w:ascii="Times New Roman" w:hAnsi="Times New Roman" w:eastAsia="Times New Roman" w:cs="Times New Roman"/>
          <w:b w:val="0"/>
          <w:sz w:val="24"/>
        </w:rPr>
        <w:t>Purchase Price</w:t>
      </w:r>
      <w:r>
        <w:rPr>
          <w:rFonts w:ascii="Times New Roman" w:hAnsi="Times New Roman" w:eastAsia="Times New Roman" w:cs="Times New Roman"/>
          <w:b w:val="0"/>
          <w:sz w:val="24"/>
        </w:rPr>
        <w:t xml:space="preserve">") shall be (i) cash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total cash purchase price] (the "</w:t>
      </w:r>
      <w:r>
        <w:rPr>
          <w:rFonts w:ascii="Times New Roman" w:hAnsi="Times New Roman" w:eastAsia="Times New Roman" w:cs="Times New Roman"/>
          <w:b w:val="0"/>
          <w:sz w:val="24"/>
        </w:rPr>
        <w:t>Cash Purchase Price</w:t>
      </w:r>
      <w:r>
        <w:rPr>
          <w:rFonts w:ascii="Times New Roman" w:hAnsi="Times New Roman" w:eastAsia="Times New Roman" w:cs="Times New Roman"/>
          <w:b w:val="0"/>
          <w:sz w:val="24"/>
        </w:rPr>
        <w:t xml:space="preserve">"), and (ii) the assumption of the Assumed Obligations. Concurrently with the execution of this Agreement by Purchaser, Purchaser shall pay to Sellers the Deposit by certified or bank check or by wire transfer, which shall be held by Sellers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interest-bearing account and applied to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Cash Purchase Price at the Closing. At the Closing, Purchaser shall pay by wire transfer to Sellers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cash equal to (x) the Cash Purchase Price, minus (y) the Deposit. Payments made pursuant to this Section 2.3 shall be allocated among the Assets purchased in accordance with Section 10.5(b).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Breakup Fee and Expense Reimbursement.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If the Court enters the Bid Procedures Order and any Seller thereafter consummates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Alternate Proposal, Sellers shall pay (in cash) to Purchaser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breakup fee equal to [number] percent [appropriate percentage]% of the Cash Purchase Price (the "</w:t>
      </w:r>
      <w:r>
        <w:rPr>
          <w:rFonts w:ascii="Times New Roman" w:hAnsi="Times New Roman" w:eastAsia="Times New Roman" w:cs="Times New Roman"/>
          <w:b w:val="0"/>
          <w:sz w:val="24"/>
        </w:rPr>
        <w:t>Breakup Fee</w:t>
      </w:r>
      <w:r>
        <w:rPr>
          <w:rFonts w:ascii="Times New Roman" w:hAnsi="Times New Roman" w:eastAsia="Times New Roman" w:cs="Times New Roman"/>
          <w:b w:val="0"/>
          <w:sz w:val="24"/>
        </w:rPr>
        <w:t xml:space="preserve">"); provided, however, that the Breakup Fee shall (x) not be payable to Purchaser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Fee Event shall have occurred and (y) be payable solely from the proceeds of the Alternate Proposal.</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If the transactions contemplated hereby are not consummated for any reason other than the material breach by Purchaser of this Agreement, Sellers shall immediately pay (in cash) to Purchaser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reasonable, actual and necessary costs and out-of-pocket expenses incurred by Purchaser in connection with its legal, accounting and business due diligence and the preparation and negotiation of this Agreement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of $[agreed expense reimbursement amount] (the "</w:t>
      </w:r>
      <w:r>
        <w:rPr>
          <w:rFonts w:ascii="Times New Roman" w:hAnsi="Times New Roman" w:eastAsia="Times New Roman" w:cs="Times New Roman"/>
          <w:b w:val="0"/>
          <w:sz w:val="24"/>
        </w:rPr>
        <w:t>Expense Reimbursement</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Sellers' obligation to pay the Breakup Fee and the Expense Reimbursement pursuant to this Section 9.2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expense (which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super priority administrative expense claim senior to all other administrative expense claims except claims under the DIP Credit Agreement) of Sellers under Section 364(c) of the Bankruptcy Code.</w:t>
      </w:r>
    </w:p>
    <w:p>
      <w:pPr>
        <w:keepNext w:val="0"/>
        <w:spacing w:before="200" w:after="0" w:line="260" w:lineRule="exact"/>
        <w:ind w:left="2160" w:right="0" w:firstLine="0"/>
        <w:jc w:val="both"/>
      </w:pPr>
      <w:r>
        <w:rPr>
          <w:rFonts w:ascii="Times New Roman" w:hAnsi="Times New Roman" w:eastAsia="Times New Roman" w:cs="Times New Roman"/>
          <w:b w:val="0"/>
          <w:sz w:val="24"/>
        </w:rPr>
        <w:t>o Purchaser shall be entitled to "credit bid" the Breakup Fee and Expense Reimbursement such that no competing bid shall be deemed higher in amount unless such competing bid exceeds the Purchase Price herein (and the Assumed Obligations) by the amount of the Breakup Fee, plus the Expense Reimbursement, plus the "</w:t>
      </w:r>
      <w:r>
        <w:rPr>
          <w:rFonts w:ascii="Times New Roman" w:hAnsi="Times New Roman" w:eastAsia="Times New Roman" w:cs="Times New Roman"/>
          <w:b w:val="0"/>
          <w:sz w:val="24"/>
        </w:rPr>
        <w:t>Bidding Increment</w:t>
      </w:r>
      <w:r>
        <w:rPr>
          <w:rFonts w:ascii="Times New Roman" w:hAnsi="Times New Roman" w:eastAsia="Times New Roman" w:cs="Times New Roman"/>
          <w:b w:val="0"/>
          <w:sz w:val="24"/>
        </w:rPr>
        <w:t>." The Bidding Increment for the initial overbid shall be $[the agreed initial overbid amount] and all subsequent Bidding Increments shall be $ [the subsequent overbid amount agreed to by the parties].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Upon the terms and subject to the satisfaction of the conditions contained in this Agreement, the closing of the transaction contemplated by this Agreement (the "</w:t>
      </w:r>
      <w:r>
        <w:rPr>
          <w:rFonts w:ascii="Times New Roman" w:hAnsi="Times New Roman" w:eastAsia="Times New Roman" w:cs="Times New Roman"/>
          <w:b w:val="0"/>
          <w:sz w:val="24"/>
        </w:rPr>
        <w:t>Closing</w:t>
      </w:r>
      <w:r>
        <w:rPr>
          <w:rFonts w:ascii="Times New Roman" w:hAnsi="Times New Roman" w:eastAsia="Times New Roman" w:cs="Times New Roman"/>
          <w:b w:val="0"/>
          <w:sz w:val="24"/>
        </w:rPr>
        <w:t>") will take place at the offices of [the address for the Seller's counsel or other location where the closing will occur] at [the time for closing], prevailing local time, no later than the first Business Day after the date on which the conditions set forth in ARTICLE VII. and ARTICLE VIII. have been satisfied or waived; or on such other date or place as Purchaser and Seller may determine (the "</w:t>
      </w:r>
      <w:r>
        <w:rPr>
          <w:rFonts w:ascii="Times New Roman" w:hAnsi="Times New Roman" w:eastAsia="Times New Roman" w:cs="Times New Roman"/>
          <w:b w:val="0"/>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Bid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seek the Court's approval of the Bid Procedures set forth in Exhibit 1 to the Bid Procedures Order and incorporated herein in their entirety by this reference, including the terms that are required to be highlighted in accordance with Local Rule 6004-1. The proposed Bid Procedures are designed to maximize value for the Debtors' estates in connection with the Sale and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for all interested parties to submit offers for the Assets.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Bid Procedures afford the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opportunity to pursue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robust sale process that will maximize the value of the Assets for the benefit of their estates and all stakeholders. Accordingly, the Bid Procedures, among other things, establish the following timeline:</w:t>
      </w:r>
    </w:p>
    <w:p>
      <w:pPr>
        <w:keepNext w:val="0"/>
        <w:spacing w:before="200" w:after="0" w:line="260" w:lineRule="exact"/>
        <w:ind w:left="1800" w:right="0" w:firstLine="0"/>
        <w:jc w:val="both"/>
      </w:pPr>
      <w:r>
        <w:rPr>
          <w:rFonts w:ascii="Times New Roman" w:hAnsi="Times New Roman" w:eastAsia="Times New Roman" w:cs="Times New Roman"/>
          <w:b w:val="0"/>
          <w:sz w:val="24"/>
        </w:rPr>
        <w:t>• Deadline to Serve Notice of Auction and Sale Hearing and Assumption and Assignment Notice – [number of days] days after entry of the Bid Procedures Order</w:t>
      </w:r>
    </w:p>
    <w:p>
      <w:pPr>
        <w:keepNext w:val="0"/>
        <w:spacing w:before="200" w:after="0" w:line="260" w:lineRule="exact"/>
        <w:ind w:left="1800" w:right="0" w:firstLine="0"/>
        <w:jc w:val="both"/>
      </w:pPr>
      <w:r>
        <w:rPr>
          <w:rFonts w:ascii="Times New Roman" w:hAnsi="Times New Roman" w:eastAsia="Times New Roman" w:cs="Times New Roman"/>
          <w:b w:val="0"/>
          <w:sz w:val="24"/>
        </w:rPr>
        <w:t>• Cure Objection Deadline - Within [number of days] days after service of Assumption and Assignment Notice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Bid Deadline - [number of days] days after entry of Bid Procedures Order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Sale Objection Deadline - [number of days] days after entry of the Bid Procedures Order </w:t>
      </w:r>
    </w:p>
    <w:p>
      <w:pPr>
        <w:keepNext w:val="0"/>
        <w:spacing w:before="200" w:after="0" w:line="260" w:lineRule="exact"/>
        <w:ind w:left="1800" w:right="0" w:firstLine="0"/>
        <w:jc w:val="both"/>
      </w:pPr>
      <w:r>
        <w:rPr>
          <w:rFonts w:ascii="Times New Roman" w:hAnsi="Times New Roman" w:eastAsia="Times New Roman" w:cs="Times New Roman"/>
          <w:b w:val="0"/>
          <w:sz w:val="24"/>
        </w:rPr>
        <w:t>• Deadline to Notify Qualified Bidders - [number of days] after Bid Deadline</w:t>
      </w:r>
    </w:p>
    <w:p>
      <w:pPr>
        <w:keepNext w:val="0"/>
        <w:spacing w:before="200" w:after="0" w:line="260" w:lineRule="exact"/>
        <w:ind w:left="1800" w:right="0" w:firstLine="0"/>
        <w:jc w:val="both"/>
      </w:pPr>
      <w:r>
        <w:rPr>
          <w:rFonts w:ascii="Times New Roman" w:hAnsi="Times New Roman" w:eastAsia="Times New Roman" w:cs="Times New Roman"/>
          <w:b w:val="0"/>
          <w:sz w:val="24"/>
        </w:rPr>
        <w:t>• Auction (if required) - [number of days] days after Bid Deadline</w:t>
      </w:r>
    </w:p>
    <w:p>
      <w:pPr>
        <w:keepNext w:val="0"/>
        <w:spacing w:before="200" w:after="0" w:line="260" w:lineRule="exact"/>
        <w:ind w:left="1800" w:right="0" w:firstLine="0"/>
        <w:jc w:val="both"/>
      </w:pPr>
      <w:r>
        <w:rPr>
          <w:rFonts w:ascii="Times New Roman" w:hAnsi="Times New Roman" w:eastAsia="Times New Roman" w:cs="Times New Roman"/>
          <w:b w:val="0"/>
          <w:sz w:val="24"/>
        </w:rPr>
        <w:t>• Notice of Successful Bidder - [number of days] days after Auction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Sale Reply Deadline - [number of days] days prior to the Sale Hearing </w:t>
      </w:r>
    </w:p>
    <w:p>
      <w:pPr>
        <w:keepNext w:val="0"/>
        <w:spacing w:before="200" w:after="0" w:line="260" w:lineRule="exact"/>
        <w:ind w:left="1800" w:right="0" w:firstLine="0"/>
        <w:jc w:val="both"/>
      </w:pPr>
      <w:r>
        <w:rPr>
          <w:rFonts w:ascii="Times New Roman" w:hAnsi="Times New Roman" w:eastAsia="Times New Roman" w:cs="Times New Roman"/>
          <w:b w:val="0"/>
          <w:sz w:val="24"/>
        </w:rPr>
        <w:t>• Sale Hearing - [date]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believe that the forgoing proposed timeline provides more than sufficient time to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that will provide the Debtors' estates with the highest price for the Assets given the fulsome marketing process that has already taken place.</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salient terms of the Bid Procedures are summarized as follows: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Participation Requirements.</w:t>
      </w:r>
      <w:r>
        <w:rPr>
          <w:rFonts w:ascii="Times New Roman" w:hAnsi="Times New Roman" w:eastAsia="Times New Roman" w:cs="Times New Roman"/>
          <w:b w:val="0"/>
          <w:sz w:val="24"/>
        </w:rPr>
        <w:t xml:space="preserve"> Unless otherwise ordered by the Court, in order to participate in the bidding process, each person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Potential Bidder</w:t>
      </w:r>
      <w:r>
        <w:rPr>
          <w:rFonts w:ascii="Times New Roman" w:hAnsi="Times New Roman" w:eastAsia="Times New Roman" w:cs="Times New Roman"/>
          <w:b w:val="0"/>
          <w:sz w:val="24"/>
        </w:rPr>
        <w:t>") must first deliver (unless previously delivered) to: (i) [names and addresses for debtors' counsel, the creditors' committee counsel, the U.S. Trustee, and other necessary parties such as the DIP Lender and/or secured creditors], no later than [date and time], the following items (collectively, the "</w:t>
      </w:r>
      <w:r>
        <w:rPr>
          <w:rFonts w:ascii="Times New Roman" w:hAnsi="Times New Roman" w:eastAsia="Times New Roman" w:cs="Times New Roman"/>
          <w:b w:val="0"/>
          <w:sz w:val="24"/>
        </w:rPr>
        <w:t>Participation Requirements</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confidentiality agreement in form and substance reasonably acceptable to the Debtors; and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Proof of Financial Ability to Perform.</w:t>
      </w:r>
      <w:r>
        <w:rPr>
          <w:rFonts w:ascii="Times New Roman" w:hAnsi="Times New Roman" w:eastAsia="Times New Roman" w:cs="Times New Roman"/>
          <w:b w:val="0"/>
          <w:sz w:val="24"/>
        </w:rPr>
        <w:t xml:space="preserve"> The most current audited and latest unaudited financial statements (collectively, the </w:t>
      </w:r>
      <w:r>
        <w:rPr>
          <w:rFonts w:ascii="Times New Roman" w:hAnsi="Times New Roman" w:eastAsia="Times New Roman" w:cs="Times New Roman"/>
          <w:b w:val="0"/>
          <w:sz w:val="24"/>
        </w:rPr>
        <w:t>Financials</w:t>
      </w:r>
      <w:r>
        <w:rPr>
          <w:rFonts w:ascii="Times New Roman" w:hAnsi="Times New Roman" w:eastAsia="Times New Roman" w:cs="Times New Roman"/>
          <w:b w:val="0"/>
          <w:sz w:val="24"/>
        </w:rPr>
        <w:t xml:space="preserve">") of the Potential Bidder, or, if the Potential Bidder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formed for the purpose of the Proposed Sale, Financials of the equity holder(s) of the Potential Bidder or such other form of financial disclosure evidencing the Potential Bidder's ability to close the Transaction, the sufficiency of which shall be determined by the Debtors in their reasonable discretion and in consultation with the Committee.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Due Diligence Materials.</w:t>
      </w:r>
      <w:r>
        <w:rPr>
          <w:rFonts w:ascii="Times New Roman" w:hAnsi="Times New Roman" w:eastAsia="Times New Roman" w:cs="Times New Roman"/>
          <w:b w:val="0"/>
          <w:sz w:val="24"/>
        </w:rPr>
        <w:t xml:space="preserve"> Upon satisfaction of the Participation Requirements, the Debtors will afford each Potential Bidder (each to thereafter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Qualified Bidder</w:t>
      </w:r>
      <w:r>
        <w:rPr>
          <w:rFonts w:ascii="Times New Roman" w:hAnsi="Times New Roman" w:eastAsia="Times New Roman" w:cs="Times New Roman"/>
          <w:b w:val="0"/>
          <w:sz w:val="24"/>
        </w:rPr>
        <w:t xml:space="preserve">") due diligence access to the Assets; provided, however, that the Debtors will have no obligation to provide due diligence access after the Bid Deadline (defined below). The Debtors will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other representative to coordinate all reasonable requests for additional information and due diligence access for Qualified Bidders. Qualified Bidders will be given reasonable access to the Debtors' management prior to the Bid Deadline.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Deadline.</w:t>
      </w:r>
      <w:r>
        <w:rPr>
          <w:rFonts w:ascii="Times New Roman" w:hAnsi="Times New Roman" w:eastAsia="Times New Roman" w:cs="Times New Roman"/>
          <w:b w:val="0"/>
          <w:sz w:val="24"/>
        </w:rPr>
        <w:t xml:space="preserve"> The deadline for submitting bids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shall be [date and time] (the "</w:t>
      </w:r>
      <w:r>
        <w:rPr>
          <w:rFonts w:ascii="Times New Roman" w:hAnsi="Times New Roman" w:eastAsia="Times New Roman" w:cs="Times New Roman"/>
          <w:b w:val="0"/>
          <w:sz w:val="24"/>
        </w:rPr>
        <w:t>Bid Deadline</w:t>
      </w:r>
      <w:r>
        <w:rPr>
          <w:rFonts w:ascii="Times New Roman" w:hAnsi="Times New Roman" w:eastAsia="Times New Roman" w:cs="Times New Roman"/>
          <w:b w:val="0"/>
          <w:sz w:val="24"/>
        </w:rPr>
        <w:t xml:space="preserve">"). Prior to the Bid Deadline,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that desires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solicitation or proposal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Bid</w:t>
      </w:r>
      <w:r>
        <w:rPr>
          <w:rFonts w:ascii="Times New Roman" w:hAnsi="Times New Roman" w:eastAsia="Times New Roman" w:cs="Times New Roman"/>
          <w:b w:val="0"/>
          <w:sz w:val="24"/>
        </w:rPr>
        <w:t>") shall deliver written copies of its Bid to: [name of the debtor's counsel, the creditors' committee counsel, the U.S. Trustee, and other necessary parties such as the DIP Lender and/or secured creditors] by the Bid Deadline.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Determination of Qualified Bid Status.</w:t>
      </w:r>
      <w:r>
        <w:rPr>
          <w:rFonts w:ascii="Times New Roman" w:hAnsi="Times New Roman" w:eastAsia="Times New Roman" w:cs="Times New Roman"/>
          <w:b w:val="0"/>
          <w:sz w:val="24"/>
        </w:rPr>
        <w:t xml:space="preserve"> To be eligible to attend and participate in the Auction, each Qualified Bidder must deliver to the Debtors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Bid so as to be received by the Bid Deadline and that complies with each of the following conditions: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Modified Agreement.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version of the Agreement,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blacklined copy of the Agreement (the "</w:t>
      </w:r>
      <w:r>
        <w:rPr>
          <w:rFonts w:ascii="Times New Roman" w:hAnsi="Times New Roman" w:eastAsia="Times New Roman" w:cs="Times New Roman"/>
          <w:b w:val="0"/>
          <w:sz w:val="24"/>
        </w:rPr>
        <w:t>Modified Agreement</w:t>
      </w:r>
      <w:r>
        <w:rPr>
          <w:rFonts w:ascii="Times New Roman" w:hAnsi="Times New Roman" w:eastAsia="Times New Roman" w:cs="Times New Roman"/>
          <w:b w:val="0"/>
          <w:sz w:val="24"/>
        </w:rPr>
        <w:t>") to show all changes requested by the Bidder, including those related to the Purchase Price; provided, however, that the terms of the Modified Agreement are substantially the same or better than the terms of the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Assets.</w:t>
      </w:r>
      <w:r>
        <w:rPr>
          <w:rFonts w:ascii="Times New Roman" w:hAnsi="Times New Roman" w:eastAsia="Times New Roman" w:cs="Times New Roman"/>
          <w:b w:val="0"/>
          <w:sz w:val="24"/>
        </w:rPr>
        <w:t xml:space="preserve"> Each Bid shall be for all of the Assets; provided, however, that the Debtors may consider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multiple Bids, each of which is for less than all of the Assets, so long as (i) such combination of Bids collectively offers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aggregate amount equal to the Minimum Initial Bid (defined below), and (ii) each Bid comprising such combination otherwise meets the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(such combination of Bids,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Combination Bid</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Contingencies.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may not be conditioned on obtaining internal approval or on the outcome or review of due diligence, but may be subject to the accuracy in all material respects at the closing of specified representations and warranties or the satisfaction in all material respects at the closing of specified conditions, none of which shall be more burdensome than those set forth in the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Authorization to Bid.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shall include evidence of authorization and approval from such Qualified Bidder's board of directors (or comparable governing body) with respect to the submission, execution, delivery and closing of the Modified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Good Faith Deposit.</w:t>
      </w:r>
      <w:r>
        <w:rPr>
          <w:rFonts w:ascii="Times New Roman" w:hAnsi="Times New Roman" w:eastAsia="Times New Roman" w:cs="Times New Roman"/>
          <w:b w:val="0"/>
          <w:sz w:val="24"/>
        </w:rPr>
        <w:t xml:space="preserve"> Each Bid or Combination Bid must be accompanied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deposit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$[number] (the "</w:t>
      </w:r>
      <w:r>
        <w:rPr>
          <w:rFonts w:ascii="Times New Roman" w:hAnsi="Times New Roman" w:eastAsia="Times New Roman" w:cs="Times New Roman"/>
          <w:b w:val="0"/>
          <w:sz w:val="24"/>
        </w:rPr>
        <w:t>Good Faith Deposit</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Minimum Initial Bid Requirement.</w:t>
      </w:r>
      <w:r>
        <w:rPr>
          <w:rFonts w:ascii="Times New Roman" w:hAnsi="Times New Roman" w:eastAsia="Times New Roman" w:cs="Times New Roman"/>
          <w:b w:val="0"/>
          <w:sz w:val="24"/>
        </w:rPr>
        <w:t xml:space="preserve"> Each Qualified Bidder's Bid or Combination Bid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minimum bid consideration equal to the sum of (i) the Purchase Price (as defined in the Agreement), (ii) $[the appropriate amount], representing the Breakup Fee and Expense Reimbursement (as defined in the Agreement), and (iii) $[initial minimum overbid amount] (the "</w:t>
      </w:r>
      <w:r>
        <w:rPr>
          <w:rFonts w:ascii="Times New Roman" w:hAnsi="Times New Roman" w:eastAsia="Times New Roman" w:cs="Times New Roman"/>
          <w:b w:val="0"/>
          <w:sz w:val="24"/>
        </w:rPr>
        <w:t>Minimum Initial Bid</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Other Evidence.</w:t>
      </w:r>
      <w:r>
        <w:rPr>
          <w:rFonts w:ascii="Times New Roman" w:hAnsi="Times New Roman" w:eastAsia="Times New Roman" w:cs="Times New Roman"/>
          <w:b w:val="0"/>
          <w:sz w:val="24"/>
        </w:rPr>
        <w:t xml:space="preserve"> Each Bid or Combination Bid must contain evidence satisfactory to the Debtors, in consultation with the Committee, that the Bidder is reasonably likely (based on availability of financing, experience and other considerations) to be able to timely consummate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of the Assets if selected as the Successful Bidder (as defined below).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Irrevocable.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must be irrevocable until [number of business days] business days after the Assets have been sold pursuant to the Closing of the sale or sales approved by the Court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non-appealable order.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Bid.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before the Bid Deadline that meets the above requirements, in the Debtors' reasonable discretion, in consultation with the Committee and taking into account the terms and conditions of any assumed debt obligations, and that satisfies the Bid Deadline requirement above,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w:t>
      </w:r>
      <w:r>
        <w:rPr>
          <w:rFonts w:ascii="Times New Roman" w:hAnsi="Times New Roman" w:eastAsia="Times New Roman" w:cs="Times New Roman"/>
          <w:b w:val="0"/>
          <w:sz w:val="24"/>
        </w:rPr>
        <w:t>Qualified Bid</w:t>
      </w: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is determined not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in accordance with the conditions set forth above, the Qualified Bidder shall be refunded its Good Faith Deposit and all accumulated interest thereon within [appropriate number of business days] business days after that determination. The Stalking Horse Bidder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and the Agreement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Bid Protections.</w:t>
      </w:r>
      <w:r>
        <w:rPr>
          <w:rFonts w:ascii="Times New Roman" w:hAnsi="Times New Roman" w:eastAsia="Times New Roman" w:cs="Times New Roman"/>
          <w:b w:val="0"/>
          <w:sz w:val="24"/>
        </w:rPr>
        <w:t xml:space="preserve"> The Debtors have agreed that the Debtors must, in the circumstances enumerated in the Agreement, pay to the Stalking Horse Bidder, the Breakup Fee and the Expense Reimbursement (defined in the Agreement). The payment of the Breakup Fee and the Expense Reimbursement shall be governed by the provisions of the Agreement and the Bid Procedures Order.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Auction.</w:t>
      </w:r>
      <w:r>
        <w:rPr>
          <w:rFonts w:ascii="Times New Roman" w:hAnsi="Times New Roman" w:eastAsia="Times New Roman" w:cs="Times New Roman"/>
          <w:b w:val="0"/>
          <w:sz w:val="24"/>
        </w:rPr>
        <w:t xml:space="preserve"> In the event that the Debtors receive at least one (1) Qualified Bid (other than the Stalking Horse Bidder) by the Bid Deadline, the Debtors shall conduct the Auction of the Assets to determine the highest and otherwise best bid with respect to the Assets. No later than [date and time], the Debtors will notify all Qualified Bidders of (i) the highest or otherwise best Qualified Bid, (the "</w:t>
      </w:r>
      <w:r>
        <w:rPr>
          <w:rFonts w:ascii="Times New Roman" w:hAnsi="Times New Roman" w:eastAsia="Times New Roman" w:cs="Times New Roman"/>
          <w:b w:val="0"/>
          <w:sz w:val="24"/>
        </w:rPr>
        <w:t>Baseline Bid</w:t>
      </w:r>
      <w:r>
        <w:rPr>
          <w:rFonts w:ascii="Times New Roman" w:hAnsi="Times New Roman" w:eastAsia="Times New Roman" w:cs="Times New Roman"/>
          <w:b w:val="0"/>
          <w:sz w:val="24"/>
        </w:rPr>
        <w:t xml:space="preserve">") and (ii) the time and place of the Auction. The Auction shall commence at [date and time] at the offices of [the appropriate location]. If, however, no such Qualified Bid other than that of the Stalking Horse Bidder is received by the Bid Deadline, the Debtors will report the same to the Court, will declare the Stalking Horse Bidder the Successful Bidder (as defined below) and will proceed with the Transaction pursuant to the terms of the Agreement, upon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approving the sale of the Assets to the Stalking Horse Bidder. The Auction shall be conducted according to the following procedures: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Participation in the Auction.</w:t>
      </w:r>
      <w:r>
        <w:rPr>
          <w:rFonts w:ascii="Times New Roman" w:hAnsi="Times New Roman" w:eastAsia="Times New Roman" w:cs="Times New Roman"/>
          <w:b w:val="0"/>
          <w:sz w:val="24"/>
        </w:rPr>
        <w:t xml:space="preserve"> Only the Debtors, the Stalking Horse Bidder, the DIP Lender, the U.S. Trustee, any representative of the Committee and any Qualified Bidder who has timely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(and professional advisors to each of these parties) may participate in the Auction. Only the Stalking Horse Bidder and other Qualified Bidders may make any subsequent Qualified Bids at the Auction. The Debtors and their professional advisors, in consultation with the Committee, shall direct and preside over the Auction. Bidding at the Auction shall begin with the Baseline Bid, which, in the event such Baseline Bid is not that of the Stalking Horse Bidder,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at least equal to the Minimum Initial Bid. All Bids made thereafter shall be Overbids (as defined below), and shall be made and received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open basis, and all material terms of each Bid shall be fully disclosed to all other Qualified Bidders and the Stalking Horse Bidder. The Debtors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transcript of all Bids made and announced at the Auction, including the Baseline Bid, all Overbids and the Successful Bid (as defined below).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Terms of Overbids.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Overbid</w:t>
      </w:r>
      <w:r>
        <w:rPr>
          <w:rFonts w:ascii="Times New Roman" w:hAnsi="Times New Roman" w:eastAsia="Times New Roman" w:cs="Times New Roman"/>
          <w:b w:val="0"/>
          <w:sz w:val="24"/>
        </w:rPr>
        <w:t xml:space="preserve">" is any bid made at the Auction subsequent to the Debtors' announcement of the Baseline Bid. Any Qualified Bidder's initial Overbid shall be at least $[number] in excess of the Baseline Bid and each subsequent Overbid must be made in increments of at least $[the appropriate amount] over the previous highest or best bid. Additional consideration in excess of the amount set forth in the Baseline Bid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cash and assumed debt obligations; provided, however, that any Overbid made by the prepetition secured lenders may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bid to the extent permitted under Section 363(k) of the Bankruptcy Code. Each Overbid must comply with the conditions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set forth above other than the Minimum Initial Bid requirement. Any Overbid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Bidder must remain open and binding on the Qualified Bidder until and unless the Debtors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Qualified Bid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Overbid. The Debtors shall announce at the Auction the material terms of each Overbid and the basis for calculating the total consideration offered in each such Overbid.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Closing the Auction.</w:t>
      </w:r>
      <w:r>
        <w:rPr>
          <w:rFonts w:ascii="Times New Roman" w:hAnsi="Times New Roman" w:eastAsia="Times New Roman" w:cs="Times New Roman"/>
          <w:b w:val="0"/>
          <w:sz w:val="24"/>
        </w:rPr>
        <w:t xml:space="preserve"> Upon conclusion of the bidding, the Auction shall be closed, and the Debtors, in consultation with the Committee, shall determine, after taking into account the terms and conditions of any assumed debt obligations, the highest or otherwise best offer for the Assets (the "</w:t>
      </w:r>
      <w:r>
        <w:rPr>
          <w:rFonts w:ascii="Times New Roman" w:hAnsi="Times New Roman" w:eastAsia="Times New Roman" w:cs="Times New Roman"/>
          <w:b w:val="0"/>
          <w:sz w:val="24"/>
        </w:rPr>
        <w:t>Successful Bid</w:t>
      </w:r>
      <w:r>
        <w:rPr>
          <w:rFonts w:ascii="Times New Roman" w:hAnsi="Times New Roman" w:eastAsia="Times New Roman" w:cs="Times New Roman"/>
          <w:b w:val="0"/>
          <w:sz w:val="24"/>
        </w:rPr>
        <w:t>") and the entity submitting such Successful Bid, the "</w:t>
      </w:r>
      <w:r>
        <w:rPr>
          <w:rFonts w:ascii="Times New Roman" w:hAnsi="Times New Roman" w:eastAsia="Times New Roman" w:cs="Times New Roman"/>
          <w:b w:val="0"/>
          <w:sz w:val="24"/>
        </w:rPr>
        <w:t>Successful Bidder</w:t>
      </w:r>
      <w:r>
        <w:rPr>
          <w:rFonts w:ascii="Times New Roman" w:hAnsi="Times New Roman" w:eastAsia="Times New Roman" w:cs="Times New Roman"/>
          <w:b w:val="0"/>
          <w:sz w:val="24"/>
        </w:rPr>
        <w:t>") and the next highest or otherwise best offer after the Successful Bid (the "</w:t>
      </w:r>
      <w:r>
        <w:rPr>
          <w:rFonts w:ascii="Times New Roman" w:hAnsi="Times New Roman" w:eastAsia="Times New Roman" w:cs="Times New Roman"/>
          <w:b w:val="0"/>
          <w:sz w:val="24"/>
        </w:rPr>
        <w:t>Back-Up Bid</w:t>
      </w:r>
      <w:r>
        <w:rPr>
          <w:rFonts w:ascii="Times New Roman" w:hAnsi="Times New Roman" w:eastAsia="Times New Roman" w:cs="Times New Roman"/>
          <w:b w:val="0"/>
          <w:sz w:val="24"/>
        </w:rPr>
        <w:t>") and the entity submitting such Back-Up Bid (the "</w:t>
      </w:r>
      <w:r>
        <w:rPr>
          <w:rFonts w:ascii="Times New Roman" w:hAnsi="Times New Roman" w:eastAsia="Times New Roman" w:cs="Times New Roman"/>
          <w:b w:val="0"/>
          <w:sz w:val="24"/>
        </w:rPr>
        <w:t>Back-Up Bidder</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o </w:t>
      </w:r>
      <w:r>
        <w:rPr>
          <w:rFonts w:ascii="Times New Roman" w:hAnsi="Times New Roman" w:eastAsia="Times New Roman" w:cs="Times New Roman"/>
          <w:b/>
          <w:sz w:val="24"/>
        </w:rPr>
        <w:t>Failure to Close.</w:t>
      </w:r>
      <w:r>
        <w:rPr>
          <w:rFonts w:ascii="Times New Roman" w:hAnsi="Times New Roman" w:eastAsia="Times New Roman" w:cs="Times New Roman"/>
          <w:b w:val="0"/>
          <w:sz w:val="24"/>
        </w:rPr>
        <w:t xml:space="preserve"> In the event the Successful Bidder fails to consummate the sale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Successful Bidder's default or breach under the applicable purchase agreement in accordance with the terms of such purchase agreement by the closing date contemplated in such purchase agreement, the Debtors shall: (i) retain the Successful Bidder's Good Faith Deposit as liquidated damages; and (ii) be authorized, but not required, to consummate the Back-Up Bid with the Back-Up Bidder without further notice or order of the Court, in which case the Back-up Bidder shall be deemed to be the Successful Bidder and shall consummate its Back-up Bid.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of Successful Bid.</w:t>
      </w:r>
      <w:r>
        <w:rPr>
          <w:rFonts w:ascii="Times New Roman" w:hAnsi="Times New Roman" w:eastAsia="Times New Roman" w:cs="Times New Roman"/>
          <w:b w:val="0"/>
          <w:sz w:val="24"/>
        </w:rPr>
        <w:t xml:space="preserve"> The Debtors shall sell the Assets to the Successful Bidder upon the approval of the Successful Bid by the Court after the Sale Hearing. The Debtors' presentation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Qualified Bid to the Court for approval does not constitute the Debtors' acceptance of the bid. The Debtors will be deemed to have accepted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Bid only when the Bid has been approved by the Court at the Sale Hearing.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Modifications.</w:t>
      </w:r>
      <w:r>
        <w:rPr>
          <w:rFonts w:ascii="Times New Roman" w:hAnsi="Times New Roman" w:eastAsia="Times New Roman" w:cs="Times New Roman"/>
          <w:b w:val="0"/>
          <w:sz w:val="24"/>
        </w:rPr>
        <w:t xml:space="preserve"> The Bid Procedures may not be modified except with the express written consent of the Debtors in consultation with the Committee. The Debtors, in their reasonable discretion, may, in consultation with the Committee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determine, which Qualified Bid, if any, is the highest or otherwise best offer and (b) reject at any time before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Bid, any Bid that is (i) inadequate or insufficient, (ii) not in conformity with the requirements of the Bankruptcy Code, the Bid Procedures, or the terms and conditions of sale, or (iii) contrary to the best interests of the Debtors, their estates and creditors.</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Notice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request the Court schedule the Sale Hearing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that is on or before [date]. The Debtors request that objections, if any, to the Sale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(c) be filed with the Clerk of the Court, 824 North Market Street, 3rd Floor, Wilmington, Delaware 19801, and served so as to be received by [number of days] days after entry of the Bid Procedures Order (the "</w:t>
      </w:r>
      <w:r>
        <w:rPr>
          <w:rFonts w:ascii="Times New Roman" w:hAnsi="Times New Roman" w:eastAsia="Times New Roman" w:cs="Times New Roman"/>
          <w:b w:val="0"/>
          <w:sz w:val="24"/>
        </w:rPr>
        <w:t>Sale Objection Deadline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also request that the Court approve the form of the "</w:t>
      </w:r>
      <w:r>
        <w:rPr>
          <w:rFonts w:ascii="Times New Roman" w:hAnsi="Times New Roman" w:eastAsia="Times New Roman" w:cs="Times New Roman"/>
          <w:b w:val="0"/>
          <w:sz w:val="24"/>
        </w:rPr>
        <w:t>Notice of Auction and Sale Hearing</w:t>
      </w:r>
      <w:r>
        <w:rPr>
          <w:rFonts w:ascii="Times New Roman" w:hAnsi="Times New Roman" w:eastAsia="Times New Roman" w:cs="Times New Roman"/>
          <w:b w:val="0"/>
          <w:sz w:val="24"/>
        </w:rPr>
        <w:t>" (substantially in the form attached hereto as Exhibit E). No later than [number] business days after entry of the Bid Procedures Order, the Debtors will cause the Notice of Auction and Sale Hearing to be served by first class mail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creditors' committee counsel; (b) lenders; (c) any party that has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appearance in these Chapter 11 cases; (d) counsel to the Stalking Horse Bidder; (e) U.S. Trustee; (f) the Federal Trade Commission; (g) the Assistant Attorney General in charge of the Antitrust Division of the Department of Justice; (h) any parties known or reasonably believed to have expressed interest in the Assets or any portion thereof; (i) all entities known or reasonably believed to 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encumbrance, claim, or other interest in the Assets; (j) all parties to executory contracts to be assumed and assigned, or rejected as part of the Sale; (k) all applicable state and local taxing authorities; and (l) each governmental agency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known interest with respect to the Sale and transactions proposed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submit that the Notice of Auction and Sale Hearing is reasonably calculated to provide all interested parties with timely and proper notice of the proposed Sale, including: (i) the date, time, and place of the Auction (if one is held); (ii) the Bid Procedures and certain dates and deadlines related thereto; (iii) the objection deadline for the Motion and the date, time, and place of the Sale Hearing; (iv) reasonably specific identification of the Assets for sale; (v) instructions for promptly obtaining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Stalking Horse Agreement; (vi) representations describing the Sale as being free and clear of liens, claims, interests, and other encumbrances, with all such liens, claims, interests, and other encumbrances attaching with the same validity and priority to the sale proceeds; and (vii) notice of the Assumption and Assignment Notice (as described below).</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submit that the proposed Notice of Auction and Sale Hearing, and providing notice of this Motion, as described herein, complies fully with Bankruptcy Rule 2002 and the Local Rules and constitutes good and adequate notice of the Sale and the proceedings with respect thereto. Therefore, the Debtors respectfully request that this Court approve the form of the Notice of Auction and Sale Hearing and the notice procedures proposed above.</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Proposed Assumption and Assignment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seek approval of the following procedures (the "</w:t>
      </w:r>
      <w:r>
        <w:rPr>
          <w:rFonts w:ascii="Times New Roman" w:hAnsi="Times New Roman" w:eastAsia="Times New Roman" w:cs="Times New Roman"/>
          <w:b w:val="0"/>
          <w:sz w:val="24"/>
        </w:rPr>
        <w:t>Assumption and Assignment Procedures</w:t>
      </w:r>
      <w:r>
        <w:rPr>
          <w:rFonts w:ascii="Times New Roman" w:hAnsi="Times New Roman" w:eastAsia="Times New Roman" w:cs="Times New Roman"/>
          <w:b w:val="0"/>
          <w:sz w:val="24"/>
        </w:rPr>
        <w:t xml:space="preserve">") with respect to the assumption and assignment of certain executory contracts and unexpired leases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Assigned Contracts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 and Assignment Notice.</w:t>
      </w:r>
      <w:r>
        <w:rPr>
          <w:rFonts w:ascii="Times New Roman" w:hAnsi="Times New Roman" w:eastAsia="Times New Roman" w:cs="Times New Roman"/>
          <w:b w:val="0"/>
          <w:sz w:val="24"/>
        </w:rPr>
        <w:t xml:space="preserve"> Within [number] business day[s] after entry of the Bid Procedures Order, the Debtors will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val="0"/>
          <w:sz w:val="24"/>
        </w:rPr>
        <w:t>Assumption and Assignment Notice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F) to assume and assign the Assigned Contracts pursuant to Section 365 of the Bankruptcy Code, and will serve the Assumption and Assignment Notice by facsimile, electronic transmission, hand delivery or overnight mail on: (i) the counterparty to the Assigned Contract (the "</w:t>
      </w:r>
      <w:r>
        <w:rPr>
          <w:rFonts w:ascii="Times New Roman" w:hAnsi="Times New Roman" w:eastAsia="Times New Roman" w:cs="Times New Roman"/>
          <w:b w:val="0"/>
          <w:sz w:val="24"/>
        </w:rPr>
        <w:t>Contract Counterparty</w:t>
      </w:r>
      <w:r>
        <w:rPr>
          <w:rFonts w:ascii="Times New Roman" w:hAnsi="Times New Roman" w:eastAsia="Times New Roman" w:cs="Times New Roman"/>
          <w:b w:val="0"/>
          <w:sz w:val="24"/>
        </w:rPr>
        <w:t>") (and upon its counsel, if known); (ii) [notice parties – counsel for the committee, DIP and U.S. Trustee]; and (iii) any party that has requested notice pursuant to Bankruptcy Rule 2002.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Content of Assumption and Assignment Notice.</w:t>
      </w:r>
      <w:r>
        <w:rPr>
          <w:rFonts w:ascii="Times New Roman" w:hAnsi="Times New Roman" w:eastAsia="Times New Roman" w:cs="Times New Roman"/>
          <w:b w:val="0"/>
          <w:sz w:val="24"/>
        </w:rPr>
        <w:t xml:space="preserve"> The Assumption and Assignment Notice shall set forth, among other things: (i) the Assigned Contract(s) to be assumed and assigned; (ii) the names and addresses of the Contract Counterparties; (iii) any applicable cure amounts, asserted by the Debtors, that are necessary to cure any default, and to pay all actual or pecuniary losses that have resulted from such defaults, under the relevant the Assigned Contracts(s), pursuant to Section 365 of the Bankruptcy Code (the "</w:t>
      </w:r>
      <w:r>
        <w:rPr>
          <w:rFonts w:ascii="Times New Roman" w:hAnsi="Times New Roman" w:eastAsia="Times New Roman" w:cs="Times New Roman"/>
          <w:b w:val="0"/>
          <w:sz w:val="24"/>
        </w:rPr>
        <w:t>Cure Amounts</w:t>
      </w:r>
      <w:r>
        <w:rPr>
          <w:rFonts w:ascii="Times New Roman" w:hAnsi="Times New Roman" w:eastAsia="Times New Roman" w:cs="Times New Roman"/>
          <w:b w:val="0"/>
          <w:sz w:val="24"/>
        </w:rPr>
        <w:t xml:space="preserve">"); (iv) the identity of the Stalking Horse Bidder (as potential assignee), (v) the deadlines and procedures for filing objections to the Assumption and Assignment Notice (as set forth below), and (vi) the date, time and place of the Sale Hearing. Additionally, the Assumption and Assignment Notice shall explain how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non-debtor 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may obtain "adequate assurance of future performance" information from the Stalking Horse Bidder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Obligation to Assume.</w:t>
      </w:r>
      <w:r>
        <w:rPr>
          <w:rFonts w:ascii="Times New Roman" w:hAnsi="Times New Roman" w:eastAsia="Times New Roman" w:cs="Times New Roman"/>
          <w:b w:val="0"/>
          <w:sz w:val="24"/>
        </w:rPr>
        <w:t xml:space="preserve"> The inclusion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on the Assumption and Assignment Notice or the Supplemental Contract Assumption Notice (as defined below) shall not obligate the Stalking Horse Bidder (or other Successful Bidder) to take assignment of such Assigned Contract. The Debtors or the Stalking Horse Bidder (or other Successful Bidder) may determine to exclude any Assigned Contract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Excluded Contract</w:t>
      </w:r>
      <w:r>
        <w:rPr>
          <w:rFonts w:ascii="Times New Roman" w:hAnsi="Times New Roman" w:eastAsia="Times New Roman" w:cs="Times New Roman"/>
          <w:b w:val="0"/>
          <w:sz w:val="24"/>
        </w:rPr>
        <w:t>") no later than [number] business days prior to the Sale Hearing. The non-debtor party or parties to any such Excluded Contract will be notified of such exclusion by written notice mailed no later than the day that is [number] Business Day after such exclusion.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Adequate Assurance.</w:t>
      </w:r>
      <w:r>
        <w:rPr>
          <w:rFonts w:ascii="Times New Roman" w:hAnsi="Times New Roman" w:eastAsia="Times New Roman" w:cs="Times New Roman"/>
          <w:b w:val="0"/>
          <w:sz w:val="24"/>
        </w:rPr>
        <w:t xml:space="preserve"> Any request for adequate assurance information regarding the Stalking Horse Bidder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Request for Adequate Assurance Information</w:t>
      </w:r>
      <w:r>
        <w:rPr>
          <w:rFonts w:ascii="Times New Roman" w:hAnsi="Times New Roman" w:eastAsia="Times New Roman" w:cs="Times New Roman"/>
          <w:b w:val="0"/>
          <w:sz w:val="24"/>
        </w:rPr>
        <w:t>") must be sent to (i) counsel for the Stalking Horse Bidder and (ii) counsel to the Debtors. The Stalking Horse Bidder shall have [number] business days after the Request for Adequate Assurance Information to provide the requesting party with any and all non-confidential information reasonably related to the Request for Adequate Assurance Information. Any objections to any Stalking Horse Bidder's proposed form of adequate assurance of future performance must be filed and served in accordance with the Cure Objection procedures set forth below.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Supplemental Contract Assumption Notice.</w:t>
      </w:r>
      <w:r>
        <w:rPr>
          <w:rFonts w:ascii="Times New Roman" w:hAnsi="Times New Roman" w:eastAsia="Times New Roman" w:cs="Times New Roman"/>
          <w:b w:val="0"/>
          <w:sz w:val="24"/>
        </w:rPr>
        <w:t xml:space="preserve"> Although the Debtors intend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identify all executory contracts or unexpired leases that may be assumed and assigned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the Debtors may discover certain executory contracts inadvertently omitted from the Assigned Contracts list or the Successful Bidder or Back-Up Bidder may identify other executory contracts or unexpired leases that they desire to assume and assign in connection with the Sale. Accordingly, if at any time after the entry of the Bid Procedures Order, the Debtors or the Successful Bidder or Back-Up Bidder identify additional executory contracts or unexpired leases to be assumed and assigned as Assigned Contracts (whether before or after the closing of the Sale), as applicable, the Debtors shall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Cure Notice (the "</w:t>
      </w:r>
      <w:r>
        <w:rPr>
          <w:rFonts w:ascii="Times New Roman" w:hAnsi="Times New Roman" w:eastAsia="Times New Roman" w:cs="Times New Roman"/>
          <w:b w:val="0"/>
          <w:sz w:val="24"/>
        </w:rPr>
        <w:t>Supplemental Cure Notice</w:t>
      </w:r>
      <w:r>
        <w:rPr>
          <w:rFonts w:ascii="Times New Roman" w:hAnsi="Times New Roman" w:eastAsia="Times New Roman" w:cs="Times New Roman"/>
          <w:b w:val="0"/>
          <w:sz w:val="24"/>
        </w:rPr>
        <w:t>") by facsimile, electronic transmission, hand delivery or overnight mail on the applicable Contract Counterparty and its counsel (if known) no later than [number] days [before the Sale Hearing].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Objections to Assumption and Assignment.</w:t>
      </w:r>
      <w:r>
        <w:rPr>
          <w:rFonts w:ascii="Times New Roman" w:hAnsi="Times New Roman" w:eastAsia="Times New Roman" w:cs="Times New Roman"/>
          <w:b w:val="0"/>
          <w:sz w:val="24"/>
        </w:rPr>
        <w:t xml:space="preserve"> Any objections to the Debtors' proposed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Cure Objection</w:t>
      </w:r>
      <w:r>
        <w:rPr>
          <w:rFonts w:ascii="Times New Roman" w:hAnsi="Times New Roman" w:eastAsia="Times New Roman" w:cs="Times New Roman"/>
          <w:b w:val="0"/>
          <w:sz w:val="24"/>
        </w:rPr>
        <w:t>") must (</w:t>
      </w:r>
      <w:r>
        <w:rPr>
          <w:rFonts w:ascii="Times New Roman" w:hAnsi="Times New Roman" w:eastAsia="Times New Roman" w:cs="Times New Roman"/>
          <w:b/>
          <w:sz w:val="24"/>
        </w:rPr>
        <w:t>a</w:t>
      </w:r>
      <w:r>
        <w:rPr>
          <w:rFonts w:ascii="Times New Roman" w:hAnsi="Times New Roman" w:eastAsia="Times New Roman" w:cs="Times New Roman"/>
          <w:b w:val="0"/>
          <w:sz w:val="24"/>
        </w:rPr>
        <w:t>) be set forth in writing, (b) state with particularity the grounds for such objections or other statements of position, and, if the objection pertains to the proposed amount of the Cure Amounts, the correct cure amount alleged by the objecting Contract Counterparty, together with any applicable and appropriate documentation in support thereof, and (c) be filed with the Clerk of the Court, 824 North Market Street, 3rd Floor, Wilmington, Delaware 19801, and served so as to be received by: [notice parties] on or before [date], at [time] (the "</w:t>
      </w:r>
      <w:r>
        <w:rPr>
          <w:rFonts w:ascii="Times New Roman" w:hAnsi="Times New Roman" w:eastAsia="Times New Roman" w:cs="Times New Roman"/>
          <w:b w:val="0"/>
          <w:sz w:val="24"/>
        </w:rPr>
        <w:t>Cure Objection Deadline</w:t>
      </w:r>
      <w:r>
        <w:rPr>
          <w:rFonts w:ascii="Times New Roman" w:hAnsi="Times New Roman" w:eastAsia="Times New Roman" w:cs="Times New Roman"/>
          <w:b w:val="0"/>
          <w:sz w:val="24"/>
        </w:rPr>
        <w:t xml:space="preserve">"), or such deadline set forth in the applicable Supplemental Cure Notice.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Bidder that is not the Stalking Horse Bidder prevails at the Auction, then the deadline to object to assumption and assignment solely with respect to the adequate assurance of future payment from the Successful Bidder shall be extended to the date that is [number] days after the conclusion of the Auction, but any such objection must be received before the start of the Sale Hearing; provided, however, that the deadline to object to the Cure Amounts or other matters unrelated to the identity of the Successful Bidder shall not be extended. All objections to the Debtors' proposed assumption and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will be heard at the Sale Hearing.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Failure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w:t>
      </w:r>
      <w:r>
        <w:rPr>
          <w:rFonts w:ascii="Times New Roman" w:hAnsi="Times New Roman" w:eastAsia="Times New Roman" w:cs="Times New Roman"/>
          <w:b w:val="0"/>
          <w:sz w:val="24"/>
        </w:rPr>
        <w:t xml:space="preserve"> If no objection is timely filed and served, the counterparty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Assigned Contract shall be deemed to have consented to the assumption, assignment and sale of the Assigned Contract to any Successful Bidder and shall be forever barred from asserting any objection with regard to such assumption, assignment and sale.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Cure Payments and Adequate Assurance of Future Performance.</w:t>
      </w:r>
      <w:r>
        <w:rPr>
          <w:rFonts w:ascii="Times New Roman" w:hAnsi="Times New Roman" w:eastAsia="Times New Roman" w:cs="Times New Roman"/>
          <w:b w:val="0"/>
          <w:sz w:val="24"/>
        </w:rPr>
        <w:t xml:space="preserve"> The payment of the applicable Cure Amounts by the Debtors or Stalking Horse Bidder (or other Successful Bidder), as applicable, shall (i)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cure of all defaults existing thereunder and (ii) compensate for any actual pecuniary loss to such counterparty resulting from such default.</w:t>
      </w:r>
    </w:p>
    <w:p>
      <w:pPr>
        <w:keepNext w:val="0"/>
        <w:spacing w:before="120" w:after="0" w:line="260" w:lineRule="exact"/>
        <w:ind w:left="72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this Motion, the Debtors seek the entry of (i) the Bid Procedure Order (</w:t>
      </w:r>
      <w:r>
        <w:rPr>
          <w:rFonts w:ascii="Times New Roman" w:hAnsi="Times New Roman" w:eastAsia="Times New Roman" w:cs="Times New Roman"/>
          <w:b/>
          <w:sz w:val="24"/>
        </w:rPr>
        <w:t>a</w:t>
      </w:r>
      <w:r>
        <w:rPr>
          <w:rFonts w:ascii="Times New Roman" w:hAnsi="Times New Roman" w:eastAsia="Times New Roman" w:cs="Times New Roman"/>
          <w:b w:val="0"/>
          <w:sz w:val="24"/>
        </w:rPr>
        <w:t>) approving the Bid Procedures for the Sale of the Assets, (b) establishing the date, time and place for the Sale Hearing, (c) approving the form and manner of notice of the Sale by Auction, (d) establishing the Assumption and Assignment Procedures, and (e) granting related relief; and (ii) the Sale Order (1) approving the Sale free and clear of all liens, claims, encumbrances and interests, (2) authorizing the assumption, sale, and assignment of the Assigned Contracts, and (3) granting related relief.</w:t>
      </w:r>
    </w:p>
    <w:p>
      <w:pPr>
        <w:keepNext w:val="0"/>
        <w:spacing w:before="120" w:after="0" w:line="260" w:lineRule="exact"/>
        <w:ind w:left="72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the Sale is Warranted Under Section 363 of the Bankruptcy Code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Pursuant to Bankruptcy Rule 6004, sales not in the ordinary course of business may be by private sale or by public auction. The Debtors have determined that the Sale of the Assets by public auction will maximize the amount that the Debtors, their estates and their creditors may realize for the value of the Assets. The Stalking Horse Agreement is the product of extended good faith, arm's length negotiations between the Debtors and the Stalking Horse Bidder and, subject to the Debtors' receipt of any higher or otherwise better bids at the Auction,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recovery for the Debtors' creditors.</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363(b) of the Bankruptcy Code provides, in relevant part, that "[t]he trustee, after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may use, sell, or lease, other than in the ordinary course of business, property of the estate." 11 U.S.C. § 363(b)(1). Moreover,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that "[t]he court may issue any order, process, or judgment that is necessary or appropriate to carry out the provisions of [the Bankruptcy Code]." 11 U.S.C. § 105(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Courts regularly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assets under Section 363(b) where the debtor has shown that its decision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its sound business judgment. See In re Abbotts Dairies of Pa., Inc., 788 F.2d 143, 147-49 (3d Cir. 1986); Dai-Ichi Kangyo Bank Ltd. v. Montgomery Ward Holding Corp. (In re Montgomery Ward Holding Corp.), 242 B.R. 147, 153 (D. Del. 1999) ("In determining whether to authorize the use, sale or lease of property of the estate under [section 363(b)], courts require the debtor to show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purpose justifies such actions . . . ."); Delaware &amp; Hudson Ry. Co., 124 B.R. 169, 176 (D. Del. 1991) (sale of substantially all of debtor's assets outside of reorganization plan is appropriate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reason justifies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Comm. of Equity Sec. Holders v. Lionel Corp. (In re Lionel Corp.), 722 F.2d 1063, 1070 (2d Cir. 1983) (concluding that "there must be some articulated business justification, other than appeasement of major creditors, for using, selling or leasing property out of the ordinary course of business before the bankruptcy judge may order such disposition under section 363(b)"); Titusville Country Club v. Pennbank (In re Titusville Country Club), 128 B.R. 396, 399 (Bankr. W.D. Pa. 1991) (stating that the "sound business purpose test" is appropriate).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has determined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justification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the court must also determine that (i) the trustee has provided the interested parties with adequate and reasonable notice, (ii) the sale price is fair and reasonable, and (iii) the purchaser is proceeding in good faith. Delaware &amp; Hudson, 124 B.R. at 176.</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justification for selling the Assets. The Debtors have determined, in their reasonable business judgment,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the Assets, conducted in accordance with the Bid Procedures described above is in the best interests of the estate and is the best method to maximize recoveries to the estates. The Debtors are confident that the winning bid that emerges from this process will truly be the highest and best bid obtainable for these Assets. Thus, proceeding with the Auction and Sale as described above will maximize the value of the Assets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purpose warranting authorization of the Sale. [specific arguments].</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Accordingly, the Debtors assert that the Sale and their entry into the Stalking Horse Agreement and other ancillary documents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exercise of their business judgment and supported by the facts and circumstances of these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Bid Procedures Should be Approved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believe that the Bid Procedures are appropriate under Sections 105 and 363 of the Bankruptcy Code. Courts routinely approve bid procedures to enhance competitive bidding and to ensure the maximum value for their estates, their creditors, their stakeholders, and other parties-in-interest. See, e.g., Abbotts Dairies, 788 F.2d at 149 (noting the fairness and reasonableness of prices); Official Comm. of Subordinated Bondholders v. Integrated Res. Inc. (In re Integrated Res. Inc.), 147 B.R. 650, 659 (S.D.N.Y. 1992) (observing that bidding procedures "encourage bidding and . . . maximize the value of the debtor's assets").</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has determined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business justification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outside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the court must also determine that (i) the debtors have provided the interested parties with adequate and reasonable notice, (ii) the sale price is fair and reasonable, and (iii) the buyer is proceeding in good faith. See In re Gen. Motors Corp., 407 B.R. 463, 493-94 (Bankr. S.D.N.Y. 2009); In re Betty Owens Sch., 1997 U.S. Dist. LEXIS 5877, at *14 (S.D.N.Y. Apr. 16, 1997). As set forth above, the notice procedures proposed provide interested parties with adequate and reasonable notice. Moreover, the sale price is fair and reasonable. The Debtors are confident that the Bid Procedures will ensure that the bidding process is fair and reasonable and will yield the maximum results for the estate. The Bid Procedures provide potential bidders with sufficient notice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acquire information necessary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and informed bid. The Bid Procedures maximize the value to the estate by facilitating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bidding process in which bidders are encouraged to participate and submit competing bids. At the same time, the Bid Procedures provide the Debtors with the opportunity to consider all competing offers and to select the highest and best offer for the Assets.</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Similar procedures have been previously approved by courts in this District. See, e.g., [case orders].</w:t>
      </w:r>
    </w:p>
    <w:p>
      <w:pPr>
        <w:keepNext w:val="0"/>
        <w:spacing w:before="120" w:after="0" w:line="260" w:lineRule="exact"/>
        <w:ind w:left="1440" w:right="0" w:firstLine="0"/>
        <w:jc w:val="left"/>
      </w:pPr>
      <w:r>
        <w:rPr>
          <w:rFonts w:ascii="Times New Roman" w:hAnsi="Times New Roman" w:eastAsia="Times New Roman" w:cs="Times New Roman"/>
          <w:b w:val="0"/>
          <w:sz w:val="24"/>
        </w:rPr>
        <w:t>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Accordingly, the Debtors believe the Court should approve the Bid Procedures.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Breakup Fee and Expense Reimbursement Should be Approved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seek authority to provide the Stalking Horse Bidder with certain protections provided for in the Bid Procedures Order. To compensate the Stalking Horse Bidder for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"stalking-horse" whose bid will be subject to higher or better offers, the Debtors seek authority to pay the Breakup Fee and Expense Reimbursement in the event the Stalking Horse Bidder is not the Successful Bidder.</w:t>
      </w:r>
    </w:p>
    <w:p>
      <w:pPr>
        <w:keepNext w:val="0"/>
        <w:spacing w:before="120" w:after="0" w:line="260" w:lineRule="exact"/>
        <w:ind w:left="1440" w:right="0" w:firstLine="0"/>
        <w:jc w:val="left"/>
      </w:pPr>
      <w:r>
        <w:rPr>
          <w:rFonts w:ascii="Times New Roman" w:hAnsi="Times New Roman" w:eastAsia="Times New Roman" w:cs="Times New Roman"/>
          <w:b w:val="0"/>
          <w:sz w:val="24"/>
        </w:rPr>
        <w:t>30.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Bidding incentives encourage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purchaser to invest the requisite time, money, and effort to negotiate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and perform the necessary due diligence attendant to the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assets, despite the inherent risks and uncertainties of the Chapter 11 process. Historically, bankruptcy courts have approved bidding incentives similar to the Breakup Fee under the "business judgment rule," which proscribes judicial second-guessing of the actions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corporation's board of directors taken in good faith and in the exercise of honest judgment. See, e.g., Calpine Corp. v. O'Brien Envtl. Energy, Inc. (In re O'Brien Envtl. Energy, Inc.), 181 F.3d 527 (3d Cir. 1999); Integrated Res., 147 B.R. at 656–57 (noting that overbid procedures and breakup fee arrangements that have been negotiated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are to be reviewed according to the deferential "business judgment" standard, under which such procedures and arrangements are "presumptively valid"). The United States Court of Appeals for the Third Circuit has approved bidding incentives in the bankruptcy context. See O'Brien, 181 F.3d 527; see also Reliant Energy Channelview LP v. Kelson Channelview LLC (In re Reliant Energy Channelview LP), 594 F.3d 200, 206–08 (3d Cir. 2010). The court in </w:t>
      </w:r>
      <w:r>
        <w:rPr>
          <w:rFonts w:ascii="Times New Roman" w:hAnsi="Times New Roman" w:eastAsia="Times New Roman" w:cs="Times New Roman"/>
          <w:b w:val="0"/>
          <w:sz w:val="24"/>
        </w:rPr>
        <w:t>O'Brien</w:t>
      </w:r>
      <w:r>
        <w:rPr>
          <w:rFonts w:ascii="Times New Roman" w:hAnsi="Times New Roman" w:eastAsia="Times New Roman" w:cs="Times New Roman"/>
          <w:b w:val="0"/>
          <w:sz w:val="24"/>
        </w:rPr>
        <w:t xml:space="preserve"> held that even though bidding incentives are measured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judgment standard in non-bankruptcy transactions, the administrative expense provisions of Section 503(b) of the Bankruptcy Code govern in the bankruptcy context. Accordingly, to be approved, bidding incentives must provide some post-petition benefit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estate. See O'Brien, 188 F.3d at 533.</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submit that the Breakup Fee and Expense Reimbursement are reasonable and appropriate and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to the debtor's estate. The Stalking Horse Agreement is the product of extended good faith, arm's length negotiations between Debtors and the Stalking Horse Bidder. The Breakup Fee and Expense Reimbursement are fair and reasonable in amount, given the benefits to the estate of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and the risk to the Stalking Horse Bidder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offer ultimately may be accepted. See In re 995 Fifth Ave. Assocs., L.P., 96 B.R. 24, 28 (Bankr. S.D.N.Y. 1989) (incentives may be "legitimately necessary to convince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'white knight' to enter the bidding by providing some form of compensation for the risks it is undertaking") (citation omitted). Thus, the Breakup Fee and Expense Reimbursement are necessary to preserve and enhance the value to the Debtors' estate.</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sum, the Debtors' ability to offer the Breakup Fee and Expense Reimbursement enables the Debtors to ensure the Sale of the Assets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contractually-committed bidder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it believes to be fair while, at the same time, providing the potential of even greater benefit to the estate. Accordingly, the Breakup Fee and Expense Reimbursement should be approved.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Sale Should be Made Free and Clear of Liens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request authorization to sell the Assets free and clear of liens, interests and encumbrances. Section 363(f) of the Bankruptcy Code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 Chapter 11 to sell assets of the estate free and clear of all liens, claims and interests pursuant to the terms of the order that is entered by the bankruptcy court approving the sale. In order for the bankruptcy court to enter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with respect to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or other interest, Section 363(f) requires that either: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Applicable non-bankruptcy law permits the sale of such property free and clear of such interest,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holder of the interest consents,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interest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and the price at which such property is to be sold is greater than the aggregate value of all liens on such property,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interest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dispute,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holder of such interest could be compelled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satisfaction of such interest.</w:t>
      </w:r>
    </w:p>
    <w:p>
      <w:pPr>
        <w:keepNext w:val="0"/>
        <w:spacing w:before="200" w:after="0" w:line="260" w:lineRule="exact"/>
        <w:ind w:left="1800" w:right="0" w:firstLine="0"/>
        <w:jc w:val="both"/>
      </w:pPr>
      <w:r>
        <w:rPr>
          <w:rFonts w:ascii="Times New Roman" w:hAnsi="Times New Roman" w:eastAsia="Times New Roman" w:cs="Times New Roman"/>
          <w:b w:val="0"/>
          <w:sz w:val="24"/>
        </w:rPr>
        <w:t>11 U.S.C. § 363(f). Because Section 363(f) of the Bankruptcy Code is drafted in the disjunctive, satisfaction of any one of its five requirements will suffice as justification to approve the Sale of the Assets free and clear of liens and other interests. See 11 U.S.C. § 363(f); see Citicorp Homeowners Serv., Inc. v. Elliot (In re Elliot), 94 B.R. 343, 345 (Bankr. E.D. Pa. 1988).</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Applicable case law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assets free and clear of liens, interests and encumbrances, with such liens, interests and encumbrances attaching to the net proceeds of the sale, is permissible under Section 363(f). See, e.g., In re Goffena, 175 B.R. 386, 387 (Bankr. D. Mont. 1994); In re Granite Lumber Co., 63 B.R. 466, 471 (Bankr. D. Mont. 1986) ("the real and personal property of the Debtor's estate was sold by the Trustee pursuant to Section 363(f) of the Code, free and clear of liens, with valid liens to attach to the proceeds of sale."); see also, e.g., Folger Adam Security, Inc. v. DeMatteis/MacGregor, J.V., 209 F.3d 252, 259 (3d Cir. 2000) ("[T]he holdings of the courts suggest that any interest in property that can be reduced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money satisfaction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purposes of § 363(f) and, therefore, attaches to the proceeds of the sale.").</w:t>
      </w:r>
    </w:p>
    <w:p>
      <w:pPr>
        <w:keepNext w:val="0"/>
        <w:spacing w:before="120" w:after="0" w:line="260" w:lineRule="exact"/>
        <w:ind w:left="1440" w:right="0" w:firstLine="0"/>
        <w:jc w:val="left"/>
      </w:pPr>
      <w:r>
        <w:rPr>
          <w:rFonts w:ascii="Times New Roman" w:hAnsi="Times New Roman" w:eastAsia="Times New Roman" w:cs="Times New Roman"/>
          <w:b w:val="0"/>
          <w:sz w:val="24"/>
        </w:rPr>
        <w:t>35.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are confident that their [defined term for prepetition lenders] will consent to the sale thereby satisfying Section 363(f)(2). In the event they do not or there exist other possible lien 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free and clear can proceed pursuant to Section 363(f)(5) of the Bankruptcy Code because [defined term for prepetition lenders] and any other lienholder will be paid from the proceeds of the Sale and, therefore, can be compelled to accept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satisfaction of their claims.</w:t>
      </w:r>
    </w:p>
    <w:p>
      <w:pPr>
        <w:keepNext w:val="0"/>
        <w:spacing w:before="120" w:after="0" w:line="260" w:lineRule="exact"/>
        <w:ind w:left="1440" w:right="0" w:firstLine="0"/>
        <w:jc w:val="left"/>
      </w:pPr>
      <w:r>
        <w:rPr>
          <w:rFonts w:ascii="Times New Roman" w:hAnsi="Times New Roman" w:eastAsia="Times New Roman" w:cs="Times New Roman"/>
          <w:b w:val="0"/>
          <w:sz w:val="24"/>
        </w:rPr>
        <w:t>36.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Accordingly, Section 363(f) authorizes the transfer and conveyance of the Assets free and clear any such liens, claims, interests, encumbrances, or liabilities.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Purchaser Should be Entitled to the Protections of Section 363(m)</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363(m) of the Bankruptcy Code protects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purchaser's interest in the assets purchased from the estate even if the sale is later reversed or modified on appeal. Specifically, Section 363(m) states: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reversal or modification on appeal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authorization under [Section 363(b)] … does not affect the validity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that purchased … such property in good faith, whether or not such entity knew of the pendency of the appeal, unless such authorization and such sale … were stayed pending appeal.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11 U.S.C. § 363(m). While the Bankruptcy Code does not define "good faith," courts have adopted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traditional equitable definition. Courts have held that "'[t]he requirement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act in good faith . . . speaks to the integrity of his conduct in the course of the sale proceedings. Typically, the misconduct that would destroy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purchaser's good faith status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sale involves fraud, collusion between the purchaser and other bidders or the trustee,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attempt to take grossly unfair advantage of other bidders.'" Abbotts Dairies, 788 F.2d at 147 (citing In re Rock Indus. Mach. Corp., 572 F.2d 1195, 1198 (7th Cir. 1978)).</w:t>
      </w:r>
    </w:p>
    <w:p>
      <w:pPr>
        <w:keepNext w:val="0"/>
        <w:spacing w:before="120" w:after="0" w:line="260" w:lineRule="exact"/>
        <w:ind w:left="1440" w:right="0" w:firstLine="0"/>
        <w:jc w:val="left"/>
      </w:pPr>
      <w:r>
        <w:rPr>
          <w:rFonts w:ascii="Times New Roman" w:hAnsi="Times New Roman" w:eastAsia="Times New Roman" w:cs="Times New Roman"/>
          <w:b w:val="0"/>
          <w:sz w:val="24"/>
        </w:rPr>
        <w:t>38.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mentioned, the Stalking Horse Agreement is the product of extended good faith, arm's length negotiations between Debtors and the Stalking Horse Bidder. The Debtors, therefore, request that the Court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that, upon the closing of the Sale, the Successful Bidder will have purchased the Assets in good faith within the meaning of Section 363(m) of the Bankruptcy Code.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Assumption and Assignment Procedures Should be Approved</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seek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Sections 105(</w:t>
      </w:r>
      <w:r>
        <w:rPr>
          <w:rFonts w:ascii="Times New Roman" w:hAnsi="Times New Roman" w:eastAsia="Times New Roman" w:cs="Times New Roman"/>
          <w:b/>
          <w:sz w:val="24"/>
        </w:rPr>
        <w:t>a</w:t>
      </w:r>
      <w:r>
        <w:rPr>
          <w:rFonts w:ascii="Times New Roman" w:hAnsi="Times New Roman" w:eastAsia="Times New Roman" w:cs="Times New Roman"/>
          <w:b w:val="0"/>
          <w:sz w:val="24"/>
        </w:rPr>
        <w:t>) and 365 of the Bankruptcy Code and Bankruptcy Rules 6006, and 9014 (i) authorizing the Debtors to assume and assign the Assigned Contracts and (ii) approving the procedures for the assumption and assignment of the Assigned Contracts.</w:t>
      </w:r>
    </w:p>
    <w:p>
      <w:pPr>
        <w:keepNext w:val="0"/>
        <w:spacing w:before="120" w:after="0" w:line="260" w:lineRule="exact"/>
        <w:ind w:left="1440" w:right="0" w:firstLine="0"/>
        <w:jc w:val="left"/>
      </w:pPr>
      <w:r>
        <w:rPr>
          <w:rFonts w:ascii="Times New Roman" w:hAnsi="Times New Roman" w:eastAsia="Times New Roman" w:cs="Times New Roman"/>
          <w:b w:val="0"/>
          <w:sz w:val="24"/>
        </w:rPr>
        <w:t>40.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Section 365 provides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Chapter 11 debtor, subject to bankruptcy court approval, may assume or reject executory contracts at any time prior to plan confirmation. 11 U.S.C. § 365(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(d)(2). The standard governing bankruptcy court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decision to assume or reject executory contracts is whether the debtor's reasonable business judgment supports assumption or rejection. See, e.g., In re HQ Glob. Holdings, Inc., 290 B.R. 507, 511 (Bankr. D. Del. 2003) (debtor's decision to assume or reject executory contract is governed by business judgment standard and can only be overturned if the decision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product of bad faith, whim, or caprice); In re Market Square Inn, Inc., 978 F.2d 116, 121 (3d Cir. 1992) (assumption or rejection of lease "will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business judgment by the bankruptcy court" (citation omitted)); Sharon Steel Corp. v. Nat'l Fuel Gas Distrib. Corp., 872 F.2d 36, 39- 40 (3d Cir. 1989) (same). If the debtor's business judgment has been reasonably exercised,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should approve the assumption or rejection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unexpired lease or executory contract. See Grp. of Inst. Investors v. Chi. M. St. P. &amp; P.R.R. Co., 318 U.S. 523 (1943); Sharon Steel, 872 F.2d at 39–40. The business judgment test "requires only that the trustee [or debtor in possession] demonstrate that [assumption or] rejection of the contract will benefit the estate." Wheeling-Pittsburgh Steel Corp. v. West Penn Power Co., (In re Wheeling-Pittsburgh Steel Corp.), 72 B.R. 845, 846 (Bankr. W.D. Pa. 1987) (quoting In re Stable Mews Assocs., 41 B.R. 594, 596 (Bankr. S.D.N.Y 1984)). Any more exacting scrutiny would slow the administration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estate, increase costs, interfere with the Bankruptcy Code's provision for private control of the administration of the estate, and threaten the court's ability to control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impartially. See Richmond Leasing Co. v. Capital Bank, 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762 F.2d 1303, 1311 (5th Cir. 1985) (citation omitted). In addition,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 to assume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it must "cure, or provide adequate assurance that the debtor will promptly cure," any default, including compensation for any "actual pecuniary loss" relating to such default. 11 U.S.C. § 365(b)(1)(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is assumed, Section 365(f) allows the debtor to assign such contract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if the debtor also provides adequate assurance of future performance by the proposed assignee. See L.R.S.C. Co. v. Rickel Home Ctrs., Inc. (In re Rickel Home Ctr., Inc.), 209 F.3d 291, 299 (3d Cir. 2000) (indicating that "[t]he Code generally favors free assignability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means to maximize the value of the debtor's estate"); Leonard v. General Motors Corp. (In re Headquarters Dodge, Inc.), 13 F.3d 674, 682 (3d Cir. 1994) (noting that the purpose of Bankruptcy Code section 365(f) is to assist the trustee in realizing the full value of the debtor's assets).</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meaning of "adequate assurance of future performance" depends on the facts and circumstances of each case, and should be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practical, pragmatic construction." In re DBSI, Inc., 405 B.R. 698, 708 (Bankr. D. Del. 2009); EBG Midtown S. Corp. v. McLaren/Hart Envtl. Eng'g Corp. (In re Sanshoe Worldwide Corp.), 139 B.R. 585, 592 (S.D.N.Y. 1992); In re Decora Indus., 2002 U.S. Dist. LEXIS 27031, at * 23 (D. Del. 2002) (stating that "adequate assurance falls short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absolute guaranty of payment" (citation omitted)); Carlisle Homes, Inc. v. Azzari (In re Carlisle Homes, Inc.), 103 B.R. 524, 538 (Bankr. D.N.J. 1988).</w:t>
      </w:r>
    </w:p>
    <w:p>
      <w:pPr>
        <w:keepNext w:val="0"/>
        <w:spacing w:before="120" w:after="0" w:line="260" w:lineRule="exact"/>
        <w:ind w:left="1440" w:right="0" w:firstLine="0"/>
        <w:jc w:val="left"/>
      </w:pPr>
      <w:r>
        <w:rPr>
          <w:rFonts w:ascii="Times New Roman" w:hAnsi="Times New Roman" w:eastAsia="Times New Roman" w:cs="Times New Roman"/>
          <w:b w:val="0"/>
          <w:sz w:val="24"/>
        </w:rPr>
        <w:t>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assumption and assignment of the Assigned Contracts are essential to the Stalking Horse Agreement and to inducing other offers for the Assets. Therefore, the assumption of the Assigned Contracts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sound exercise of the Debtors' business judgment. At the Sale Hearing, to the extent necessary, the Debtors will be prepared to proffer testimony or present evidence to demonstrate the ability of the Successful Bidder to perform under the Assigned Contracts. Pursuant to the Assumption and Assignment Procedures, parties to contracts and leases to be assumed and assigned will be afforded ample opportunity to object to the adequate assurance of future performance under the contracts to be assumed and assigned. Accordingly, the Court should therefore authorize the Debtors to assume and assign the Assigned Contracts as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further request that the Assigned Contracts be assigned to the Successful Bidder notwithstanding any provisions in such contracts or leases, including those described in Sections 365(f)(1) and (f)(3) of the Bankruptcy Code that prohibit such assignment. Section 365(f)(1) allows the debtor to assign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lease notwithstanding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the contract or lease or law prohibiting, restricting, or conditioning the assignment. Section 365(f)(3) also provides that any provision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that serves to terminate or modify such contract or lease based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is unenforceable. Sections 365(f)(1) and (3) facilitate the free assignability of executory contracts and leases for the purposes of enhancing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debtor's estate. Rickel Home, 209 F.3d at 299.</w:t>
      </w:r>
    </w:p>
    <w:p>
      <w:pPr>
        <w:keepNext w:val="0"/>
        <w:spacing w:before="120" w:after="0" w:line="260" w:lineRule="exact"/>
        <w:ind w:left="1440" w:right="0" w:firstLine="0"/>
        <w:jc w:val="left"/>
      </w:pPr>
      <w:r>
        <w:rPr>
          <w:rFonts w:ascii="Times New Roman" w:hAnsi="Times New Roman" w:eastAsia="Times New Roman" w:cs="Times New Roman"/>
          <w:b w:val="0"/>
          <w:sz w:val="24"/>
        </w:rPr>
        <w:t>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the Debtors also request approval of the Assumption and Assignment Procedures described above. The Assumption and Assignment Procedures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and fair process for Contract Counterparties to assert Cure Amounts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for resolving any disputes. As set forth above, the Debtors will give notice to all Contract Counterparties to the potentially Assigned Contracts substantially in the form attached hereto as Exhibit F. This Assumption and Assignment Notice will include the amounts the Debtors believe are necessary to cure any defaults in accordance with Section 365(b) of the Bankruptcy Code. Accordingly, the Debtors submit that the Assumption and Assignment Procedures for effectuating the assumption and assignment of the Assigned Contracts as set forth herein are appropriate and should be approved. Finally, pursuant to Section 365(k), the Debtors request that they be relieved from any further liability with respect to the Assigned Contracts after assumption and assignment to the Successful Bidder. See 11 U.S.C. § 365(k).</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Bankruptcy Rule 6004(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provides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sale of property of the estate, other than in the ordinary course of business, shall be given to all known creditors and parties-in-interest pursuant to Bankruptcy Rule 2002(</w:t>
      </w:r>
      <w:r>
        <w:rPr>
          <w:rFonts w:ascii="Times New Roman" w:hAnsi="Times New Roman" w:eastAsia="Times New Roman" w:cs="Times New Roman"/>
          <w:b/>
          <w:sz w:val="24"/>
        </w:rPr>
        <w:t>a</w:t>
      </w:r>
      <w:r>
        <w:rPr>
          <w:rFonts w:ascii="Times New Roman" w:hAnsi="Times New Roman" w:eastAsia="Times New Roman" w:cs="Times New Roman"/>
          <w:b w:val="0"/>
          <w:sz w:val="24"/>
        </w:rPr>
        <w:t>)(2), (c)(1), (i) and (k).</w:t>
      </w:r>
    </w:p>
    <w:p>
      <w:pPr>
        <w:keepNext w:val="0"/>
        <w:spacing w:before="120" w:after="0" w:line="260" w:lineRule="exact"/>
        <w:ind w:left="1440" w:right="0" w:firstLine="0"/>
        <w:jc w:val="left"/>
      </w:pPr>
      <w:r>
        <w:rPr>
          <w:rFonts w:ascii="Times New Roman" w:hAnsi="Times New Roman" w:eastAsia="Times New Roman" w:cs="Times New Roman"/>
          <w:b w:val="0"/>
          <w:sz w:val="24"/>
        </w:rPr>
        <w:t>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Under Bankruptcy Rule 2002(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 the Debtors are required to notify creditors of the proposed Sale of the Assets,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disclosure of the time and place of the Auction, the terms and conditions of the Sale, and the deadline for filing any objections. The Debtors submit that the notice procedures herein comply fully with Bankruptcy Rule 2002 and are reasonably calculated to provide timely and adequate notice of the Sale to the Debtors' creditors and other parties-in-interest, as well as to those parties who have expressed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may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bidding on the Assets.</w:t>
      </w:r>
    </w:p>
    <w:p>
      <w:pPr>
        <w:keepNext w:val="0"/>
        <w:spacing w:before="120" w:after="0" w:line="260" w:lineRule="exact"/>
        <w:ind w:left="1440" w:right="0" w:firstLine="0"/>
        <w:jc w:val="left"/>
      </w:pPr>
      <w:r>
        <w:rPr>
          <w:rFonts w:ascii="Times New Roman" w:hAnsi="Times New Roman" w:eastAsia="Times New Roman" w:cs="Times New Roman"/>
          <w:b w:val="0"/>
          <w:sz w:val="24"/>
        </w:rPr>
        <w:t>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respectfully request, therefore, that this Court approve the form of the Notice of Auction and Sale and the notice procedures proposed above.</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Under Bankruptcy Rules 6004(h) and 6006(d) is Appropriate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Debtors further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stay of the effectiveness of the order approving this Motion. Pursuant to Bankruptcy Rule 6004(h), "[</w:t>
      </w:r>
      <w:r>
        <w:rPr>
          <w:rFonts w:ascii="Times New Roman" w:hAnsi="Times New Roman" w:eastAsia="Times New Roman" w:cs="Times New Roman"/>
          <w:b/>
          <w:sz w:val="24"/>
        </w:rPr>
        <w:t>a</w:t>
      </w:r>
      <w:r>
        <w:rPr>
          <w:rFonts w:ascii="Times New Roman" w:hAnsi="Times New Roman" w:eastAsia="Times New Roman" w:cs="Times New Roman"/>
          <w:b w:val="0"/>
          <w:sz w:val="24"/>
        </w:rPr>
        <w:t>]n order authorizing the use, sale, or lease of property other than cash collateral is stayed until the expiration of fourteen (14) days after entry of the order, unless the court orders otherwise." Similarly, pursuant to Bankruptcy Rule 6006(d),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 order authorizing the trustee to assign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executory contract or unexpired lease under §365(f) is stayed until the expiration of 14 days after the entry of the order, unless the court orders otherwise." As set forth above, the relief the Debtors seek in this Motion is needed for the Debtors to operate their businesses without interruption and to preserve value for their estates. It is in the best interests of the Debtors' estate to facilitate the sale transaction closing, thereby expediting the flow of related sale proceeds into the estate. Accordingly, the Debtors submit that ample cause exists to justify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14 day stay imposed by Bankruptcy Rules 6004(h) and 6006(d), to the extent it applies.</w:t>
      </w:r>
    </w:p>
    <w:p>
      <w:pPr>
        <w:keepNext w:val="0"/>
        <w:spacing w:before="120" w:after="0" w:line="260" w:lineRule="exact"/>
        <w:ind w:left="720" w:right="0" w:firstLine="0"/>
        <w:jc w:val="left"/>
      </w:pP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Debtors have provided notice of this Motion by facsimile and, where practicable, email and/or overnight mail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U.S. Trustee, (b) [prepetition lenders], (c) creditors' committee, (d) counsel to the Stalking Horse Bidder, (e) the Internal Revenue Service, (f) [the Securities and Exchange Commission], (g) the parties included on the Debtors' consolidated list of their 20 largest unsecured creditors, (h) the United States Attorney of the District of Delaware, (i) any parties known or reasonably believed to have expressed interest in the Assets or any portion thereof [within period of time], (j) all entities known or reasonably believed to have asserted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encumbrance, claim, or other interest in the Assets, and (k) all parties entitled to notice pursuant to Local Rule 2002-1.]</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includes citations to the applicable rules and statutory authorities upon which the relief requested herein is predicated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discussion of their application to this Motion.</w:t>
      </w:r>
    </w:p>
    <w:p>
      <w:pPr>
        <w:keepNext w:val="0"/>
        <w:spacing w:before="120" w:after="0" w:line="260" w:lineRule="exact"/>
        <w:ind w:left="72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the entry of orders, substantially in the forms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Exhibit B, granting the relief requested herein and such other and further relief as the Court deems appropriate.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