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BEACH RESTORATION COMMISSION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________________________________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Bob Zask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Sheri Yamamoto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1/30/2021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1300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Joslyn Community Center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Address: </w:t>
      </w:r>
      <w:r>
        <w:rPr>
          <w:rFonts w:ascii="Times New Roman" w:hAnsi="Times New Roman" w:eastAsia="Times New Roman" w:cs="Times New Roman"/>
          <w:sz w:val="24"/>
        </w:rPr>
        <w:t>1601 N Valley Dr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Manhattan Beach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CA </w:t>
      </w:r>
      <w:r>
        <w:rPr>
          <w:rFonts w:ascii="Times New Roman" w:hAnsi="Times New Roman" w:eastAsia="Times New Roman" w:cs="Times New Roman"/>
          <w:sz w:val="24"/>
        </w:rPr>
        <w:t xml:space="preserve">Zip: </w:t>
      </w:r>
      <w:r>
        <w:rPr>
          <w:rFonts w:ascii="Times New Roman" w:hAnsi="Times New Roman" w:eastAsia="Times New Roman" w:cs="Times New Roman"/>
          <w:sz w:val="24"/>
        </w:rPr>
        <w:t>90254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PRESENT: Marissa Villaseñor, Laura Paine, Matthew Ortega, Allison Peterson, Paul Ross</w:t>
      </w:r>
    </w:p>
    <w:p>
      <w:pPr/>
      <w:r>
        <w:rPr>
          <w:rFonts w:ascii="Times New Roman" w:hAnsi="Times New Roman" w:eastAsia="Times New Roman" w:cs="Times New Roman"/>
          <w:sz w:val="24"/>
        </w:rPr>
        <w:t>ABSENT: Marie Mikkelson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Previous Meeting Minutes – Bob Zask – 1307</w:t>
      </w:r>
    </w:p>
    <w:p>
      <w:pPr/>
      <w:r>
        <w:rPr>
          <w:rFonts w:ascii="Times New Roman" w:hAnsi="Times New Roman" w:eastAsia="Times New Roman" w:cs="Times New Roman"/>
          <w:sz w:val="24"/>
        </w:rPr>
        <w:t>All attendees unanimously approved previous meeting minutes.</w:t>
      </w:r>
    </w:p>
    <w:p>
      <w:pPr/>
      <w:r>
        <w:rPr>
          <w:rFonts w:ascii="Times New Roman" w:hAnsi="Times New Roman" w:eastAsia="Times New Roman" w:cs="Times New Roman"/>
          <w:sz w:val="24"/>
        </w:rPr>
        <w:t>Approval of Current Agenda – Bob Zask – 1309</w:t>
      </w:r>
    </w:p>
    <w:p>
      <w:pPr/>
      <w:r>
        <w:rPr>
          <w:rFonts w:ascii="Times New Roman" w:hAnsi="Times New Roman" w:eastAsia="Times New Roman" w:cs="Times New Roman"/>
          <w:sz w:val="24"/>
        </w:rPr>
        <w:t>Attendees were given copies of the current agenda and unanimously approved.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Trash Tabulations – Speaker – Marissa Villaseñor – 1313: Updated beach trash categorizations have been published to the data sheet and are now publicly available on the website.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Beach Clean-Up – Speaker – Laura Paine – 1321: Public beach clean-up scheduled for this Saturday. Attendees have been notified of proper protective protocol, and buckets will be provided. Laura and Allison will arrive at 0630 for set-up and an 0700 start. To last 90 minutes.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Donation – Speaker – Paul Ross – 1335: Received a donation of 20 buckets from Lowe’s.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Meeting Ends – Speaker – Bob Zask: Meeting is adjourned at 1341.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Minutes submitted by: ______________________ Print Name: </w:t>
      </w:r>
      <w:r>
        <w:rPr>
          <w:rFonts w:ascii="Times New Roman" w:hAnsi="Times New Roman" w:eastAsia="Times New Roman" w:cs="Times New Roman"/>
          <w:sz w:val="24"/>
        </w:rPr>
        <w:t>Sheri Yamamoto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______________________ Print Name: </w:t>
      </w:r>
      <w:r>
        <w:rPr>
          <w:rFonts w:ascii="Times New Roman" w:hAnsi="Times New Roman" w:eastAsia="Times New Roman" w:cs="Times New Roman"/>
          <w:sz w:val="24"/>
        </w:rPr>
        <w:t>Bob Zask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