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65" w:after="0" w:line="240" w:lineRule="auto"/>
      </w:pPr>
      <w:r>
        <w:rPr>
          <w:rFonts w:ascii="Times New Roman" w:hAnsi="Times New Roman" w:eastAsia="Times New Roman" w:cs="Times New Roman"/>
          <w:sz w:val="24"/>
        </w:rPr>
        <w:t xml:space="preserve">SAMPLE </w:t>
      </w:r>
      <w:r>
        <w:rPr>
          <w:rFonts w:ascii="Times New Roman" w:hAnsi="Times New Roman" w:eastAsia="Times New Roman" w:cs="Times New Roman"/>
          <w:sz w:val="24"/>
        </w:rPr>
        <w:t xml:space="preserve">ACTION ITEMS MEETING MINUTES FOR </w:t>
      </w:r>
      <w:r>
        <w:rPr>
          <w:rFonts w:ascii="Times New Roman" w:hAnsi="Times New Roman" w:eastAsia="Times New Roman" w:cs="Times New Roman"/>
          <w:sz w:val="24"/>
        </w:rPr>
        <w:t>JONES CONSULTANTS, INC.</w:t>
      </w:r>
    </w:p>
    <w:p>
      <w:pPr>
        <w:spacing w:before="5" w:after="0"/>
      </w:pPr>
    </w:p>
    <w:p>
      <w:pPr>
        <w:spacing w:before="92" w:after="0"/>
      </w:pPr>
      <w:r>
        <w:rPr>
          <w:rFonts w:ascii="Times New Roman" w:hAnsi="Times New Roman" w:eastAsia="Times New Roman" w:cs="Times New Roman"/>
          <w:sz w:val="24"/>
        </w:rPr>
        <w:t>MEETING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DETAILS</w:t>
      </w:r>
    </w:p>
    <w:p>
      <w:pPr>
        <w:spacing w:before="3" w:after="0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Chairperson: </w:t>
      </w:r>
      <w:r>
        <w:rPr>
          <w:rFonts w:ascii="Times New Roman" w:hAnsi="Times New Roman" w:eastAsia="Times New Roman" w:cs="Times New Roman"/>
          <w:sz w:val="24"/>
        </w:rPr>
        <w:t xml:space="preserve">Caroline Vogel (Project Manager) </w:t>
      </w:r>
      <w:r>
        <w:rPr>
          <w:rFonts w:ascii="Times New Roman" w:hAnsi="Times New Roman" w:eastAsia="Times New Roman" w:cs="Times New Roman"/>
          <w:sz w:val="24"/>
        </w:rPr>
        <w:t xml:space="preserve">Secretary: </w:t>
      </w:r>
      <w:r>
        <w:rPr>
          <w:rFonts w:ascii="Times New Roman" w:hAnsi="Times New Roman" w:eastAsia="Times New Roman" w:cs="Times New Roman"/>
          <w:sz w:val="24"/>
        </w:rPr>
        <w:t>Andrew Cruz</w:t>
      </w:r>
    </w:p>
    <w:p>
      <w:pPr>
        <w:spacing w:before="9" w:after="0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February 9, 2021</w:t>
      </w:r>
    </w:p>
    <w:p>
      <w:pPr>
        <w:spacing w:before="4" w:after="0"/>
      </w:pPr>
      <w:r>
        <w:rPr>
          <w:rFonts w:ascii="Times New Roman" w:hAnsi="Times New Roman" w:eastAsia="Times New Roman" w:cs="Times New Roman"/>
          <w:sz w:val="24"/>
        </w:rPr>
        <w:t xml:space="preserve">Time: </w:t>
      </w:r>
      <w:r>
        <w:rPr>
          <w:rFonts w:ascii="Times New Roman" w:hAnsi="Times New Roman" w:eastAsia="Times New Roman" w:cs="Times New Roman"/>
          <w:sz w:val="24"/>
        </w:rPr>
        <w:t>11:00 am</w:t>
      </w:r>
    </w:p>
    <w:p>
      <w:pPr>
        <w:spacing w:before="10" w:after="0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Location: </w:t>
      </w:r>
      <w:r>
        <w:rPr>
          <w:rFonts w:ascii="Times New Roman" w:hAnsi="Times New Roman" w:eastAsia="Times New Roman" w:cs="Times New Roman"/>
          <w:sz w:val="24"/>
        </w:rPr>
        <w:t xml:space="preserve">Jones Consultants’ Headquarters </w:t>
      </w:r>
      <w:r>
        <w:rPr>
          <w:rFonts w:ascii="Times New Roman" w:hAnsi="Times New Roman" w:eastAsia="Times New Roman" w:cs="Times New Roman"/>
          <w:sz w:val="24"/>
        </w:rPr>
        <w:t xml:space="preserve">Street Address: </w:t>
      </w:r>
      <w:r>
        <w:rPr>
          <w:rFonts w:ascii="Times New Roman" w:hAnsi="Times New Roman" w:eastAsia="Times New Roman" w:cs="Times New Roman"/>
          <w:sz w:val="24"/>
        </w:rPr>
        <w:t>1234 Main St.</w:t>
      </w:r>
    </w:p>
    <w:p>
      <w:pPr>
        <w:spacing w:line="240" w:lineRule="auto"/>
      </w:pPr>
      <w:r>
        <w:rPr>
          <w:rFonts w:ascii="Times New Roman" w:hAnsi="Times New Roman" w:eastAsia="Times New Roman" w:cs="Times New Roman"/>
          <w:sz w:val="24"/>
        </w:rPr>
        <w:t xml:space="preserve">City: </w:t>
      </w:r>
      <w:r>
        <w:rPr>
          <w:rFonts w:ascii="Times New Roman" w:hAnsi="Times New Roman" w:eastAsia="Times New Roman" w:cs="Times New Roman"/>
          <w:sz w:val="24"/>
        </w:rPr>
        <w:t xml:space="preserve">Los Angeles </w:t>
      </w:r>
      <w:r>
        <w:rPr>
          <w:rFonts w:ascii="Times New Roman" w:hAnsi="Times New Roman" w:eastAsia="Times New Roman" w:cs="Times New Roman"/>
          <w:sz w:val="24"/>
        </w:rPr>
        <w:t xml:space="preserve">State: </w:t>
      </w:r>
      <w:r>
        <w:rPr>
          <w:rFonts w:ascii="Times New Roman" w:hAnsi="Times New Roman" w:eastAsia="Times New Roman" w:cs="Times New Roman"/>
          <w:sz w:val="24"/>
        </w:rPr>
        <w:t xml:space="preserve">CA </w:t>
      </w:r>
      <w:r>
        <w:rPr>
          <w:rFonts w:ascii="Times New Roman" w:hAnsi="Times New Roman" w:eastAsia="Times New Roman" w:cs="Times New Roman"/>
          <w:sz w:val="24"/>
        </w:rPr>
        <w:t>Zip: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91111</w:t>
      </w:r>
    </w:p>
    <w:p>
      <w:pPr>
        <w:spacing w:before="6" w:after="0"/>
      </w:pPr>
    </w:p>
    <w:p>
      <w:pPr>
        <w:spacing w:before="1" w:after="0"/>
        <w:ind w:hanging="261"/>
      </w:pPr>
      <w:r>
        <w:rPr>
          <w:rFonts w:ascii="Times New Roman" w:hAnsi="Times New Roman" w:eastAsia="Times New Roman" w:cs="Times New Roman"/>
          <w:sz w:val="24"/>
        </w:rPr>
        <w:t>ATTENDEES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spacing w:before="1" w:after="0"/>
      </w:pPr>
    </w:p>
    <w:p>
      <w:pPr>
        <w:spacing w:before="1" w:after="0"/>
      </w:pPr>
      <w:r>
        <w:rPr>
          <w:rFonts w:ascii="Times New Roman" w:hAnsi="Times New Roman" w:eastAsia="Times New Roman" w:cs="Times New Roman"/>
          <w:sz w:val="24"/>
        </w:rPr>
        <w:t>Caroline Vogel (Project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Manager)</w:t>
      </w:r>
    </w:p>
    <w:p>
      <w:pPr>
        <w:spacing w:before="19" w:after="0"/>
      </w:pPr>
      <w:r>
        <w:rPr>
          <w:rFonts w:ascii="Times New Roman" w:hAnsi="Times New Roman" w:eastAsia="Times New Roman" w:cs="Times New Roman"/>
          <w:sz w:val="24"/>
        </w:rPr>
        <w:t>Andrew Cruz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(Secretary)</w:t>
      </w:r>
    </w:p>
    <w:p>
      <w:pPr>
        <w:spacing w:before="14" w:after="0"/>
      </w:pPr>
      <w:r>
        <w:rPr>
          <w:rFonts w:ascii="Times New Roman" w:hAnsi="Times New Roman" w:eastAsia="Times New Roman" w:cs="Times New Roman"/>
          <w:sz w:val="24"/>
        </w:rPr>
        <w:t>Amanda Sanders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(Designer)</w:t>
      </w:r>
    </w:p>
    <w:p>
      <w:pPr>
        <w:spacing w:before="19" w:after="0"/>
      </w:pPr>
      <w:r>
        <w:rPr>
          <w:rFonts w:ascii="Times New Roman" w:hAnsi="Times New Roman" w:eastAsia="Times New Roman" w:cs="Times New Roman"/>
          <w:sz w:val="24"/>
        </w:rPr>
        <w:t>Eva Montell (Project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Coordinator)</w:t>
      </w:r>
    </w:p>
    <w:p>
      <w:pPr>
        <w:spacing w:before="9" w:after="0"/>
      </w:pPr>
    </w:p>
    <w:p>
      <w:pPr>
        <w:spacing w:before="1" w:after="0"/>
        <w:ind w:hanging="331"/>
      </w:pPr>
      <w:r>
        <w:rPr>
          <w:rFonts w:ascii="Times New Roman" w:hAnsi="Times New Roman" w:eastAsia="Times New Roman" w:cs="Times New Roman"/>
          <w:sz w:val="24"/>
        </w:rPr>
        <w:t>ABSENCES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spacing w:before="6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Trevor Marcille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(Legal)</w:t>
      </w:r>
    </w:p>
    <w:p>
      <w:pPr>
        <w:spacing w:before="10" w:after="0"/>
      </w:pPr>
    </w:p>
    <w:p>
      <w:pPr>
        <w:ind w:hanging="356"/>
      </w:pPr>
      <w:r>
        <w:rPr>
          <w:rFonts w:ascii="Times New Roman" w:hAnsi="Times New Roman" w:eastAsia="Times New Roman" w:cs="Times New Roman"/>
          <w:sz w:val="24"/>
        </w:rPr>
        <w:t>CALL 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ORDER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spacing w:before="3" w:after="0"/>
      </w:pPr>
    </w:p>
    <w:p>
      <w:pPr>
        <w:spacing w:line="275" w:lineRule="exact"/>
      </w:pPr>
      <w:r>
        <w:rPr>
          <w:rFonts w:ascii="Times New Roman" w:hAnsi="Times New Roman" w:eastAsia="Times New Roman" w:cs="Times New Roman"/>
          <w:b/>
          <w:sz w:val="24"/>
        </w:rPr>
        <w:t xml:space="preserve">Previous Meeting Minutes </w:t>
      </w:r>
      <w:r>
        <w:rPr>
          <w:rFonts w:ascii="Times New Roman" w:hAnsi="Times New Roman" w:eastAsia="Times New Roman" w:cs="Times New Roman"/>
          <w:sz w:val="24"/>
        </w:rPr>
        <w:t>– Speaker Caroline Vogel – 11:01 am</w:t>
      </w:r>
    </w:p>
    <w:p>
      <w:pPr/>
      <w:r>
        <w:rPr>
          <w:rFonts w:ascii="Times New Roman" w:hAnsi="Times New Roman" w:eastAsia="Times New Roman" w:cs="Times New Roman"/>
          <w:sz w:val="24"/>
        </w:rPr>
        <w:t>The Chairperson called the meeting to order to approve the minutes from the February 8, 2021 meeting. Meeting attendees voted unanimously to approve the minutes.</w:t>
      </w:r>
    </w:p>
    <w:p>
      <w:pPr>
        <w:spacing w:before="8" w:after="0"/>
      </w:pPr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Current Meeting Agenda </w:t>
      </w:r>
      <w:r>
        <w:rPr>
          <w:rFonts w:ascii="Times New Roman" w:hAnsi="Times New Roman" w:eastAsia="Times New Roman" w:cs="Times New Roman"/>
          <w:sz w:val="24"/>
        </w:rPr>
        <w:t>– Speaker Caroline Vogel – 11:04 am</w:t>
      </w:r>
    </w:p>
    <w:p>
      <w:pPr>
        <w:spacing w:before="4" w:after="0"/>
      </w:pPr>
      <w:r>
        <w:rPr>
          <w:rFonts w:ascii="Times New Roman" w:hAnsi="Times New Roman" w:eastAsia="Times New Roman" w:cs="Times New Roman"/>
          <w:sz w:val="24"/>
        </w:rPr>
        <w:t>Andrew distributed the current meeting agenda to all attendees to review for questions and additions.</w:t>
      </w:r>
    </w:p>
    <w:p>
      <w:pPr>
        <w:spacing w:before="9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At 11:06 am, the attendees voted unanimously to approve the agenda.</w:t>
      </w:r>
    </w:p>
    <w:p>
      <w:pPr>
        <w:spacing w:before="6" w:after="0" w:line="550" w:lineRule="exact"/>
        <w:ind w:firstLine="0"/>
      </w:pPr>
      <w:r>
        <w:rPr>
          <w:rFonts w:ascii="Times New Roman" w:hAnsi="Times New Roman" w:eastAsia="Times New Roman" w:cs="Times New Roman"/>
          <w:sz w:val="24"/>
        </w:rPr>
        <w:t>OLD BUSINESS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Old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Business</w:t>
      </w:r>
    </w:p>
    <w:p>
      <w:pPr/>
      <w:r>
        <w:rPr>
          <w:rFonts w:ascii="Times New Roman" w:hAnsi="Times New Roman" w:eastAsia="Times New Roman" w:cs="Times New Roman"/>
          <w:sz w:val="24"/>
        </w:rPr>
        <w:t>Since this was the first action items meeting regarding this project, there was no old business to discuss.</w:t>
      </w:r>
    </w:p>
    <w:p>
      <w:pPr>
        <w:spacing w:before="1" w:after="0"/>
      </w:pPr>
    </w:p>
    <w:p>
      <w:pPr>
        <w:ind w:hanging="356"/>
      </w:pPr>
      <w:r>
        <w:rPr>
          <w:rFonts w:ascii="Times New Roman" w:hAnsi="Times New Roman" w:eastAsia="Times New Roman" w:cs="Times New Roman"/>
          <w:sz w:val="24"/>
        </w:rPr>
        <w:t>NEW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BUSINESS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spacing w:before="10" w:after="0"/>
      </w:pPr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New Action Items and Assignments </w:t>
      </w:r>
      <w:r>
        <w:rPr>
          <w:rFonts w:ascii="Times New Roman" w:hAnsi="Times New Roman" w:eastAsia="Times New Roman" w:cs="Times New Roman"/>
          <w:sz w:val="24"/>
        </w:rPr>
        <w:t>– Speaker Caroline Vogel – 11:07 am</w:t>
      </w:r>
    </w:p>
    <w:p>
      <w:pPr>
        <w:spacing w:before="14" w:after="0"/>
      </w:pPr>
      <w:r>
        <w:rPr>
          <w:rFonts w:ascii="Times New Roman" w:hAnsi="Times New Roman" w:eastAsia="Times New Roman" w:cs="Times New Roman"/>
          <w:sz w:val="24"/>
        </w:rPr>
        <w:t>Concept</w:t>
      </w:r>
    </w:p>
    <w:p>
      <w:pPr>
        <w:spacing w:before="4" w:after="0" w:line="286" w:lineRule="exact"/>
      </w:pPr>
      <w:r>
        <w:rPr>
          <w:rFonts w:ascii="Times New Roman" w:hAnsi="Times New Roman" w:eastAsia="Times New Roman" w:cs="Times New Roman"/>
          <w:sz w:val="24"/>
        </w:rPr>
        <w:t>Caroline Vogel and Amanda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Sanders</w:t>
      </w:r>
    </w:p>
    <w:p>
      <w:pPr>
        <w:spacing w:line="286" w:lineRule="exact"/>
      </w:pPr>
      <w:r>
        <w:rPr>
          <w:rFonts w:ascii="Times New Roman" w:hAnsi="Times New Roman" w:eastAsia="Times New Roman" w:cs="Times New Roman"/>
          <w:sz w:val="24"/>
        </w:rPr>
        <w:t>Due: March 19,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2021</w:t>
      </w:r>
    </w:p>
    <w:p>
      <w:pPr/>
    </w:p>
    <w:p>
      <w:pPr>
        <w:spacing w:before="105" w:after="0" w:line="276" w:lineRule="exact"/>
      </w:pPr>
      <w:r>
        <w:rPr>
          <w:rFonts w:ascii="Times New Roman" w:hAnsi="Times New Roman" w:eastAsia="Times New Roman" w:cs="Times New Roman"/>
          <w:sz w:val="24"/>
        </w:rPr>
        <w:t>Draft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plan</w:t>
      </w:r>
    </w:p>
    <w:p>
      <w:pPr>
        <w:spacing w:line="286" w:lineRule="exact"/>
      </w:pPr>
      <w:r>
        <w:rPr>
          <w:rFonts w:ascii="Times New Roman" w:hAnsi="Times New Roman" w:eastAsia="Times New Roman" w:cs="Times New Roman"/>
          <w:sz w:val="24"/>
        </w:rPr>
        <w:t>Amanda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Sanders</w:t>
      </w:r>
    </w:p>
    <w:p>
      <w:pPr>
        <w:spacing w:line="283" w:lineRule="exact"/>
      </w:pPr>
      <w:r>
        <w:rPr>
          <w:rFonts w:ascii="Times New Roman" w:hAnsi="Times New Roman" w:eastAsia="Times New Roman" w:cs="Times New Roman"/>
          <w:sz w:val="24"/>
        </w:rPr>
        <w:t>Due March 19,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2021</w:t>
      </w:r>
    </w:p>
    <w:p>
      <w:pPr>
        <w:spacing w:line="272" w:lineRule="exact"/>
        <w:ind w:hanging="821"/>
      </w:pPr>
      <w:r>
        <w:rPr>
          <w:rFonts w:ascii="Times New Roman" w:hAnsi="Times New Roman" w:eastAsia="Times New Roman" w:cs="Times New Roman"/>
          <w:sz w:val="24"/>
        </w:rPr>
        <w:t>Schedule three site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visits</w:t>
      </w:r>
    </w:p>
    <w:p>
      <w:pPr>
        <w:spacing w:before="4" w:after="0" w:line="286" w:lineRule="exact"/>
        <w:ind w:hanging="1541"/>
      </w:pPr>
      <w:r>
        <w:rPr>
          <w:rFonts w:ascii="Times New Roman" w:hAnsi="Times New Roman" w:eastAsia="Times New Roman" w:cs="Times New Roman"/>
          <w:sz w:val="24"/>
        </w:rPr>
        <w:t>Amanda Sanders</w:t>
      </w:r>
    </w:p>
    <w:p>
      <w:pPr>
        <w:spacing w:line="283" w:lineRule="exact"/>
      </w:pPr>
      <w:r>
        <w:rPr>
          <w:rFonts w:ascii="Times New Roman" w:hAnsi="Times New Roman" w:eastAsia="Times New Roman" w:cs="Times New Roman"/>
          <w:sz w:val="24"/>
        </w:rPr>
        <w:t>Due: February 19,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2021</w:t>
      </w:r>
    </w:p>
    <w:p>
      <w:pPr>
        <w:spacing w:line="273" w:lineRule="exact"/>
      </w:pPr>
      <w:r>
        <w:rPr>
          <w:rFonts w:ascii="Times New Roman" w:hAnsi="Times New Roman" w:eastAsia="Times New Roman" w:cs="Times New Roman"/>
          <w:sz w:val="24"/>
        </w:rPr>
        <w:t>Keep up with agreed reporting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scheduling</w:t>
      </w:r>
    </w:p>
    <w:p>
      <w:pPr>
        <w:spacing w:before="4" w:after="0" w:line="286" w:lineRule="exact"/>
      </w:pPr>
      <w:r>
        <w:rPr>
          <w:rFonts w:ascii="Times New Roman" w:hAnsi="Times New Roman" w:eastAsia="Times New Roman" w:cs="Times New Roman"/>
          <w:sz w:val="24"/>
        </w:rPr>
        <w:t>Amanda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Sanders</w:t>
      </w:r>
    </w:p>
    <w:p>
      <w:pPr>
        <w:spacing w:line="283" w:lineRule="exact"/>
      </w:pPr>
      <w:r>
        <w:rPr>
          <w:rFonts w:ascii="Times New Roman" w:hAnsi="Times New Roman" w:eastAsia="Times New Roman" w:cs="Times New Roman"/>
          <w:sz w:val="24"/>
        </w:rPr>
        <w:t>Due: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Ongoing</w:t>
      </w:r>
    </w:p>
    <w:p>
      <w:pPr>
        <w:spacing w:line="272" w:lineRule="exact"/>
      </w:pPr>
      <w:r>
        <w:rPr>
          <w:rFonts w:ascii="Times New Roman" w:hAnsi="Times New Roman" w:eastAsia="Times New Roman" w:cs="Times New Roman"/>
          <w:sz w:val="24"/>
        </w:rPr>
        <w:t>Complete Zoning and Code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Report</w:t>
      </w:r>
    </w:p>
    <w:p>
      <w:pPr>
        <w:spacing w:line="288" w:lineRule="exact"/>
      </w:pPr>
      <w:r>
        <w:rPr>
          <w:rFonts w:ascii="Times New Roman" w:hAnsi="Times New Roman" w:eastAsia="Times New Roman" w:cs="Times New Roman"/>
          <w:sz w:val="24"/>
        </w:rPr>
        <w:t>Trevor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Marcille</w:t>
      </w:r>
    </w:p>
    <w:p>
      <w:pPr>
        <w:spacing w:line="289" w:lineRule="exact"/>
      </w:pPr>
      <w:r>
        <w:rPr>
          <w:rFonts w:ascii="Times New Roman" w:hAnsi="Times New Roman" w:eastAsia="Times New Roman" w:cs="Times New Roman"/>
          <w:sz w:val="24"/>
        </w:rPr>
        <w:t>Due: March 12,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2021</w:t>
      </w:r>
    </w:p>
    <w:p>
      <w:pPr/>
    </w:p>
    <w:p>
      <w:pPr>
        <w:ind w:hanging="421"/>
      </w:pPr>
      <w:r>
        <w:rPr>
          <w:rFonts w:ascii="Times New Roman" w:hAnsi="Times New Roman" w:eastAsia="Times New Roman" w:cs="Times New Roman"/>
          <w:sz w:val="24"/>
        </w:rPr>
        <w:t>ADJOURNEMENT</w:t>
      </w:r>
    </w:p>
    <w:p>
      <w:pPr>
        <w:spacing w:before="9" w:after="0"/>
      </w:pPr>
    </w:p>
    <w:p>
      <w:pPr>
        <w:spacing w:before="93" w:after="0"/>
      </w:pPr>
      <w:r>
        <w:rPr>
          <w:rFonts w:ascii="Times New Roman" w:hAnsi="Times New Roman" w:eastAsia="Times New Roman" w:cs="Times New Roman"/>
          <w:b/>
          <w:sz w:val="24"/>
        </w:rPr>
        <w:t xml:space="preserve">Adjournment </w:t>
      </w:r>
      <w:r>
        <w:rPr>
          <w:rFonts w:ascii="Times New Roman" w:hAnsi="Times New Roman" w:eastAsia="Times New Roman" w:cs="Times New Roman"/>
          <w:sz w:val="24"/>
        </w:rPr>
        <w:t>– Speaker Caroline Vogel – 11:27 am</w:t>
      </w:r>
    </w:p>
    <w:p>
      <w:pPr>
        <w:spacing w:before="4" w:after="0"/>
      </w:pPr>
      <w:r>
        <w:rPr>
          <w:rFonts w:ascii="Times New Roman" w:hAnsi="Times New Roman" w:eastAsia="Times New Roman" w:cs="Times New Roman"/>
          <w:sz w:val="24"/>
        </w:rPr>
        <w:t>Caroline called an end to the meeting. Andrew recorded the end time and Caroline approved the minutes.</w:t>
      </w:r>
    </w:p>
    <w:p>
      <w:pPr>
        <w:spacing w:before="7" w:after="0"/>
      </w:pPr>
    </w:p>
    <w:p>
      <w:pPr>
        <w:spacing w:before="1" w:after="0" w:line="398" w:lineRule="auto"/>
      </w:pPr>
      <w:r>
        <w:rPr>
          <w:rFonts w:ascii="Times New Roman" w:hAnsi="Times New Roman" w:eastAsia="Times New Roman" w:cs="Times New Roman"/>
          <w:sz w:val="24"/>
        </w:rPr>
        <w:t>Minutes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submitted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by: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  <w:tab/>
      </w:r>
      <w:r>
        <w:rPr>
          <w:rFonts w:ascii="Times New Roman" w:hAnsi="Times New Roman" w:eastAsia="Times New Roman" w:cs="Times New Roman"/>
          <w:sz w:val="24"/>
        </w:rPr>
        <w:t xml:space="preserve">Print Name: </w:t>
      </w:r>
      <w:r>
        <w:rPr>
          <w:rFonts w:ascii="Times New Roman" w:hAnsi="Times New Roman" w:eastAsia="Times New Roman" w:cs="Times New Roman"/>
          <w:sz w:val="24"/>
        </w:rPr>
        <w:t>_</w:t>
      </w:r>
      <w:r>
        <w:rPr>
          <w:rFonts w:ascii="Times New Roman" w:hAnsi="Times New Roman" w:eastAsia="Times New Roman" w:cs="Times New Roman"/>
          <w:sz w:val="24"/>
        </w:rPr>
        <w:t xml:space="preserve">Andrew </w:t>
      </w:r>
      <w:r>
        <w:rPr>
          <w:rFonts w:ascii="Times New Roman" w:hAnsi="Times New Roman" w:eastAsia="Times New Roman" w:cs="Times New Roman"/>
          <w:sz w:val="24"/>
        </w:rPr>
        <w:t>Cruz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 Approved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by:</w:t>
      </w:r>
      <w:r>
        <w:rPr>
          <w:rFonts w:ascii="Times New Roman" w:hAnsi="Times New Roman" w:eastAsia="Times New Roman" w:cs="Times New Roman"/>
          <w:sz w:val="24"/>
        </w:rPr>
        <w:t xml:space="preserve"> </w:t>
        <w:tab/>
      </w:r>
      <w:r>
        <w:rPr>
          <w:rFonts w:ascii="Times New Roman" w:hAnsi="Times New Roman" w:eastAsia="Times New Roman" w:cs="Times New Roman"/>
          <w:sz w:val="24"/>
        </w:rPr>
        <w:t xml:space="preserve">Print Name: </w:t>
      </w:r>
      <w:r>
        <w:rPr>
          <w:rFonts w:ascii="Times New Roman" w:hAnsi="Times New Roman" w:eastAsia="Times New Roman" w:cs="Times New Roman"/>
          <w:sz w:val="24"/>
        </w:rPr>
        <w:t>_</w:t>
      </w:r>
      <w:r>
        <w:rPr>
          <w:rFonts w:ascii="Times New Roman" w:hAnsi="Times New Roman" w:eastAsia="Times New Roman" w:cs="Times New Roman"/>
          <w:sz w:val="24"/>
        </w:rPr>
        <w:t>Caroline</w:t>
      </w:r>
      <w:r>
        <w:rPr>
          <w:rFonts w:ascii="Times New Roman" w:hAnsi="Times New Roman" w:eastAsia="Times New Roman" w:cs="Times New Roman"/>
          <w:sz w:val="24"/>
        </w:rPr>
        <w:t xml:space="preserve"> Vogel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