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5"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SAMPLE </w:t>
      </w:r>
      <w:r>
        <w:rPr>
          <w:rFonts w:ascii="Times New Roman" w:hAnsi="Times New Roman" w:eastAsia="Times New Roman" w:cs="Times New Roman"/>
          <w:sz w:val="24"/>
        </w:rPr>
        <w:t xml:space="preserve">ASSOCIATION MEETING MINUTES FOR </w:t>
      </w:r>
      <w:r>
        <w:rPr>
          <w:rFonts w:ascii="Times New Roman" w:hAnsi="Times New Roman" w:eastAsia="Times New Roman" w:cs="Times New Roman"/>
          <w:sz w:val="24"/>
        </w:rPr>
        <w:t>SHADY OAKS HOMEOWNER’S ASSOCIATION</w:t>
      </w:r>
    </w:p>
    <w:p>
      <w:pPr>
        <w:spacing w:before="247" w:after="0"/>
      </w:pPr>
      <w:r>
        <w:rPr>
          <w:rFonts w:ascii="Times New Roman" w:hAnsi="Times New Roman" w:eastAsia="Times New Roman" w:cs="Times New Roman"/>
          <w:sz w:val="24"/>
        </w:rPr>
        <w:t>MEETING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DETAILS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 xml:space="preserve">Andria Harding </w:t>
      </w:r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Ruby Alexander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March 1, 2021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7:00 pm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 xml:space="preserve">Shady Oaks Community Center </w:t>
      </w:r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3849 Maple Drive.</w:t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 xml:space="preserve">Shady Oaks </w:t>
      </w:r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CA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91284</w:t>
      </w:r>
    </w:p>
    <w:p>
      <w:pPr>
        <w:spacing w:before="7" w:after="0"/>
      </w:pPr>
    </w:p>
    <w:p>
      <w:pPr>
        <w:ind w:hanging="261"/>
      </w:pPr>
      <w:r>
        <w:rPr>
          <w:rFonts w:ascii="Times New Roman" w:hAnsi="Times New Roman" w:eastAsia="Times New Roman" w:cs="Times New Roman"/>
          <w:sz w:val="24"/>
        </w:rPr>
        <w:t>ATTENDEES</w:t>
      </w:r>
    </w:p>
    <w:p>
      <w:pPr>
        <w:spacing w:before="2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Andria Harding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(Chairperson)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Ruby Alexander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(Secretary)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Shawna Tyler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(Treasurer)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Morgan Bryant (Business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Manager)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Vanessa Waterman (Resident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Committee)</w:t>
      </w:r>
    </w:p>
    <w:p>
      <w:pPr>
        <w:spacing w:before="15" w:after="0"/>
      </w:pPr>
      <w:r>
        <w:rPr>
          <w:rFonts w:ascii="Times New Roman" w:hAnsi="Times New Roman" w:eastAsia="Times New Roman" w:cs="Times New Roman"/>
          <w:sz w:val="24"/>
        </w:rPr>
        <w:t>Bri Mendez (Municipal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Committee)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Kim Taylor (Legal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Committee)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Various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Residents</w:t>
      </w:r>
    </w:p>
    <w:p>
      <w:pPr>
        <w:spacing w:before="3" w:after="0"/>
      </w:pPr>
    </w:p>
    <w:p>
      <w:pPr>
        <w:ind w:hanging="331"/>
      </w:pPr>
      <w:r>
        <w:rPr>
          <w:rFonts w:ascii="Times New Roman" w:hAnsi="Times New Roman" w:eastAsia="Times New Roman" w:cs="Times New Roman"/>
          <w:sz w:val="24"/>
        </w:rPr>
        <w:t>ABSENCES</w:t>
      </w:r>
    </w:p>
    <w:p>
      <w:pPr>
        <w:spacing w:before="2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No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absentees.</w:t>
      </w:r>
    </w:p>
    <w:p>
      <w:pPr>
        <w:spacing w:before="3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CALL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Welcome </w:t>
      </w:r>
      <w:r>
        <w:rPr>
          <w:rFonts w:ascii="Times New Roman" w:hAnsi="Times New Roman" w:eastAsia="Times New Roman" w:cs="Times New Roman"/>
          <w:sz w:val="24"/>
        </w:rPr>
        <w:t>– Speaker Andria Harding – 7:00 pm</w:t>
      </w:r>
    </w:p>
    <w:p>
      <w:pPr>
        <w:spacing w:before="5" w:after="0"/>
      </w:pPr>
      <w:r>
        <w:rPr>
          <w:rFonts w:ascii="Times New Roman" w:hAnsi="Times New Roman" w:eastAsia="Times New Roman" w:cs="Times New Roman"/>
          <w:sz w:val="24"/>
        </w:rPr>
        <w:t>Andria welcomed all attendees to the meeting and introduced the HOA board.</w:t>
      </w:r>
    </w:p>
    <w:p>
      <w:pPr>
        <w:spacing w:before="9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Previous Meeting Minutes </w:t>
      </w:r>
      <w:r>
        <w:rPr>
          <w:rFonts w:ascii="Times New Roman" w:hAnsi="Times New Roman" w:eastAsia="Times New Roman" w:cs="Times New Roman"/>
          <w:sz w:val="24"/>
        </w:rPr>
        <w:t>– Speaker Andria Harding – 7:02 pm</w:t>
      </w:r>
    </w:p>
    <w:p>
      <w:pPr/>
      <w:r>
        <w:rPr>
          <w:rFonts w:ascii="Times New Roman" w:hAnsi="Times New Roman" w:eastAsia="Times New Roman" w:cs="Times New Roman"/>
          <w:sz w:val="24"/>
        </w:rPr>
        <w:t>Ruby distributed the February meeting minutes and Andria led the attendees in a vote of approval. The attendees voted unanimously to approve the minutes.</w:t>
      </w:r>
    </w:p>
    <w:p>
      <w:pPr>
        <w:spacing w:before="2" w:after="0"/>
      </w:pPr>
    </w:p>
    <w:p>
      <w:pPr>
        <w:spacing w:before="1" w:after="0"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Current Meeting Agenda </w:t>
      </w:r>
      <w:r>
        <w:rPr>
          <w:rFonts w:ascii="Times New Roman" w:hAnsi="Times New Roman" w:eastAsia="Times New Roman" w:cs="Times New Roman"/>
          <w:sz w:val="24"/>
        </w:rPr>
        <w:t>– Speaker Andria Harding – 7:09 pm</w:t>
      </w:r>
    </w:p>
    <w:p>
      <w:pPr/>
      <w:r>
        <w:rPr>
          <w:rFonts w:ascii="Times New Roman" w:hAnsi="Times New Roman" w:eastAsia="Times New Roman" w:cs="Times New Roman"/>
          <w:sz w:val="24"/>
        </w:rPr>
        <w:t>Ruby distributed the current meeting agenda and Andria led the attendees in a vote of approval. The attendees voted to unanimously approve the minutes.</w:t>
      </w:r>
    </w:p>
    <w:p>
      <w:pPr>
        <w:spacing w:before="1" w:after="0"/>
      </w:pPr>
    </w:p>
    <w:p>
      <w:pPr>
        <w:ind w:hanging="291"/>
      </w:pPr>
      <w:r>
        <w:rPr>
          <w:rFonts w:ascii="Times New Roman" w:hAnsi="Times New Roman" w:eastAsia="Times New Roman" w:cs="Times New Roman"/>
          <w:sz w:val="24"/>
        </w:rPr>
        <w:t>REPORTS</w:t>
      </w:r>
    </w:p>
    <w:p>
      <w:pPr>
        <w:spacing w:before="10" w:after="0"/>
      </w:pPr>
    </w:p>
    <w:p>
      <w:pPr>
        <w:spacing w:line="273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Treasury Report </w:t>
      </w:r>
      <w:r>
        <w:rPr>
          <w:rFonts w:ascii="Times New Roman" w:hAnsi="Times New Roman" w:eastAsia="Times New Roman" w:cs="Times New Roman"/>
          <w:sz w:val="24"/>
        </w:rPr>
        <w:t>– Speaker Shawna Tyler – 7:16 pm</w:t>
      </w:r>
    </w:p>
    <w:p>
      <w:pPr/>
      <w:r>
        <w:rPr>
          <w:rFonts w:ascii="Times New Roman" w:hAnsi="Times New Roman" w:eastAsia="Times New Roman" w:cs="Times New Roman"/>
          <w:sz w:val="24"/>
        </w:rPr>
        <w:t>Shawna reported the fiscal impact of the community bake sale held on February 14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2021.</w:t>
      </w:r>
    </w:p>
    <w:p>
      <w:pPr/>
    </w:p>
    <w:p>
      <w:pPr>
        <w:spacing w:before="70"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Resident Committee Report </w:t>
      </w:r>
      <w:r>
        <w:rPr>
          <w:rFonts w:ascii="Times New Roman" w:hAnsi="Times New Roman" w:eastAsia="Times New Roman" w:cs="Times New Roman"/>
          <w:sz w:val="24"/>
        </w:rPr>
        <w:t>– Speaker Vanessa Waterman – 7:26 pm Vanessa presented a request from association residents to expand the types and breeds of pets that are allowed in association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homes.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Municipal Committee Report </w:t>
      </w:r>
      <w:r>
        <w:rPr>
          <w:rFonts w:ascii="Times New Roman" w:hAnsi="Times New Roman" w:eastAsia="Times New Roman" w:cs="Times New Roman"/>
          <w:sz w:val="24"/>
        </w:rPr>
        <w:t>– Speaker Bri Mendez – 7:35 pm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Bri updated the association about the permit acquisition process for the association’s Memorial Day block party.</w:t>
      </w:r>
    </w:p>
    <w:p>
      <w:pPr>
        <w:spacing w:before="9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OLD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Old Business </w:t>
      </w:r>
      <w:r>
        <w:rPr>
          <w:rFonts w:ascii="Times New Roman" w:hAnsi="Times New Roman" w:eastAsia="Times New Roman" w:cs="Times New Roman"/>
          <w:sz w:val="24"/>
        </w:rPr>
        <w:t>– Speaker Morgan Bryant – 7:42 pm There was no old business to address for this meeting.</w:t>
      </w:r>
    </w:p>
    <w:p>
      <w:pPr>
        <w:spacing w:before="9" w:after="0"/>
      </w:pPr>
    </w:p>
    <w:p>
      <w:pPr>
        <w:ind w:hanging="421"/>
      </w:pPr>
      <w:r>
        <w:rPr>
          <w:rFonts w:ascii="Times New Roman" w:hAnsi="Times New Roman" w:eastAsia="Times New Roman" w:cs="Times New Roman"/>
          <w:sz w:val="24"/>
        </w:rPr>
        <w:t>NEW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</w:p>
    <w:p>
      <w:pPr>
        <w:spacing w:before="3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Community Center Remodel </w:t>
      </w:r>
      <w:r>
        <w:rPr>
          <w:rFonts w:ascii="Times New Roman" w:hAnsi="Times New Roman" w:eastAsia="Times New Roman" w:cs="Times New Roman"/>
          <w:sz w:val="24"/>
        </w:rPr>
        <w:t>– Speaker Morgan Bryant – 7:43 pm</w:t>
      </w:r>
    </w:p>
    <w:p>
      <w:pPr>
        <w:spacing w:line="275" w:lineRule="exact"/>
      </w:pPr>
      <w:r>
        <w:rPr>
          <w:rFonts w:ascii="Times New Roman" w:hAnsi="Times New Roman" w:eastAsia="Times New Roman" w:cs="Times New Roman"/>
          <w:sz w:val="24"/>
        </w:rPr>
        <w:t>Morgan gives a presentation on the proposed remodel to the community center.</w:t>
      </w:r>
    </w:p>
    <w:p>
      <w:pPr>
        <w:spacing w:before="10" w:after="0"/>
      </w:pPr>
    </w:p>
    <w:p>
      <w:pPr>
        <w:ind w:hanging="491"/>
      </w:pPr>
      <w:r>
        <w:rPr>
          <w:rFonts w:ascii="Times New Roman" w:hAnsi="Times New Roman" w:eastAsia="Times New Roman" w:cs="Times New Roman"/>
          <w:sz w:val="24"/>
        </w:rPr>
        <w:t>OPEN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COMMENT</w:t>
      </w:r>
    </w:p>
    <w:p>
      <w:pPr>
        <w:spacing w:before="3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Lawns </w:t>
      </w:r>
      <w:r>
        <w:rPr>
          <w:rFonts w:ascii="Times New Roman" w:hAnsi="Times New Roman" w:eastAsia="Times New Roman" w:cs="Times New Roman"/>
          <w:sz w:val="24"/>
        </w:rPr>
        <w:t>– Speaker Anthony Alpert (Resident) – 7:55 pm</w:t>
      </w:r>
    </w:p>
    <w:p>
      <w:pPr>
        <w:spacing w:before="2" w:after="0" w:line="235" w:lineRule="auto"/>
      </w:pPr>
      <w:r>
        <w:rPr>
          <w:rFonts w:ascii="Times New Roman" w:hAnsi="Times New Roman" w:eastAsia="Times New Roman" w:cs="Times New Roman"/>
          <w:sz w:val="24"/>
        </w:rPr>
        <w:t>Anthony asked the board if it would be possible to advance the lawn-seeding period from March 15</w:t>
      </w:r>
      <w:r>
        <w:rPr>
          <w:rFonts w:ascii="Times New Roman" w:hAnsi="Times New Roman" w:eastAsia="Times New Roman" w:cs="Times New Roman"/>
          <w:sz w:val="24"/>
        </w:rPr>
        <w:t xml:space="preserve">th </w:t>
      </w:r>
      <w:r>
        <w:rPr>
          <w:rFonts w:ascii="Times New Roman" w:hAnsi="Times New Roman" w:eastAsia="Times New Roman" w:cs="Times New Roman"/>
          <w:sz w:val="24"/>
        </w:rPr>
        <w:t>to March 8</w:t>
      </w:r>
      <w:r>
        <w:rPr>
          <w:rFonts w:ascii="Times New Roman" w:hAnsi="Times New Roman" w:eastAsia="Times New Roman" w:cs="Times New Roman"/>
          <w:sz w:val="24"/>
        </w:rPr>
        <w:t xml:space="preserve">th </w:t>
      </w:r>
      <w:r>
        <w:rPr>
          <w:rFonts w:ascii="Times New Roman" w:hAnsi="Times New Roman" w:eastAsia="Times New Roman" w:cs="Times New Roman"/>
          <w:sz w:val="24"/>
        </w:rPr>
        <w:t>due to the rain that is expected March 11. The board voted unanimously to approve the request.</w:t>
      </w:r>
    </w:p>
    <w:p>
      <w:pPr>
        <w:spacing w:before="9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ADJOURNMENT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End of Meeting </w:t>
      </w:r>
      <w:r>
        <w:rPr>
          <w:rFonts w:ascii="Times New Roman" w:hAnsi="Times New Roman" w:eastAsia="Times New Roman" w:cs="Times New Roman"/>
          <w:sz w:val="24"/>
        </w:rPr>
        <w:t>– Speaker Andria Harding – 8:00 pm</w:t>
      </w:r>
    </w:p>
    <w:p>
      <w:pPr>
        <w:spacing w:before="9" w:after="0"/>
      </w:pPr>
    </w:p>
    <w:p>
      <w:pPr>
        <w:spacing w:line="276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Meeting Minutes </w:t>
      </w:r>
      <w:r>
        <w:rPr>
          <w:rFonts w:ascii="Times New Roman" w:hAnsi="Times New Roman" w:eastAsia="Times New Roman" w:cs="Times New Roman"/>
          <w:sz w:val="24"/>
        </w:rPr>
        <w:t>– Speaker Ruby Alexander – 8:00 pm</w:t>
      </w:r>
    </w:p>
    <w:p>
      <w:pPr/>
      <w:r>
        <w:rPr>
          <w:rFonts w:ascii="Times New Roman" w:hAnsi="Times New Roman" w:eastAsia="Times New Roman" w:cs="Times New Roman"/>
          <w:sz w:val="24"/>
        </w:rPr>
        <w:t>Ruby completed the meeting minutes and Andria approved them.</w:t>
      </w:r>
    </w:p>
    <w:p>
      <w:pPr/>
    </w:p>
    <w:p>
      <w:pPr>
        <w:spacing w:before="5" w:after="0"/>
      </w:pPr>
    </w:p>
    <w:p>
      <w:pPr>
        <w:spacing w:line="415" w:lineRule="auto"/>
      </w:pPr>
      <w:r>
        <w:rPr>
          <w:rFonts w:ascii="Times New Roman" w:hAnsi="Times New Roman" w:eastAsia="Times New Roman" w:cs="Times New Roman"/>
          <w:sz w:val="24"/>
        </w:rPr>
        <w:t>Minutes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submitted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 xml:space="preserve">Ruby </w:t>
      </w:r>
      <w:r>
        <w:rPr>
          <w:rFonts w:ascii="Times New Roman" w:hAnsi="Times New Roman" w:eastAsia="Times New Roman" w:cs="Times New Roman"/>
          <w:sz w:val="24"/>
        </w:rPr>
        <w:t>Alexander</w:t>
      </w:r>
      <w:r>
        <w:rPr>
          <w:rFonts w:ascii="Times New Roman" w:hAnsi="Times New Roman" w:eastAsia="Times New Roman" w:cs="Times New Roman"/>
          <w:sz w:val="24"/>
        </w:rPr>
        <w:t xml:space="preserve">_ </w:t>
      </w:r>
      <w:r>
        <w:rPr>
          <w:rFonts w:ascii="Times New Roman" w:hAnsi="Times New Roman" w:eastAsia="Times New Roman" w:cs="Times New Roman"/>
          <w:sz w:val="24"/>
        </w:rPr>
        <w:t>Approved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>Andria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Harding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