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ab/>
      </w:r>
      <w:r>
        <w:rPr>
          <w:rFonts w:ascii="Times New Roman" w:hAnsi="Times New Roman" w:eastAsia="Times New Roman" w:cs="Times New Roman"/>
          <w:b/>
          <w:sz w:val="24"/>
        </w:rPr>
        <w:t xml:space="preserve">SAMPLE </w:t>
      </w:r>
      <w:r>
        <w:rPr>
          <w:rFonts w:ascii="Times New Roman" w:hAnsi="Times New Roman" w:eastAsia="Times New Roman" w:cs="Times New Roman"/>
          <w:b/>
          <w:sz w:val="24"/>
        </w:rPr>
        <w:t>BOARD MEETING MINUTES FOR</w:t>
      </w:r>
    </w:p>
    <w:p>
      <w:pPr>
        <w:jc w:val="center"/>
      </w:pPr>
      <w:r>
        <w:rPr>
          <w:rFonts w:ascii="Times New Roman" w:hAnsi="Times New Roman" w:eastAsia="Times New Roman" w:cs="Times New Roman"/>
          <w:b/>
          <w:sz w:val="24"/>
        </w:rPr>
        <w:t>ABC TECH COMPANY</w:t>
      </w:r>
    </w:p>
    <w:p>
      <w:pPr/>
    </w:p>
    <w:p>
      <w:pPr/>
      <w:r>
        <w:rPr>
          <w:rFonts w:ascii="Times New Roman" w:hAnsi="Times New Roman" w:eastAsia="Times New Roman" w:cs="Times New Roman"/>
          <w:b/>
          <w:sz w:val="24"/>
        </w:rPr>
        <w:t>I. MEETING DETAILS</w:t>
      </w:r>
    </w:p>
    <w:p>
      <w:pPr/>
    </w:p>
    <w:p>
      <w:pPr/>
      <w:r>
        <w:rPr>
          <w:rFonts w:ascii="Times New Roman" w:hAnsi="Times New Roman" w:eastAsia="Times New Roman" w:cs="Times New Roman"/>
          <w:sz w:val="24"/>
        </w:rPr>
        <w:t xml:space="preserve">Chairperson: </w:t>
      </w:r>
      <w:r>
        <w:rPr>
          <w:rFonts w:ascii="Times New Roman" w:hAnsi="Times New Roman" w:eastAsia="Times New Roman" w:cs="Times New Roman"/>
          <w:b/>
          <w:sz w:val="24"/>
        </w:rPr>
        <w:t>Ralph Bernstein (CEO)</w:t>
      </w:r>
    </w:p>
    <w:p>
      <w:pPr/>
      <w:r>
        <w:rPr>
          <w:rFonts w:ascii="Times New Roman" w:hAnsi="Times New Roman" w:eastAsia="Times New Roman" w:cs="Times New Roman"/>
          <w:sz w:val="24"/>
        </w:rPr>
        <w:t xml:space="preserve">Secretary: </w:t>
      </w:r>
      <w:r>
        <w:rPr>
          <w:rFonts w:ascii="Times New Roman" w:hAnsi="Times New Roman" w:eastAsia="Times New Roman" w:cs="Times New Roman"/>
          <w:b/>
          <w:sz w:val="24"/>
        </w:rPr>
        <w:t>Jessica Foley</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b/>
          <w:sz w:val="24"/>
        </w:rPr>
        <w:t>December 15</w:t>
      </w:r>
      <w:r>
        <w:rPr>
          <w:rFonts w:ascii="Times New Roman" w:hAnsi="Times New Roman" w:eastAsia="Times New Roman" w:cs="Times New Roman"/>
          <w:b/>
          <w:sz w:val="24"/>
        </w:rPr>
        <w:t>th</w:t>
      </w:r>
      <w:r>
        <w:rPr>
          <w:rFonts w:ascii="Times New Roman" w:hAnsi="Times New Roman" w:eastAsia="Times New Roman" w:cs="Times New Roman"/>
          <w:b/>
          <w:sz w:val="24"/>
        </w:rPr>
        <w:t>, 2020</w:t>
      </w:r>
    </w:p>
    <w:p>
      <w:pPr/>
      <w:r>
        <w:rPr>
          <w:rFonts w:ascii="Times New Roman" w:hAnsi="Times New Roman" w:eastAsia="Times New Roman" w:cs="Times New Roman"/>
          <w:sz w:val="24"/>
        </w:rPr>
        <w:t xml:space="preserve">Time: </w:t>
      </w:r>
      <w:r>
        <w:rPr>
          <w:rFonts w:ascii="Times New Roman" w:hAnsi="Times New Roman" w:eastAsia="Times New Roman" w:cs="Times New Roman"/>
          <w:b/>
          <w:sz w:val="24"/>
        </w:rPr>
        <w:t>11:00 AM</w:t>
      </w:r>
    </w:p>
    <w:p>
      <w:pPr/>
    </w:p>
    <w:p>
      <w:pPr/>
      <w:r>
        <w:rPr>
          <w:rFonts w:ascii="Times New Roman" w:hAnsi="Times New Roman" w:eastAsia="Times New Roman" w:cs="Times New Roman"/>
          <w:sz w:val="24"/>
        </w:rPr>
        <w:t xml:space="preserve">Location: </w:t>
      </w:r>
      <w:r>
        <w:rPr>
          <w:rFonts w:ascii="Times New Roman" w:hAnsi="Times New Roman" w:eastAsia="Times New Roman" w:cs="Times New Roman"/>
          <w:b/>
          <w:sz w:val="24"/>
        </w:rPr>
        <w:t>Howard W. Blake Auditorium</w:t>
      </w:r>
    </w:p>
    <w:p>
      <w:pPr/>
      <w:r>
        <w:rPr>
          <w:rFonts w:ascii="Times New Roman" w:hAnsi="Times New Roman" w:eastAsia="Times New Roman" w:cs="Times New Roman"/>
          <w:sz w:val="24"/>
        </w:rPr>
        <w:t xml:space="preserve">Street Address: </w:t>
      </w:r>
      <w:r>
        <w:rPr>
          <w:rFonts w:ascii="Times New Roman" w:hAnsi="Times New Roman" w:eastAsia="Times New Roman" w:cs="Times New Roman"/>
          <w:b/>
          <w:sz w:val="24"/>
        </w:rPr>
        <w:t>500 W Main Street</w:t>
      </w:r>
    </w:p>
    <w:p>
      <w:pPr/>
      <w:r>
        <w:rPr>
          <w:rFonts w:ascii="Times New Roman" w:hAnsi="Times New Roman" w:eastAsia="Times New Roman" w:cs="Times New Roman"/>
          <w:sz w:val="24"/>
        </w:rPr>
        <w:t xml:space="preserve">City: </w:t>
      </w:r>
      <w:r>
        <w:rPr>
          <w:rFonts w:ascii="Times New Roman" w:hAnsi="Times New Roman" w:eastAsia="Times New Roman" w:cs="Times New Roman"/>
          <w:b/>
          <w:sz w:val="24"/>
        </w:rPr>
        <w:t>Tampa</w:t>
      </w:r>
    </w:p>
    <w:p>
      <w:pPr/>
      <w:r>
        <w:rPr>
          <w:rFonts w:ascii="Times New Roman" w:hAnsi="Times New Roman" w:eastAsia="Times New Roman" w:cs="Times New Roman"/>
          <w:sz w:val="24"/>
        </w:rPr>
        <w:t xml:space="preserve">State: </w:t>
      </w:r>
      <w:r>
        <w:rPr>
          <w:rFonts w:ascii="Times New Roman" w:hAnsi="Times New Roman" w:eastAsia="Times New Roman" w:cs="Times New Roman"/>
          <w:b/>
          <w:sz w:val="24"/>
        </w:rPr>
        <w:t>Florida</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Zip: </w:t>
      </w:r>
      <w:r>
        <w:rPr>
          <w:rFonts w:ascii="Times New Roman" w:hAnsi="Times New Roman" w:eastAsia="Times New Roman" w:cs="Times New Roman"/>
          <w:b/>
          <w:sz w:val="24"/>
        </w:rPr>
        <w:t>33607</w:t>
      </w:r>
    </w:p>
    <w:p>
      <w:pPr/>
    </w:p>
    <w:p>
      <w:pPr/>
      <w:r>
        <w:rPr>
          <w:rFonts w:ascii="Times New Roman" w:hAnsi="Times New Roman" w:eastAsia="Times New Roman" w:cs="Times New Roman"/>
          <w:b/>
          <w:sz w:val="24"/>
        </w:rPr>
        <w:t>II. ROLL CALL</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The Secretary took a roll call at 11:04 AM. </w:t>
      </w:r>
    </w:p>
    <w:p>
      <w:pPr/>
    </w:p>
    <w:p>
      <w:pPr/>
      <w:r>
        <w:rPr>
          <w:rFonts w:ascii="Times New Roman" w:hAnsi="Times New Roman" w:eastAsia="Times New Roman" w:cs="Times New Roman"/>
          <w:sz w:val="24"/>
        </w:rPr>
        <w:t xml:space="preserve">The following persons were in </w:t>
      </w:r>
      <w:r>
        <w:rPr>
          <w:rFonts w:ascii="Times New Roman" w:hAnsi="Times New Roman" w:eastAsia="Times New Roman" w:cs="Times New Roman"/>
          <w:b/>
          <w:sz w:val="24"/>
        </w:rPr>
        <w:t>attendance</w:t>
      </w:r>
      <w:r>
        <w:rPr>
          <w:rFonts w:ascii="Times New Roman" w:hAnsi="Times New Roman" w:eastAsia="Times New Roman" w:cs="Times New Roman"/>
          <w:sz w:val="24"/>
        </w:rPr>
        <w:t>:</w:t>
      </w:r>
    </w:p>
    <w:p>
      <w:pPr/>
    </w:p>
    <w:p>
      <w:pPr/>
      <w:r>
        <w:rPr>
          <w:rFonts w:ascii="Times New Roman" w:hAnsi="Times New Roman" w:eastAsia="Times New Roman" w:cs="Times New Roman"/>
          <w:sz w:val="24"/>
        </w:rPr>
        <w:t>Allen Freeman (CFO)</w:t>
      </w:r>
    </w:p>
    <w:p>
      <w:pPr/>
      <w:r>
        <w:rPr>
          <w:rFonts w:ascii="Times New Roman" w:hAnsi="Times New Roman" w:eastAsia="Times New Roman" w:cs="Times New Roman"/>
          <w:sz w:val="24"/>
        </w:rPr>
        <w:t>Chester Rogers (COO)</w:t>
      </w:r>
    </w:p>
    <w:p>
      <w:pPr/>
      <w:r>
        <w:rPr>
          <w:rFonts w:ascii="Times New Roman" w:hAnsi="Times New Roman" w:eastAsia="Times New Roman" w:cs="Times New Roman"/>
          <w:sz w:val="24"/>
        </w:rPr>
        <w:t>Rebecca Thornback</w:t>
      </w:r>
    </w:p>
    <w:p>
      <w:pPr/>
      <w:r>
        <w:rPr>
          <w:rFonts w:ascii="Times New Roman" w:hAnsi="Times New Roman" w:eastAsia="Times New Roman" w:cs="Times New Roman"/>
          <w:sz w:val="24"/>
        </w:rPr>
        <w:t>Hunter J. Richardson</w:t>
      </w:r>
    </w:p>
    <w:p>
      <w:pPr/>
      <w:r>
        <w:rPr>
          <w:rFonts w:ascii="Times New Roman" w:hAnsi="Times New Roman" w:eastAsia="Times New Roman" w:cs="Times New Roman"/>
          <w:sz w:val="24"/>
        </w:rPr>
        <w:t>Fred Lewiston</w:t>
      </w:r>
    </w:p>
    <w:p>
      <w:pPr/>
      <w:r>
        <w:rPr>
          <w:rFonts w:ascii="Times New Roman" w:hAnsi="Times New Roman" w:eastAsia="Times New Roman" w:cs="Times New Roman"/>
          <w:sz w:val="24"/>
        </w:rPr>
        <w:t>Jeffrey Salinger</w:t>
      </w:r>
    </w:p>
    <w:p>
      <w:pPr/>
      <w:r>
        <w:rPr>
          <w:rFonts w:ascii="Times New Roman" w:hAnsi="Times New Roman" w:eastAsia="Times New Roman" w:cs="Times New Roman"/>
          <w:sz w:val="24"/>
        </w:rPr>
        <w:t>Gregg Thompson</w:t>
      </w:r>
    </w:p>
    <w:p>
      <w:pPr/>
      <w:r>
        <w:rPr>
          <w:rFonts w:ascii="Times New Roman" w:hAnsi="Times New Roman" w:eastAsia="Times New Roman" w:cs="Times New Roman"/>
          <w:sz w:val="24"/>
        </w:rPr>
        <w:t>Frederick Alverax</w:t>
      </w:r>
    </w:p>
    <w:p>
      <w:pPr/>
      <w:r>
        <w:rPr>
          <w:rFonts w:ascii="Times New Roman" w:hAnsi="Times New Roman" w:eastAsia="Times New Roman" w:cs="Times New Roman"/>
          <w:sz w:val="24"/>
        </w:rPr>
        <w:t>Chad Wennington</w:t>
      </w:r>
    </w:p>
    <w:p>
      <w:pPr/>
      <w:r>
        <w:rPr>
          <w:rFonts w:ascii="Times New Roman" w:hAnsi="Times New Roman" w:eastAsia="Times New Roman" w:cs="Times New Roman"/>
          <w:sz w:val="24"/>
        </w:rPr>
        <w:t>Allison Vasper</w:t>
      </w:r>
    </w:p>
    <w:p>
      <w:pPr/>
      <w:r>
        <w:rPr>
          <w:rFonts w:ascii="Times New Roman" w:hAnsi="Times New Roman" w:eastAsia="Times New Roman" w:cs="Times New Roman"/>
          <w:sz w:val="24"/>
        </w:rPr>
        <w:t>Chester Freedland</w:t>
      </w:r>
    </w:p>
    <w:p>
      <w:pPr/>
    </w:p>
    <w:p>
      <w:pPr/>
      <w:r>
        <w:rPr>
          <w:rFonts w:ascii="Times New Roman" w:hAnsi="Times New Roman" w:eastAsia="Times New Roman" w:cs="Times New Roman"/>
          <w:sz w:val="24"/>
        </w:rPr>
        <w:t xml:space="preserve">The following persons were </w:t>
      </w:r>
      <w:r>
        <w:rPr>
          <w:rFonts w:ascii="Times New Roman" w:hAnsi="Times New Roman" w:eastAsia="Times New Roman" w:cs="Times New Roman"/>
          <w:b/>
          <w:sz w:val="24"/>
        </w:rPr>
        <w:t>absent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Dan Wellington</w:t>
      </w:r>
    </w:p>
    <w:p>
      <w:pPr/>
      <w:r>
        <w:rPr>
          <w:rFonts w:ascii="Times New Roman" w:hAnsi="Times New Roman" w:eastAsia="Times New Roman" w:cs="Times New Roman"/>
          <w:sz w:val="24"/>
        </w:rPr>
        <w:t>Josh Wellington</w:t>
      </w:r>
    </w:p>
    <w:p>
      <w:pPr/>
    </w:p>
    <w:p>
      <w:pPr/>
      <w:r>
        <w:rPr>
          <w:rFonts w:ascii="Times New Roman" w:hAnsi="Times New Roman" w:eastAsia="Times New Roman" w:cs="Times New Roman"/>
          <w:b/>
          <w:sz w:val="24"/>
        </w:rPr>
        <w:t>III. CALL TO ORDER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Previous Meetings Minutes</w:t>
      </w:r>
      <w:r>
        <w:rPr>
          <w:rFonts w:ascii="Times New Roman" w:hAnsi="Times New Roman" w:eastAsia="Times New Roman" w:cs="Times New Roman"/>
          <w:sz w:val="24"/>
        </w:rPr>
        <w:t xml:space="preserve"> – Speaker: Ralph Bernstein – 11:16 AM</w:t>
      </w:r>
    </w:p>
    <w:p>
      <w:pPr/>
    </w:p>
    <w:p>
      <w:pPr/>
      <w:r>
        <w:rPr>
          <w:rFonts w:ascii="Times New Roman" w:hAnsi="Times New Roman" w:eastAsia="Times New Roman" w:cs="Times New Roman"/>
          <w:sz w:val="24"/>
        </w:rPr>
        <w:t>There was a call to order by the Chairperson to approve the meeting minutes of the previous meeting on November 15, 2020. The minutes were approved by a unanimous vote by all the attendees.</w:t>
      </w:r>
    </w:p>
    <w:p>
      <w:pPr/>
    </w:p>
    <w:p>
      <w:pPr/>
      <w:r>
        <w:rPr>
          <w:rFonts w:ascii="Times New Roman" w:hAnsi="Times New Roman" w:eastAsia="Times New Roman" w:cs="Times New Roman"/>
          <w:b/>
          <w:sz w:val="24"/>
        </w:rPr>
        <w:t>Meeting Agenda Distribution</w:t>
      </w:r>
      <w:r>
        <w:rPr>
          <w:rFonts w:ascii="Times New Roman" w:hAnsi="Times New Roman" w:eastAsia="Times New Roman" w:cs="Times New Roman"/>
          <w:sz w:val="24"/>
        </w:rPr>
        <w:t xml:space="preserve"> – Speaker: Ralph Bernstein – At 11:24 AM</w:t>
      </w:r>
    </w:p>
    <w:p>
      <w:pPr/>
    </w:p>
    <w:p>
      <w:pPr/>
      <w:r>
        <w:rPr>
          <w:rFonts w:ascii="Times New Roman" w:hAnsi="Times New Roman" w:eastAsia="Times New Roman" w:cs="Times New Roman"/>
          <w:sz w:val="24"/>
        </w:rPr>
        <w:t>A meeting agenda was distributed to all attendees of the meeting. After giving 5 minutes to review, a vote of the meeting agenda was produced.</w:t>
      </w:r>
    </w:p>
    <w:p>
      <w:pPr/>
    </w:p>
    <w:p>
      <w:pPr/>
      <w:r>
        <w:rPr>
          <w:rFonts w:ascii="Times New Roman" w:hAnsi="Times New Roman" w:eastAsia="Times New Roman" w:cs="Times New Roman"/>
          <w:sz w:val="24"/>
        </w:rPr>
        <w:t>At 11:31 AM, a vote was made, and the meeting agenda was approved by unanimous vote. Chester Rogers added an item to speak about possible Google Ads campaigns and was also approved by unanimous vote.</w:t>
      </w:r>
    </w:p>
    <w:p>
      <w:pPr/>
    </w:p>
    <w:p>
      <w:pPr/>
      <w:r>
        <w:rPr>
          <w:rFonts w:ascii="Times New Roman" w:hAnsi="Times New Roman" w:eastAsia="Times New Roman" w:cs="Times New Roman"/>
          <w:b/>
          <w:sz w:val="24"/>
        </w:rPr>
        <w:t>IV. OLD BUSINESS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Finding a Sales Manager Replacement</w:t>
      </w:r>
      <w:r>
        <w:rPr>
          <w:rFonts w:ascii="Times New Roman" w:hAnsi="Times New Roman" w:eastAsia="Times New Roman" w:cs="Times New Roman"/>
          <w:sz w:val="24"/>
        </w:rPr>
        <w:t xml:space="preserve"> – Speaker: Fred Lewiston – 11:35 AM</w:t>
      </w:r>
    </w:p>
    <w:p>
      <w:pPr/>
    </w:p>
    <w:p>
      <w:pPr/>
      <w:r>
        <w:rPr>
          <w:rFonts w:ascii="Times New Roman" w:hAnsi="Times New Roman" w:eastAsia="Times New Roman" w:cs="Times New Roman"/>
          <w:sz w:val="24"/>
        </w:rPr>
        <w:t>As mentioned in last week’s meeting, there is still a need to replace the sales manager. Fred had mentioned there were possible candidates being considered at this time. Due to the holidays, there probably won’t be much progress on employing a new manager until after the new year.</w:t>
      </w:r>
    </w:p>
    <w:p>
      <w:pPr/>
    </w:p>
    <w:p>
      <w:pPr/>
      <w:r>
        <w:rPr>
          <w:rFonts w:ascii="Times New Roman" w:hAnsi="Times New Roman" w:eastAsia="Times New Roman" w:cs="Times New Roman"/>
          <w:b/>
          <w:sz w:val="24"/>
        </w:rPr>
        <w:t>Holiday Customer Service Hours</w:t>
      </w:r>
      <w:r>
        <w:rPr>
          <w:rFonts w:ascii="Times New Roman" w:hAnsi="Times New Roman" w:eastAsia="Times New Roman" w:cs="Times New Roman"/>
          <w:sz w:val="24"/>
        </w:rPr>
        <w:t xml:space="preserve"> – Speaker: Ralph Bernstein – 11:42 AM</w:t>
      </w:r>
    </w:p>
    <w:p>
      <w:pPr/>
    </w:p>
    <w:p>
      <w:pPr/>
      <w:r>
        <w:rPr>
          <w:rFonts w:ascii="Times New Roman" w:hAnsi="Times New Roman" w:eastAsia="Times New Roman" w:cs="Times New Roman"/>
          <w:sz w:val="24"/>
        </w:rPr>
        <w:t>The holiday service hours have been published. As a company, we have decided to close all offices for Christmas Eve and Christmas Day.In addition, on New Year’s Eve the office will close at 12 noon. All other days will operate at normal business hours.</w:t>
      </w:r>
    </w:p>
    <w:p>
      <w:pPr/>
    </w:p>
    <w:p>
      <w:pPr/>
      <w:r>
        <w:rPr>
          <w:rFonts w:ascii="Times New Roman" w:hAnsi="Times New Roman" w:eastAsia="Times New Roman" w:cs="Times New Roman"/>
          <w:b/>
          <w:sz w:val="24"/>
        </w:rPr>
        <w:t>V. NEW BUSINESS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Annual Bonuses</w:t>
      </w:r>
      <w:r>
        <w:rPr>
          <w:rFonts w:ascii="Times New Roman" w:hAnsi="Times New Roman" w:eastAsia="Times New Roman" w:cs="Times New Roman"/>
          <w:sz w:val="24"/>
        </w:rPr>
        <w:t xml:space="preserve"> – Speaker Ralph Bernstein – 11:46 AM</w:t>
      </w:r>
    </w:p>
    <w:p>
      <w:pPr/>
    </w:p>
    <w:p>
      <w:pPr/>
      <w:r>
        <w:rPr>
          <w:rFonts w:ascii="Times New Roman" w:hAnsi="Times New Roman" w:eastAsia="Times New Roman" w:cs="Times New Roman"/>
          <w:sz w:val="24"/>
        </w:rPr>
        <w:t>It has been decided by the board to approve a 10% bonus to all employees for reaching goals that were put forth at the beginning of the year. Sales goals were accomplished and therefore this bonus is well-deserved by the employees.</w:t>
      </w:r>
    </w:p>
    <w:p>
      <w:pPr/>
    </w:p>
    <w:p>
      <w:pPr/>
      <w:r>
        <w:rPr>
          <w:rFonts w:ascii="Times New Roman" w:hAnsi="Times New Roman" w:eastAsia="Times New Roman" w:cs="Times New Roman"/>
          <w:b/>
          <w:sz w:val="24"/>
        </w:rPr>
        <w:t>Quarterly Reports</w:t>
      </w:r>
      <w:r>
        <w:rPr>
          <w:rFonts w:ascii="Times New Roman" w:hAnsi="Times New Roman" w:eastAsia="Times New Roman" w:cs="Times New Roman"/>
          <w:sz w:val="24"/>
        </w:rPr>
        <w:t xml:space="preserve"> – Speaker: Allen Freeman – 11:55 AM</w:t>
      </w:r>
    </w:p>
    <w:p>
      <w:pPr/>
    </w:p>
    <w:p>
      <w:pPr/>
      <w:r>
        <w:rPr>
          <w:rFonts w:ascii="Times New Roman" w:hAnsi="Times New Roman" w:eastAsia="Times New Roman" w:cs="Times New Roman"/>
          <w:sz w:val="24"/>
        </w:rPr>
        <w:t>Sales and quarterly reports are issues to the attendees. Some of the highlights are as follows:</w:t>
      </w:r>
    </w:p>
    <w:p>
      <w:pPr/>
    </w:p>
    <w:p>
      <w:pPr/>
      <w:r>
        <w:rPr>
          <w:rFonts w:ascii="Times New Roman" w:hAnsi="Times New Roman" w:eastAsia="Times New Roman" w:cs="Times New Roman"/>
          <w:sz w:val="24"/>
        </w:rPr>
        <w:t>Quarterly Revenue: $1,208,890.52</w:t>
      </w:r>
    </w:p>
    <w:p>
      <w:pPr/>
      <w:r>
        <w:rPr>
          <w:rFonts w:ascii="Times New Roman" w:hAnsi="Times New Roman" w:eastAsia="Times New Roman" w:cs="Times New Roman"/>
          <w:sz w:val="24"/>
        </w:rPr>
        <w:t>Expenses: $383,755.10</w:t>
      </w:r>
    </w:p>
    <w:p>
      <w:pPr/>
      <w:r>
        <w:rPr>
          <w:rFonts w:ascii="Times New Roman" w:hAnsi="Times New Roman" w:eastAsia="Times New Roman" w:cs="Times New Roman"/>
          <w:sz w:val="24"/>
        </w:rPr>
        <w:t>Profit: $825,135.42</w:t>
      </w:r>
    </w:p>
    <w:p>
      <w:pPr/>
    </w:p>
    <w:p>
      <w:pPr/>
      <w:r>
        <w:rPr>
          <w:rFonts w:ascii="Times New Roman" w:hAnsi="Times New Roman" w:eastAsia="Times New Roman" w:cs="Times New Roman"/>
          <w:sz w:val="24"/>
        </w:rPr>
        <w:t>This was a 12% increase over last year mainly due to more efficient e-mail marketing.</w:t>
      </w:r>
    </w:p>
    <w:p>
      <w:pPr/>
    </w:p>
    <w:p>
      <w:pPr/>
      <w:r>
        <w:rPr>
          <w:rFonts w:ascii="Times New Roman" w:hAnsi="Times New Roman" w:eastAsia="Times New Roman" w:cs="Times New Roman"/>
          <w:b/>
          <w:sz w:val="24"/>
        </w:rPr>
        <w:t>VI. OTHER ITEMS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Time-Off in 2021</w:t>
      </w:r>
      <w:r>
        <w:rPr>
          <w:rFonts w:ascii="Times New Roman" w:hAnsi="Times New Roman" w:eastAsia="Times New Roman" w:cs="Times New Roman"/>
          <w:sz w:val="24"/>
        </w:rPr>
        <w:t xml:space="preserve"> – Speaker: Ralph Bernstein– 12:21 PM</w:t>
      </w:r>
    </w:p>
    <w:p>
      <w:pPr/>
    </w:p>
    <w:p>
      <w:pPr/>
      <w:r>
        <w:rPr>
          <w:rFonts w:ascii="Times New Roman" w:hAnsi="Times New Roman" w:eastAsia="Times New Roman" w:cs="Times New Roman"/>
          <w:sz w:val="24"/>
        </w:rPr>
        <w:t>It is being required that all executive members must take at least 2-weeks (10 workdays) off in 2021. Due to the executive team not taking vacations, it is being mandated that all executive members take this time off for their own well-being.</w:t>
      </w:r>
    </w:p>
    <w:p>
      <w:pPr/>
    </w:p>
    <w:p>
      <w:pPr/>
      <w:r>
        <w:rPr>
          <w:rFonts w:ascii="Times New Roman" w:hAnsi="Times New Roman" w:eastAsia="Times New Roman" w:cs="Times New Roman"/>
          <w:b/>
          <w:sz w:val="24"/>
        </w:rPr>
        <w:t>VII. ADJOURNMENT</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 xml:space="preserve">Meeting has Ended </w:t>
      </w:r>
      <w:r>
        <w:rPr>
          <w:rFonts w:ascii="Times New Roman" w:hAnsi="Times New Roman" w:eastAsia="Times New Roman" w:cs="Times New Roman"/>
          <w:sz w:val="24"/>
        </w:rPr>
        <w:t>– Speaker: Ralph Bernstein– 12:28 PM</w:t>
      </w:r>
    </w:p>
    <w:p>
      <w:pPr/>
    </w:p>
    <w:p>
      <w:pPr/>
    </w:p>
    <w:p>
      <w:pPr/>
      <w:r>
        <w:rPr>
          <w:rFonts w:ascii="Times New Roman" w:hAnsi="Times New Roman" w:eastAsia="Times New Roman" w:cs="Times New Roman"/>
          <w:sz w:val="24"/>
        </w:rPr>
        <w:t xml:space="preserve">Minutes submitted by: ______________________ Print Name: </w:t>
      </w:r>
      <w:r>
        <w:rPr>
          <w:rFonts w:ascii="Times New Roman" w:hAnsi="Times New Roman" w:eastAsia="Times New Roman" w:cs="Times New Roman"/>
          <w:sz w:val="24"/>
        </w:rPr>
        <w:t>Jessica Foley</w:t>
      </w:r>
    </w:p>
    <w:p>
      <w:pPr/>
    </w:p>
    <w:p>
      <w:pPr/>
    </w:p>
    <w:p>
      <w:pPr/>
      <w:r>
        <w:rPr>
          <w:rFonts w:ascii="Times New Roman" w:hAnsi="Times New Roman" w:eastAsia="Times New Roman" w:cs="Times New Roman"/>
          <w:sz w:val="24"/>
        </w:rPr>
        <w:t xml:space="preserve">Approved by: ______________________ Print Name: </w:t>
      </w:r>
      <w:r>
        <w:rPr>
          <w:rFonts w:ascii="Times New Roman" w:hAnsi="Times New Roman" w:eastAsia="Times New Roman" w:cs="Times New Roman"/>
          <w:sz w:val="24"/>
        </w:rPr>
        <w:t>Ralph Bernstein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