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5" w:after="0" w:line="240" w:lineRule="auto"/>
      </w:pPr>
      <w:r>
        <w:rPr>
          <w:rFonts w:ascii="Times New Roman" w:hAnsi="Times New Roman" w:eastAsia="Times New Roman" w:cs="Times New Roman"/>
          <w:sz w:val="24"/>
        </w:rPr>
        <w:t xml:space="preserve">SAMPLE </w:t>
      </w:r>
      <w:r>
        <w:rPr>
          <w:rFonts w:ascii="Times New Roman" w:hAnsi="Times New Roman" w:eastAsia="Times New Roman" w:cs="Times New Roman"/>
          <w:sz w:val="24"/>
        </w:rPr>
        <w:t xml:space="preserve">BUSINESS MEETING MINUTES FOR </w:t>
      </w:r>
      <w:r>
        <w:rPr>
          <w:rFonts w:ascii="Times New Roman" w:hAnsi="Times New Roman" w:eastAsia="Times New Roman" w:cs="Times New Roman"/>
          <w:sz w:val="24"/>
        </w:rPr>
        <w:t>JONES CONSULTANTS, INC.</w:t>
      </w:r>
    </w:p>
    <w:p>
      <w:pPr>
        <w:spacing w:before="7" w:after="0"/>
      </w:pPr>
    </w:p>
    <w:p>
      <w:pPr/>
      <w:r>
        <w:rPr>
          <w:rFonts w:ascii="Times New Roman" w:hAnsi="Times New Roman" w:eastAsia="Times New Roman" w:cs="Times New Roman"/>
          <w:sz w:val="24"/>
        </w:rPr>
        <w:t>MEETING</w:t>
      </w:r>
      <w:r>
        <w:rPr>
          <w:rFonts w:ascii="Times New Roman" w:hAnsi="Times New Roman" w:eastAsia="Times New Roman" w:cs="Times New Roman"/>
          <w:sz w:val="24"/>
        </w:rPr>
        <w:t xml:space="preserve"> </w:t>
      </w:r>
      <w:r>
        <w:rPr>
          <w:rFonts w:ascii="Times New Roman" w:hAnsi="Times New Roman" w:eastAsia="Times New Roman" w:cs="Times New Roman"/>
          <w:sz w:val="24"/>
        </w:rPr>
        <w:t>DETAILS</w:t>
      </w:r>
    </w:p>
    <w:p>
      <w:pPr>
        <w:spacing w:before="10" w:after="0"/>
      </w:pPr>
    </w:p>
    <w:p>
      <w:pPr>
        <w:spacing w:line="240" w:lineRule="auto"/>
      </w:pPr>
      <w:r>
        <w:rPr>
          <w:rFonts w:ascii="Times New Roman" w:hAnsi="Times New Roman" w:eastAsia="Times New Roman" w:cs="Times New Roman"/>
          <w:sz w:val="24"/>
        </w:rPr>
        <w:t xml:space="preserve">Chairperson: </w:t>
      </w:r>
      <w:r>
        <w:rPr>
          <w:rFonts w:ascii="Times New Roman" w:hAnsi="Times New Roman" w:eastAsia="Times New Roman" w:cs="Times New Roman"/>
          <w:sz w:val="24"/>
        </w:rPr>
        <w:t xml:space="preserve">Kathleen Jones </w:t>
      </w:r>
      <w:r>
        <w:rPr>
          <w:rFonts w:ascii="Times New Roman" w:hAnsi="Times New Roman" w:eastAsia="Times New Roman" w:cs="Times New Roman"/>
          <w:sz w:val="24"/>
        </w:rPr>
        <w:t xml:space="preserve">Secretary: </w:t>
      </w:r>
      <w:r>
        <w:rPr>
          <w:rFonts w:ascii="Times New Roman" w:hAnsi="Times New Roman" w:eastAsia="Times New Roman" w:cs="Times New Roman"/>
          <w:sz w:val="24"/>
        </w:rPr>
        <w:t>Andrew Cruz</w:t>
      </w:r>
    </w:p>
    <w:p>
      <w:pPr>
        <w:spacing w:before="8" w:after="0"/>
      </w:pPr>
    </w:p>
    <w:p>
      <w:pPr>
        <w:spacing w:line="275" w:lineRule="exact"/>
      </w:pPr>
      <w:r>
        <w:rPr>
          <w:rFonts w:ascii="Times New Roman" w:hAnsi="Times New Roman" w:eastAsia="Times New Roman" w:cs="Times New Roman"/>
          <w:sz w:val="24"/>
        </w:rPr>
        <w:t xml:space="preserve">Date: </w:t>
      </w:r>
      <w:r>
        <w:rPr>
          <w:rFonts w:ascii="Times New Roman" w:hAnsi="Times New Roman" w:eastAsia="Times New Roman" w:cs="Times New Roman"/>
          <w:sz w:val="24"/>
        </w:rPr>
        <w:t>January 11, 2021</w:t>
      </w:r>
    </w:p>
    <w:p>
      <w:pPr>
        <w:spacing w:line="275" w:lineRule="exact"/>
      </w:pPr>
      <w:r>
        <w:rPr>
          <w:rFonts w:ascii="Times New Roman" w:hAnsi="Times New Roman" w:eastAsia="Times New Roman" w:cs="Times New Roman"/>
          <w:sz w:val="24"/>
        </w:rPr>
        <w:t xml:space="preserve">Time: </w:t>
      </w:r>
      <w:r>
        <w:rPr>
          <w:rFonts w:ascii="Times New Roman" w:hAnsi="Times New Roman" w:eastAsia="Times New Roman" w:cs="Times New Roman"/>
          <w:sz w:val="24"/>
        </w:rPr>
        <w:t>10:00 am</w:t>
      </w:r>
    </w:p>
    <w:p>
      <w:pPr>
        <w:spacing w:before="4" w:after="0"/>
      </w:pPr>
    </w:p>
    <w:p>
      <w:pPr/>
      <w:r>
        <w:rPr>
          <w:rFonts w:ascii="Times New Roman" w:hAnsi="Times New Roman" w:eastAsia="Times New Roman" w:cs="Times New Roman"/>
          <w:sz w:val="24"/>
        </w:rPr>
        <w:t xml:space="preserve">Location: </w:t>
      </w:r>
      <w:r>
        <w:rPr>
          <w:rFonts w:ascii="Times New Roman" w:hAnsi="Times New Roman" w:eastAsia="Times New Roman" w:cs="Times New Roman"/>
          <w:sz w:val="24"/>
        </w:rPr>
        <w:t xml:space="preserve">Jones Consultants’ Headquarters </w:t>
      </w: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1234 Main St.</w:t>
      </w:r>
    </w:p>
    <w:p>
      <w:pPr/>
      <w:r>
        <w:rPr>
          <w:rFonts w:ascii="Times New Roman" w:hAnsi="Times New Roman" w:eastAsia="Times New Roman" w:cs="Times New Roman"/>
          <w:sz w:val="24"/>
        </w:rPr>
        <w:t xml:space="preserve">City: </w:t>
      </w:r>
      <w:r>
        <w:rPr>
          <w:rFonts w:ascii="Times New Roman" w:hAnsi="Times New Roman" w:eastAsia="Times New Roman" w:cs="Times New Roman"/>
          <w:sz w:val="24"/>
        </w:rPr>
        <w:t xml:space="preserve">Los Angeles </w:t>
      </w: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CA </w:t>
      </w:r>
      <w:r>
        <w:rPr>
          <w:rFonts w:ascii="Times New Roman" w:hAnsi="Times New Roman" w:eastAsia="Times New Roman" w:cs="Times New Roman"/>
          <w:sz w:val="24"/>
        </w:rPr>
        <w:t xml:space="preserve">Zip: </w:t>
      </w:r>
      <w:r>
        <w:rPr>
          <w:rFonts w:ascii="Times New Roman" w:hAnsi="Times New Roman" w:eastAsia="Times New Roman" w:cs="Times New Roman"/>
          <w:sz w:val="24"/>
        </w:rPr>
        <w:t>91111</w:t>
      </w:r>
    </w:p>
    <w:p>
      <w:pPr/>
    </w:p>
    <w:p>
      <w:pPr>
        <w:spacing w:before="11" w:after="0"/>
      </w:pPr>
    </w:p>
    <w:p>
      <w:pPr>
        <w:ind w:hanging="261"/>
      </w:pPr>
      <w:r>
        <w:rPr>
          <w:rFonts w:ascii="Times New Roman" w:hAnsi="Times New Roman" w:eastAsia="Times New Roman" w:cs="Times New Roman"/>
          <w:sz w:val="24"/>
        </w:rPr>
        <w:t>ATTENDEES</w:t>
      </w:r>
      <w:r>
        <w:rPr>
          <w:rFonts w:ascii="Times New Roman" w:hAnsi="Times New Roman" w:eastAsia="Times New Roman" w:cs="Times New Roman"/>
          <w:b w:val="0"/>
          <w:sz w:val="24"/>
        </w:rPr>
        <w:t>.</w:t>
      </w:r>
    </w:p>
    <w:p>
      <w:pPr>
        <w:spacing w:before="9" w:after="0"/>
      </w:pPr>
    </w:p>
    <w:p>
      <w:pPr>
        <w:spacing w:before="1" w:after="0"/>
      </w:pPr>
      <w:r>
        <w:rPr>
          <w:rFonts w:ascii="Times New Roman" w:hAnsi="Times New Roman" w:eastAsia="Times New Roman" w:cs="Times New Roman"/>
          <w:sz w:val="24"/>
        </w:rPr>
        <w:t>Kathleen</w:t>
      </w:r>
      <w:r>
        <w:rPr>
          <w:rFonts w:ascii="Times New Roman" w:hAnsi="Times New Roman" w:eastAsia="Times New Roman" w:cs="Times New Roman"/>
          <w:sz w:val="24"/>
        </w:rPr>
        <w:t xml:space="preserve"> </w:t>
      </w:r>
      <w:r>
        <w:rPr>
          <w:rFonts w:ascii="Times New Roman" w:hAnsi="Times New Roman" w:eastAsia="Times New Roman" w:cs="Times New Roman"/>
          <w:sz w:val="24"/>
        </w:rPr>
        <w:t>Jones</w:t>
      </w:r>
    </w:p>
    <w:p>
      <w:pPr/>
      <w:r>
        <w:rPr>
          <w:rFonts w:ascii="Times New Roman" w:hAnsi="Times New Roman" w:eastAsia="Times New Roman" w:cs="Times New Roman"/>
          <w:sz w:val="24"/>
        </w:rPr>
        <w:t>Andrew</w:t>
      </w:r>
      <w:r>
        <w:rPr>
          <w:rFonts w:ascii="Times New Roman" w:hAnsi="Times New Roman" w:eastAsia="Times New Roman" w:cs="Times New Roman"/>
          <w:sz w:val="24"/>
        </w:rPr>
        <w:t xml:space="preserve"> </w:t>
      </w:r>
      <w:r>
        <w:rPr>
          <w:rFonts w:ascii="Times New Roman" w:hAnsi="Times New Roman" w:eastAsia="Times New Roman" w:cs="Times New Roman"/>
          <w:sz w:val="24"/>
        </w:rPr>
        <w:t>Cruz</w:t>
      </w:r>
    </w:p>
    <w:p>
      <w:pPr/>
      <w:r>
        <w:rPr>
          <w:rFonts w:ascii="Times New Roman" w:hAnsi="Times New Roman" w:eastAsia="Times New Roman" w:cs="Times New Roman"/>
          <w:sz w:val="24"/>
        </w:rPr>
        <w:t>Jane</w:t>
      </w:r>
      <w:r>
        <w:rPr>
          <w:rFonts w:ascii="Times New Roman" w:hAnsi="Times New Roman" w:eastAsia="Times New Roman" w:cs="Times New Roman"/>
          <w:sz w:val="24"/>
        </w:rPr>
        <w:t xml:space="preserve"> </w:t>
      </w:r>
      <w:r>
        <w:rPr>
          <w:rFonts w:ascii="Times New Roman" w:hAnsi="Times New Roman" w:eastAsia="Times New Roman" w:cs="Times New Roman"/>
          <w:sz w:val="24"/>
        </w:rPr>
        <w:t>Richardson</w:t>
      </w:r>
    </w:p>
    <w:p>
      <w:pPr>
        <w:spacing w:before="4" w:after="0"/>
      </w:pPr>
      <w:r>
        <w:rPr>
          <w:rFonts w:ascii="Times New Roman" w:hAnsi="Times New Roman" w:eastAsia="Times New Roman" w:cs="Times New Roman"/>
          <w:sz w:val="24"/>
        </w:rPr>
        <w:t>Matthew</w:t>
      </w:r>
      <w:r>
        <w:rPr>
          <w:rFonts w:ascii="Times New Roman" w:hAnsi="Times New Roman" w:eastAsia="Times New Roman" w:cs="Times New Roman"/>
          <w:sz w:val="24"/>
        </w:rPr>
        <w:t xml:space="preserve"> </w:t>
      </w:r>
      <w:r>
        <w:rPr>
          <w:rFonts w:ascii="Times New Roman" w:hAnsi="Times New Roman" w:eastAsia="Times New Roman" w:cs="Times New Roman"/>
          <w:sz w:val="24"/>
        </w:rPr>
        <w:t>Johnson</w:t>
      </w:r>
    </w:p>
    <w:p>
      <w:pPr/>
      <w:r>
        <w:rPr>
          <w:rFonts w:ascii="Times New Roman" w:hAnsi="Times New Roman" w:eastAsia="Times New Roman" w:cs="Times New Roman"/>
          <w:sz w:val="24"/>
        </w:rPr>
        <w:t>Caroline</w:t>
      </w:r>
      <w:r>
        <w:rPr>
          <w:rFonts w:ascii="Times New Roman" w:hAnsi="Times New Roman" w:eastAsia="Times New Roman" w:cs="Times New Roman"/>
          <w:sz w:val="24"/>
        </w:rPr>
        <w:t xml:space="preserve"> </w:t>
      </w:r>
      <w:r>
        <w:rPr>
          <w:rFonts w:ascii="Times New Roman" w:hAnsi="Times New Roman" w:eastAsia="Times New Roman" w:cs="Times New Roman"/>
          <w:sz w:val="24"/>
        </w:rPr>
        <w:t>Vogel</w:t>
      </w:r>
    </w:p>
    <w:p>
      <w:pPr/>
      <w:r>
        <w:rPr>
          <w:rFonts w:ascii="Times New Roman" w:hAnsi="Times New Roman" w:eastAsia="Times New Roman" w:cs="Times New Roman"/>
          <w:sz w:val="24"/>
        </w:rPr>
        <w:t>Brady</w:t>
      </w:r>
      <w:r>
        <w:rPr>
          <w:rFonts w:ascii="Times New Roman" w:hAnsi="Times New Roman" w:eastAsia="Times New Roman" w:cs="Times New Roman"/>
          <w:sz w:val="24"/>
        </w:rPr>
        <w:t xml:space="preserve"> </w:t>
      </w:r>
      <w:r>
        <w:rPr>
          <w:rFonts w:ascii="Times New Roman" w:hAnsi="Times New Roman" w:eastAsia="Times New Roman" w:cs="Times New Roman"/>
          <w:sz w:val="24"/>
        </w:rPr>
        <w:t>Foster</w:t>
      </w:r>
    </w:p>
    <w:p>
      <w:pPr>
        <w:spacing w:before="9" w:after="0"/>
      </w:pPr>
    </w:p>
    <w:p>
      <w:pPr>
        <w:spacing w:before="1" w:after="0"/>
        <w:ind w:hanging="331"/>
      </w:pPr>
      <w:r>
        <w:rPr>
          <w:rFonts w:ascii="Times New Roman" w:hAnsi="Times New Roman" w:eastAsia="Times New Roman" w:cs="Times New Roman"/>
          <w:sz w:val="24"/>
        </w:rPr>
        <w:t>ABSENCES</w:t>
      </w:r>
      <w:r>
        <w:rPr>
          <w:rFonts w:ascii="Times New Roman" w:hAnsi="Times New Roman" w:eastAsia="Times New Roman" w:cs="Times New Roman"/>
          <w:b w:val="0"/>
          <w:sz w:val="24"/>
        </w:rPr>
        <w:t>.</w:t>
      </w:r>
    </w:p>
    <w:p>
      <w:pPr>
        <w:spacing w:before="3" w:after="0"/>
      </w:pPr>
    </w:p>
    <w:p>
      <w:pPr/>
      <w:r>
        <w:rPr>
          <w:rFonts w:ascii="Times New Roman" w:hAnsi="Times New Roman" w:eastAsia="Times New Roman" w:cs="Times New Roman"/>
          <w:sz w:val="24"/>
        </w:rPr>
        <w:t>Jeffrey</w:t>
      </w:r>
      <w:r>
        <w:rPr>
          <w:rFonts w:ascii="Times New Roman" w:hAnsi="Times New Roman" w:eastAsia="Times New Roman" w:cs="Times New Roman"/>
          <w:sz w:val="24"/>
        </w:rPr>
        <w:t xml:space="preserve"> </w:t>
      </w:r>
      <w:r>
        <w:rPr>
          <w:rFonts w:ascii="Times New Roman" w:hAnsi="Times New Roman" w:eastAsia="Times New Roman" w:cs="Times New Roman"/>
          <w:sz w:val="24"/>
        </w:rPr>
        <w:t>Bowler</w:t>
      </w:r>
    </w:p>
    <w:p>
      <w:pPr/>
      <w:r>
        <w:rPr>
          <w:rFonts w:ascii="Times New Roman" w:hAnsi="Times New Roman" w:eastAsia="Times New Roman" w:cs="Times New Roman"/>
          <w:sz w:val="24"/>
        </w:rPr>
        <w:t>Sarah</w:t>
      </w:r>
      <w:r>
        <w:rPr>
          <w:rFonts w:ascii="Times New Roman" w:hAnsi="Times New Roman" w:eastAsia="Times New Roman" w:cs="Times New Roman"/>
          <w:sz w:val="24"/>
        </w:rPr>
        <w:t xml:space="preserve"> </w:t>
      </w:r>
      <w:r>
        <w:rPr>
          <w:rFonts w:ascii="Times New Roman" w:hAnsi="Times New Roman" w:eastAsia="Times New Roman" w:cs="Times New Roman"/>
          <w:sz w:val="24"/>
        </w:rPr>
        <w:t>Andrews</w:t>
      </w:r>
    </w:p>
    <w:p>
      <w:pPr/>
      <w:r>
        <w:rPr>
          <w:rFonts w:ascii="Times New Roman" w:hAnsi="Times New Roman" w:eastAsia="Times New Roman" w:cs="Times New Roman"/>
          <w:sz w:val="24"/>
        </w:rPr>
        <w:t>Clayton</w:t>
      </w:r>
      <w:r>
        <w:rPr>
          <w:rFonts w:ascii="Times New Roman" w:hAnsi="Times New Roman" w:eastAsia="Times New Roman" w:cs="Times New Roman"/>
          <w:sz w:val="24"/>
        </w:rPr>
        <w:t xml:space="preserve"> </w:t>
      </w:r>
      <w:r>
        <w:rPr>
          <w:rFonts w:ascii="Times New Roman" w:hAnsi="Times New Roman" w:eastAsia="Times New Roman" w:cs="Times New Roman"/>
          <w:sz w:val="24"/>
        </w:rPr>
        <w:t>Pelch</w:t>
      </w:r>
    </w:p>
    <w:p>
      <w:pPr>
        <w:spacing w:before="3" w:after="0"/>
      </w:pPr>
    </w:p>
    <w:p>
      <w:pPr>
        <w:ind w:hanging="356"/>
      </w:pPr>
      <w:r>
        <w:rPr>
          <w:rFonts w:ascii="Times New Roman" w:hAnsi="Times New Roman" w:eastAsia="Times New Roman" w:cs="Times New Roman"/>
          <w:sz w:val="24"/>
        </w:rPr>
        <w:t>CALL TO</w:t>
      </w:r>
      <w:r>
        <w:rPr>
          <w:rFonts w:ascii="Times New Roman" w:hAnsi="Times New Roman" w:eastAsia="Times New Roman" w:cs="Times New Roman"/>
          <w:sz w:val="24"/>
        </w:rPr>
        <w:t xml:space="preserve"> </w:t>
      </w:r>
      <w:r>
        <w:rPr>
          <w:rFonts w:ascii="Times New Roman" w:hAnsi="Times New Roman" w:eastAsia="Times New Roman" w:cs="Times New Roman"/>
          <w:sz w:val="24"/>
        </w:rPr>
        <w:t>ORDER.</w:t>
      </w:r>
    </w:p>
    <w:p>
      <w:pPr>
        <w:spacing w:before="10" w:after="0"/>
      </w:pPr>
    </w:p>
    <w:p>
      <w:pPr/>
      <w:r>
        <w:rPr>
          <w:rFonts w:ascii="Times New Roman" w:hAnsi="Times New Roman" w:eastAsia="Times New Roman" w:cs="Times New Roman"/>
          <w:b/>
          <w:sz w:val="24"/>
        </w:rPr>
        <w:t xml:space="preserve">Previous Meeting Minutes </w:t>
      </w:r>
      <w:r>
        <w:rPr>
          <w:rFonts w:ascii="Times New Roman" w:hAnsi="Times New Roman" w:eastAsia="Times New Roman" w:cs="Times New Roman"/>
          <w:sz w:val="24"/>
        </w:rPr>
        <w:t>- Speaker Kathleen Jones - 10:05 am</w:t>
      </w:r>
    </w:p>
    <w:p>
      <w:pPr>
        <w:spacing w:before="10" w:after="0"/>
      </w:pPr>
    </w:p>
    <w:p>
      <w:pPr>
        <w:spacing w:line="240" w:lineRule="auto"/>
      </w:pPr>
      <w:r>
        <w:rPr>
          <w:rFonts w:ascii="Times New Roman" w:hAnsi="Times New Roman" w:eastAsia="Times New Roman" w:cs="Times New Roman"/>
          <w:sz w:val="24"/>
        </w:rPr>
        <w:t>There was a call to order by the Chairperson to approve the meeting minutes from the January 4, 2021 meeting. Attendees voted unanimously to approve the minutes.</w:t>
      </w:r>
    </w:p>
    <w:p>
      <w:pPr>
        <w:spacing w:before="8" w:after="0"/>
      </w:pPr>
    </w:p>
    <w:p>
      <w:pPr/>
      <w:r>
        <w:rPr>
          <w:rFonts w:ascii="Times New Roman" w:hAnsi="Times New Roman" w:eastAsia="Times New Roman" w:cs="Times New Roman"/>
          <w:b/>
          <w:sz w:val="24"/>
        </w:rPr>
        <w:t xml:space="preserve">Current Meeting Agenda </w:t>
      </w:r>
      <w:r>
        <w:rPr>
          <w:rFonts w:ascii="Times New Roman" w:hAnsi="Times New Roman" w:eastAsia="Times New Roman" w:cs="Times New Roman"/>
          <w:sz w:val="24"/>
        </w:rPr>
        <w:t>- Speaker Kathleen Jones - 10:15 am</w:t>
      </w:r>
    </w:p>
    <w:p>
      <w:pPr>
        <w:spacing w:before="10" w:after="0"/>
      </w:pPr>
    </w:p>
    <w:p>
      <w:pPr>
        <w:spacing w:line="240" w:lineRule="auto"/>
      </w:pPr>
      <w:r>
        <w:rPr>
          <w:rFonts w:ascii="Times New Roman" w:hAnsi="Times New Roman" w:eastAsia="Times New Roman" w:cs="Times New Roman"/>
          <w:sz w:val="24"/>
        </w:rPr>
        <w:t>The meeting agenda was distributed to all attendees, who were given time to review for any questions or additions.</w:t>
      </w:r>
    </w:p>
    <w:p>
      <w:pPr>
        <w:spacing w:before="8" w:after="0"/>
      </w:pPr>
    </w:p>
    <w:p>
      <w:pPr/>
      <w:r>
        <w:rPr>
          <w:rFonts w:ascii="Times New Roman" w:hAnsi="Times New Roman" w:eastAsia="Times New Roman" w:cs="Times New Roman"/>
          <w:sz w:val="24"/>
        </w:rPr>
        <w:t>At 10:23 am, the attendees voted unanimously to approve the agenda without any additions.</w:t>
      </w:r>
    </w:p>
    <w:p>
      <w:pPr>
        <w:spacing w:before="2" w:after="0"/>
      </w:pPr>
    </w:p>
    <w:p>
      <w:pPr>
        <w:spacing w:before="1" w:after="0"/>
        <w:ind w:hanging="291"/>
      </w:pPr>
      <w:r>
        <w:rPr>
          <w:rFonts w:ascii="Times New Roman" w:hAnsi="Times New Roman" w:eastAsia="Times New Roman" w:cs="Times New Roman"/>
          <w:sz w:val="24"/>
        </w:rPr>
        <w:t>OLD</w:t>
      </w:r>
      <w:r>
        <w:rPr>
          <w:rFonts w:ascii="Times New Roman" w:hAnsi="Times New Roman" w:eastAsia="Times New Roman" w:cs="Times New Roman"/>
          <w:sz w:val="24"/>
        </w:rPr>
        <w:t xml:space="preserve"> </w:t>
      </w:r>
      <w:r>
        <w:rPr>
          <w:rFonts w:ascii="Times New Roman" w:hAnsi="Times New Roman" w:eastAsia="Times New Roman" w:cs="Times New Roman"/>
          <w:sz w:val="24"/>
        </w:rPr>
        <w:t>BUSINESS</w:t>
      </w:r>
      <w:r>
        <w:rPr>
          <w:rFonts w:ascii="Times New Roman" w:hAnsi="Times New Roman" w:eastAsia="Times New Roman" w:cs="Times New Roman"/>
          <w:b w:val="0"/>
          <w:sz w:val="24"/>
        </w:rPr>
        <w:t>.</w:t>
      </w:r>
    </w:p>
    <w:p>
      <w:pPr>
        <w:spacing w:before="9" w:after="0"/>
      </w:pPr>
    </w:p>
    <w:p>
      <w:pPr/>
      <w:r>
        <w:rPr>
          <w:rFonts w:ascii="Times New Roman" w:hAnsi="Times New Roman" w:eastAsia="Times New Roman" w:cs="Times New Roman"/>
          <w:b/>
          <w:sz w:val="24"/>
        </w:rPr>
        <w:t xml:space="preserve">Search for New Office Manager </w:t>
      </w:r>
      <w:r>
        <w:rPr>
          <w:rFonts w:ascii="Times New Roman" w:hAnsi="Times New Roman" w:eastAsia="Times New Roman" w:cs="Times New Roman"/>
          <w:sz w:val="24"/>
        </w:rPr>
        <w:t>- Speaker Jane Richardson - 10:24 am</w:t>
      </w:r>
    </w:p>
    <w:p>
      <w:pPr/>
    </w:p>
    <w:p>
      <w:pPr>
        <w:spacing w:before="65" w:after="0"/>
      </w:pPr>
      <w:r>
        <w:rPr>
          <w:rFonts w:ascii="Times New Roman" w:hAnsi="Times New Roman" w:eastAsia="Times New Roman" w:cs="Times New Roman"/>
          <w:sz w:val="24"/>
        </w:rPr>
        <w:t>As mentioned in last week’s meeting, interviews have begun for the open position of Office Manager. Any new applicants will be kept on hold until the first round of interviews has been completed.</w:t>
      </w:r>
    </w:p>
    <w:p>
      <w:pPr>
        <w:spacing w:before="1" w:after="0"/>
      </w:pPr>
    </w:p>
    <w:p>
      <w:pPr/>
      <w:r>
        <w:rPr>
          <w:rFonts w:ascii="Times New Roman" w:hAnsi="Times New Roman" w:eastAsia="Times New Roman" w:cs="Times New Roman"/>
          <w:b/>
          <w:sz w:val="24"/>
        </w:rPr>
        <w:t xml:space="preserve">First Quarter Goal Setting </w:t>
      </w:r>
      <w:r>
        <w:rPr>
          <w:rFonts w:ascii="Times New Roman" w:hAnsi="Times New Roman" w:eastAsia="Times New Roman" w:cs="Times New Roman"/>
          <w:sz w:val="24"/>
        </w:rPr>
        <w:t>- Speaker Matthew Johnson - 10:30 am</w:t>
      </w:r>
    </w:p>
    <w:p>
      <w:pPr>
        <w:spacing w:before="10" w:after="0"/>
      </w:pPr>
    </w:p>
    <w:p>
      <w:pPr/>
      <w:r>
        <w:rPr>
          <w:rFonts w:ascii="Times New Roman" w:hAnsi="Times New Roman" w:eastAsia="Times New Roman" w:cs="Times New Roman"/>
          <w:sz w:val="24"/>
        </w:rPr>
        <w:t>As mentioned in last week’s meeting, all employees must schedule a one-on-one meeting with their supervisor to discuss their goals for the first quarter of 2021. These meetings must be completed no later than January 22, 2021.</w:t>
      </w:r>
    </w:p>
    <w:p>
      <w:pPr>
        <w:spacing w:before="1" w:after="0"/>
      </w:pPr>
    </w:p>
    <w:p>
      <w:pPr>
        <w:ind w:hanging="356"/>
      </w:pPr>
      <w:r>
        <w:rPr>
          <w:rFonts w:ascii="Times New Roman" w:hAnsi="Times New Roman" w:eastAsia="Times New Roman" w:cs="Times New Roman"/>
          <w:sz w:val="24"/>
        </w:rPr>
        <w:t>NEW</w:t>
      </w:r>
      <w:r>
        <w:rPr>
          <w:rFonts w:ascii="Times New Roman" w:hAnsi="Times New Roman" w:eastAsia="Times New Roman" w:cs="Times New Roman"/>
          <w:sz w:val="24"/>
        </w:rPr>
        <w:t xml:space="preserve"> </w:t>
      </w:r>
      <w:r>
        <w:rPr>
          <w:rFonts w:ascii="Times New Roman" w:hAnsi="Times New Roman" w:eastAsia="Times New Roman" w:cs="Times New Roman"/>
          <w:sz w:val="24"/>
        </w:rPr>
        <w:t>BUSINESS</w:t>
      </w:r>
      <w:r>
        <w:rPr>
          <w:rFonts w:ascii="Times New Roman" w:hAnsi="Times New Roman" w:eastAsia="Times New Roman" w:cs="Times New Roman"/>
          <w:b w:val="0"/>
          <w:sz w:val="24"/>
        </w:rPr>
        <w:t>.</w:t>
      </w:r>
    </w:p>
    <w:p>
      <w:pPr>
        <w:spacing w:before="10" w:after="0"/>
      </w:pPr>
    </w:p>
    <w:p>
      <w:pPr/>
      <w:r>
        <w:rPr>
          <w:rFonts w:ascii="Times New Roman" w:hAnsi="Times New Roman" w:eastAsia="Times New Roman" w:cs="Times New Roman"/>
          <w:b/>
          <w:sz w:val="24"/>
        </w:rPr>
        <w:t xml:space="preserve">New Client </w:t>
      </w:r>
      <w:r>
        <w:rPr>
          <w:rFonts w:ascii="Times New Roman" w:hAnsi="Times New Roman" w:eastAsia="Times New Roman" w:cs="Times New Roman"/>
          <w:sz w:val="24"/>
        </w:rPr>
        <w:t>- Speaker Caroline Vogel - 10:42 am</w:t>
      </w:r>
    </w:p>
    <w:p>
      <w:pPr>
        <w:spacing w:before="3" w:after="0"/>
      </w:pPr>
    </w:p>
    <w:p>
      <w:pPr>
        <w:spacing w:before="1" w:after="0"/>
      </w:pPr>
      <w:r>
        <w:rPr>
          <w:rFonts w:ascii="Times New Roman" w:hAnsi="Times New Roman" w:eastAsia="Times New Roman" w:cs="Times New Roman"/>
          <w:sz w:val="24"/>
        </w:rPr>
        <w:t>As of the new year, Caroline has secured a new business client, Art Promotions, LLC., based in San Diego, CA. Their main goal is to develop a new space plan for company headquarters that is more in line with the current company culture. Caroline will travel to San Diego from January 19-29, 2021, to begin space planning with Art Promotions, LLC. executives.</w:t>
      </w:r>
    </w:p>
    <w:p>
      <w:pPr>
        <w:spacing w:before="10" w:after="0"/>
      </w:pPr>
    </w:p>
    <w:p>
      <w:pPr>
        <w:spacing w:before="1" w:after="0"/>
        <w:ind w:hanging="426"/>
      </w:pP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ITEMS</w:t>
      </w:r>
      <w:r>
        <w:rPr>
          <w:rFonts w:ascii="Times New Roman" w:hAnsi="Times New Roman" w:eastAsia="Times New Roman" w:cs="Times New Roman"/>
          <w:b w:val="0"/>
          <w:sz w:val="24"/>
        </w:rPr>
        <w:t>.</w:t>
      </w:r>
    </w:p>
    <w:p>
      <w:pPr>
        <w:spacing w:before="9" w:after="0"/>
      </w:pPr>
    </w:p>
    <w:p>
      <w:pPr>
        <w:spacing w:line="475" w:lineRule="auto"/>
      </w:pPr>
      <w:r>
        <w:rPr>
          <w:rFonts w:ascii="Times New Roman" w:hAnsi="Times New Roman" w:eastAsia="Times New Roman" w:cs="Times New Roman"/>
          <w:b/>
          <w:sz w:val="24"/>
        </w:rPr>
        <w:t xml:space="preserve">2021 Holiday Schedule </w:t>
      </w:r>
      <w:r>
        <w:rPr>
          <w:rFonts w:ascii="Times New Roman" w:hAnsi="Times New Roman" w:eastAsia="Times New Roman" w:cs="Times New Roman"/>
          <w:sz w:val="24"/>
        </w:rPr>
        <w:t>- Speaker Kathleen Jones - 10:55 am The paid holiday schedule for 2021 will be:</w:t>
      </w:r>
    </w:p>
    <w:p>
      <w:pPr>
        <w:spacing w:before="7" w:after="0"/>
      </w:pPr>
      <w:r>
        <w:rPr>
          <w:rFonts w:ascii="Times New Roman" w:hAnsi="Times New Roman" w:eastAsia="Times New Roman" w:cs="Times New Roman"/>
          <w:sz w:val="24"/>
        </w:rPr>
        <w:t>New Year’s Day, January 1,</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r>
        <w:rPr>
          <w:rFonts w:ascii="Times New Roman" w:hAnsi="Times New Roman" w:eastAsia="Times New Roman" w:cs="Times New Roman"/>
          <w:sz w:val="24"/>
        </w:rPr>
        <w:t>Martin Luther King, Jr. Day, January 18,</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r>
        <w:rPr>
          <w:rFonts w:ascii="Times New Roman" w:hAnsi="Times New Roman" w:eastAsia="Times New Roman" w:cs="Times New Roman"/>
          <w:sz w:val="24"/>
        </w:rPr>
        <w:t>Easter, April 4,</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spacing w:line="240" w:lineRule="auto"/>
      </w:pPr>
      <w:r>
        <w:rPr>
          <w:rFonts w:ascii="Times New Roman" w:hAnsi="Times New Roman" w:eastAsia="Times New Roman" w:cs="Times New Roman"/>
          <w:sz w:val="24"/>
        </w:rPr>
        <w:t>Memorial Day, May 31,</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spacing w:before="4" w:after="0"/>
      </w:pPr>
      <w:r>
        <w:rPr>
          <w:rFonts w:ascii="Times New Roman" w:hAnsi="Times New Roman" w:eastAsia="Times New Roman" w:cs="Times New Roman"/>
          <w:sz w:val="24"/>
        </w:rPr>
        <w:t>Independence Day, July 4,</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r>
        <w:rPr>
          <w:rFonts w:ascii="Times New Roman" w:hAnsi="Times New Roman" w:eastAsia="Times New Roman" w:cs="Times New Roman"/>
          <w:sz w:val="24"/>
        </w:rPr>
        <w:t>Labor Day, September 6,</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r>
        <w:rPr>
          <w:rFonts w:ascii="Times New Roman" w:hAnsi="Times New Roman" w:eastAsia="Times New Roman" w:cs="Times New Roman"/>
          <w:sz w:val="24"/>
        </w:rPr>
        <w:t>Indigenous Peoples’ Day, October 11,</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r>
        <w:rPr>
          <w:rFonts w:ascii="Times New Roman" w:hAnsi="Times New Roman" w:eastAsia="Times New Roman" w:cs="Times New Roman"/>
          <w:sz w:val="24"/>
        </w:rPr>
        <w:t>Thanksgiving, November 25-26,</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spacing w:line="276" w:lineRule="exact"/>
      </w:pPr>
      <w:r>
        <w:rPr>
          <w:rFonts w:ascii="Times New Roman" w:hAnsi="Times New Roman" w:eastAsia="Times New Roman" w:cs="Times New Roman"/>
          <w:sz w:val="24"/>
        </w:rPr>
        <w:t>Christmas, December 24-25,</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spacing w:before="4" w:after="0" w:line="240" w:lineRule="auto"/>
      </w:pPr>
      <w:r>
        <w:rPr>
          <w:rFonts w:ascii="Times New Roman" w:hAnsi="Times New Roman" w:eastAsia="Times New Roman" w:cs="Times New Roman"/>
          <w:sz w:val="24"/>
        </w:rPr>
        <w:t>New Year’s Eve, December 31,</w:t>
      </w:r>
      <w:r>
        <w:rPr>
          <w:rFonts w:ascii="Times New Roman" w:hAnsi="Times New Roman" w:eastAsia="Times New Roman" w:cs="Times New Roman"/>
          <w:sz w:val="24"/>
        </w:rPr>
        <w:t xml:space="preserve"> </w:t>
      </w:r>
      <w:r>
        <w:rPr>
          <w:rFonts w:ascii="Times New Roman" w:hAnsi="Times New Roman" w:eastAsia="Times New Roman" w:cs="Times New Roman"/>
          <w:sz w:val="24"/>
        </w:rPr>
        <w:t>2021</w:t>
      </w:r>
    </w:p>
    <w:p>
      <w:pPr>
        <w:spacing w:before="9" w:after="0"/>
      </w:pPr>
    </w:p>
    <w:p>
      <w:pPr>
        <w:spacing w:before="1" w:after="0"/>
        <w:ind w:hanging="491"/>
      </w:pPr>
      <w:r>
        <w:rPr>
          <w:rFonts w:ascii="Times New Roman" w:hAnsi="Times New Roman" w:eastAsia="Times New Roman" w:cs="Times New Roman"/>
          <w:sz w:val="24"/>
        </w:rPr>
        <w:t>ADJOURNMENT</w:t>
      </w:r>
      <w:r>
        <w:rPr>
          <w:rFonts w:ascii="Times New Roman" w:hAnsi="Times New Roman" w:eastAsia="Times New Roman" w:cs="Times New Roman"/>
          <w:b w:val="0"/>
          <w:sz w:val="24"/>
        </w:rPr>
        <w:t>.</w:t>
      </w:r>
    </w:p>
    <w:p>
      <w:pPr>
        <w:spacing w:before="9" w:after="0"/>
      </w:pPr>
    </w:p>
    <w:p>
      <w:pPr/>
      <w:r>
        <w:rPr>
          <w:rFonts w:ascii="Times New Roman" w:hAnsi="Times New Roman" w:eastAsia="Times New Roman" w:cs="Times New Roman"/>
          <w:sz w:val="24"/>
        </w:rPr>
        <w:t>End of Meeting - Speaker Kathleen Jones - 11:00 am</w:t>
      </w:r>
    </w:p>
    <w:p>
      <w:pPr/>
    </w:p>
    <w:p>
      <w:pPr>
        <w:spacing w:before="3" w:after="0"/>
      </w:pPr>
    </w:p>
    <w:p>
      <w:pPr>
        <w:spacing w:line="722" w:lineRule="auto"/>
      </w:pPr>
      <w:r>
        <w:rPr>
          <w:rFonts w:ascii="Times New Roman" w:hAnsi="Times New Roman" w:eastAsia="Times New Roman" w:cs="Times New Roman"/>
          <w:sz w:val="24"/>
        </w:rPr>
        <w:t>Minutes</w:t>
      </w:r>
      <w:r>
        <w:rPr>
          <w:rFonts w:ascii="Times New Roman" w:hAnsi="Times New Roman" w:eastAsia="Times New Roman" w:cs="Times New Roman"/>
          <w:sz w:val="24"/>
        </w:rPr>
        <w:t xml:space="preserve"> </w:t>
      </w:r>
      <w:r>
        <w:rPr>
          <w:rFonts w:ascii="Times New Roman" w:hAnsi="Times New Roman" w:eastAsia="Times New Roman" w:cs="Times New Roman"/>
          <w:sz w:val="24"/>
        </w:rPr>
        <w:t>submitted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tab/>
        <w:tab/>
      </w: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 xml:space="preserve">Andrew Cruz </w:t>
      </w:r>
      <w:r>
        <w:rPr>
          <w:rFonts w:ascii="Times New Roman" w:hAnsi="Times New Roman" w:eastAsia="Times New Roman" w:cs="Times New Roman"/>
          <w:sz w:val="24"/>
        </w:rPr>
        <w:t>Approved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tab/>
      </w: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Kathleen</w:t>
      </w:r>
      <w:r>
        <w:rPr>
          <w:rFonts w:ascii="Times New Roman" w:hAnsi="Times New Roman" w:eastAsia="Times New Roman" w:cs="Times New Roman"/>
          <w:sz w:val="24"/>
        </w:rPr>
        <w:t xml:space="preserve"> </w:t>
      </w:r>
      <w:r>
        <w:rPr>
          <w:rFonts w:ascii="Times New Roman" w:hAnsi="Times New Roman" w:eastAsia="Times New Roman" w:cs="Times New Roman"/>
          <w:sz w:val="24"/>
        </w:rPr>
        <w:t>Jones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