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65" w:after="0" w:line="240" w:lineRule="auto"/>
      </w:pPr>
      <w:r>
        <w:rPr>
          <w:rFonts w:ascii="Times New Roman" w:hAnsi="Times New Roman" w:eastAsia="Times New Roman" w:cs="Times New Roman"/>
          <w:sz w:val="24"/>
        </w:rPr>
        <w:t xml:space="preserve">SAMPLE </w:t>
      </w:r>
      <w:r>
        <w:rPr>
          <w:rFonts w:ascii="Times New Roman" w:hAnsi="Times New Roman" w:eastAsia="Times New Roman" w:cs="Times New Roman"/>
          <w:sz w:val="24"/>
        </w:rPr>
        <w:t xml:space="preserve">CHURCH MEETING MINUTES FOR </w:t>
      </w:r>
      <w:r>
        <w:rPr>
          <w:rFonts w:ascii="Times New Roman" w:hAnsi="Times New Roman" w:eastAsia="Times New Roman" w:cs="Times New Roman"/>
          <w:sz w:val="24"/>
        </w:rPr>
        <w:t>ST. MARY’S CATHOLIC CHURCH</w:t>
      </w:r>
    </w:p>
    <w:p>
      <w:pPr>
        <w:spacing w:before="7" w:after="0"/>
      </w:pPr>
    </w:p>
    <w:p>
      <w:pPr/>
      <w:r>
        <w:rPr>
          <w:rFonts w:ascii="Times New Roman" w:hAnsi="Times New Roman" w:eastAsia="Times New Roman" w:cs="Times New Roman"/>
          <w:sz w:val="24"/>
        </w:rPr>
        <w:t>MEETING</w:t>
      </w:r>
      <w:r>
        <w:rPr>
          <w:rFonts w:ascii="Times New Roman" w:hAnsi="Times New Roman" w:eastAsia="Times New Roman" w:cs="Times New Roman"/>
          <w:sz w:val="24"/>
        </w:rPr>
        <w:t xml:space="preserve"> </w:t>
      </w:r>
      <w:r>
        <w:rPr>
          <w:rFonts w:ascii="Times New Roman" w:hAnsi="Times New Roman" w:eastAsia="Times New Roman" w:cs="Times New Roman"/>
          <w:sz w:val="24"/>
        </w:rPr>
        <w:t>DETAILS</w:t>
      </w:r>
    </w:p>
    <w:p>
      <w:pPr>
        <w:spacing w:before="10" w:after="0"/>
      </w:pPr>
    </w:p>
    <w:p>
      <w:pPr>
        <w:spacing w:line="240" w:lineRule="auto"/>
      </w:pPr>
      <w:r>
        <w:rPr>
          <w:rFonts w:ascii="Times New Roman" w:hAnsi="Times New Roman" w:eastAsia="Times New Roman" w:cs="Times New Roman"/>
          <w:sz w:val="24"/>
        </w:rPr>
        <w:t xml:space="preserve">Chairperson: </w:t>
      </w:r>
      <w:r>
        <w:rPr>
          <w:rFonts w:ascii="Times New Roman" w:hAnsi="Times New Roman" w:eastAsia="Times New Roman" w:cs="Times New Roman"/>
          <w:sz w:val="24"/>
        </w:rPr>
        <w:t xml:space="preserve">James Groves </w:t>
      </w:r>
      <w:r>
        <w:rPr>
          <w:rFonts w:ascii="Times New Roman" w:hAnsi="Times New Roman" w:eastAsia="Times New Roman" w:cs="Times New Roman"/>
          <w:sz w:val="24"/>
        </w:rPr>
        <w:t xml:space="preserve">Secretary: </w:t>
      </w:r>
      <w:r>
        <w:rPr>
          <w:rFonts w:ascii="Times New Roman" w:hAnsi="Times New Roman" w:eastAsia="Times New Roman" w:cs="Times New Roman"/>
          <w:sz w:val="24"/>
        </w:rPr>
        <w:t>David Johnson</w:t>
      </w:r>
    </w:p>
    <w:p>
      <w:pPr>
        <w:spacing w:before="8" w:after="0"/>
      </w:pPr>
    </w:p>
    <w:p>
      <w:pPr/>
      <w:r>
        <w:rPr>
          <w:rFonts w:ascii="Times New Roman" w:hAnsi="Times New Roman" w:eastAsia="Times New Roman" w:cs="Times New Roman"/>
          <w:sz w:val="24"/>
        </w:rPr>
        <w:t xml:space="preserve">Date: </w:t>
      </w:r>
      <w:r>
        <w:rPr>
          <w:rFonts w:ascii="Times New Roman" w:hAnsi="Times New Roman" w:eastAsia="Times New Roman" w:cs="Times New Roman"/>
          <w:sz w:val="24"/>
        </w:rPr>
        <w:t xml:space="preserve">February 19, 2021 </w:t>
      </w:r>
      <w:r>
        <w:rPr>
          <w:rFonts w:ascii="Times New Roman" w:hAnsi="Times New Roman" w:eastAsia="Times New Roman" w:cs="Times New Roman"/>
          <w:sz w:val="24"/>
        </w:rPr>
        <w:t xml:space="preserve">Time: </w:t>
      </w:r>
      <w:r>
        <w:rPr>
          <w:rFonts w:ascii="Times New Roman" w:hAnsi="Times New Roman" w:eastAsia="Times New Roman" w:cs="Times New Roman"/>
          <w:sz w:val="24"/>
        </w:rPr>
        <w:t>1:00pm</w:t>
      </w:r>
    </w:p>
    <w:p>
      <w:pPr>
        <w:spacing w:before="3" w:after="0"/>
      </w:pPr>
    </w:p>
    <w:p>
      <w:pPr/>
      <w:r>
        <w:rPr>
          <w:rFonts w:ascii="Times New Roman" w:hAnsi="Times New Roman" w:eastAsia="Times New Roman" w:cs="Times New Roman"/>
          <w:sz w:val="24"/>
        </w:rPr>
        <w:t xml:space="preserve">Location: </w:t>
      </w:r>
      <w:r>
        <w:rPr>
          <w:rFonts w:ascii="Times New Roman" w:hAnsi="Times New Roman" w:eastAsia="Times New Roman" w:cs="Times New Roman"/>
          <w:sz w:val="24"/>
        </w:rPr>
        <w:t xml:space="preserve">Church Administrative Office </w:t>
      </w:r>
      <w:r>
        <w:rPr>
          <w:rFonts w:ascii="Times New Roman" w:hAnsi="Times New Roman" w:eastAsia="Times New Roman" w:cs="Times New Roman"/>
          <w:sz w:val="24"/>
        </w:rPr>
        <w:t xml:space="preserve">Street </w:t>
      </w:r>
      <w:r>
        <w:rPr>
          <w:rFonts w:ascii="Times New Roman" w:hAnsi="Times New Roman" w:eastAsia="Times New Roman" w:cs="Times New Roman"/>
          <w:sz w:val="24"/>
        </w:rPr>
        <w:t>Address: 5678 Oak Ave.</w:t>
      </w:r>
    </w:p>
    <w:p>
      <w:pPr/>
      <w:r>
        <w:rPr>
          <w:rFonts w:ascii="Times New Roman" w:hAnsi="Times New Roman" w:eastAsia="Times New Roman" w:cs="Times New Roman"/>
          <w:sz w:val="24"/>
        </w:rPr>
        <w:t xml:space="preserve">City: </w:t>
      </w:r>
      <w:r>
        <w:rPr>
          <w:rFonts w:ascii="Times New Roman" w:hAnsi="Times New Roman" w:eastAsia="Times New Roman" w:cs="Times New Roman"/>
          <w:sz w:val="24"/>
        </w:rPr>
        <w:t xml:space="preserve">Tree Grove </w:t>
      </w:r>
      <w:r>
        <w:rPr>
          <w:rFonts w:ascii="Times New Roman" w:hAnsi="Times New Roman" w:eastAsia="Times New Roman" w:cs="Times New Roman"/>
          <w:sz w:val="24"/>
        </w:rPr>
        <w:t xml:space="preserve">State: </w:t>
      </w:r>
      <w:r>
        <w:rPr>
          <w:rFonts w:ascii="Times New Roman" w:hAnsi="Times New Roman" w:eastAsia="Times New Roman" w:cs="Times New Roman"/>
          <w:sz w:val="24"/>
        </w:rPr>
        <w:t xml:space="preserve">NY </w:t>
      </w:r>
      <w:r>
        <w:rPr>
          <w:rFonts w:ascii="Times New Roman" w:hAnsi="Times New Roman" w:eastAsia="Times New Roman" w:cs="Times New Roman"/>
          <w:sz w:val="24"/>
        </w:rPr>
        <w:t xml:space="preserve">Zip: </w:t>
      </w:r>
      <w:r>
        <w:rPr>
          <w:rFonts w:ascii="Times New Roman" w:hAnsi="Times New Roman" w:eastAsia="Times New Roman" w:cs="Times New Roman"/>
          <w:sz w:val="24"/>
        </w:rPr>
        <w:t>10234</w:t>
      </w:r>
    </w:p>
    <w:p>
      <w:pPr/>
    </w:p>
    <w:p>
      <w:pPr>
        <w:ind w:hanging="261"/>
      </w:pPr>
      <w:r>
        <w:rPr>
          <w:rFonts w:ascii="Times New Roman" w:hAnsi="Times New Roman" w:eastAsia="Times New Roman" w:cs="Times New Roman"/>
          <w:sz w:val="24"/>
        </w:rPr>
        <w:t>CALL TO</w:t>
      </w:r>
      <w:r>
        <w:rPr>
          <w:rFonts w:ascii="Times New Roman" w:hAnsi="Times New Roman" w:eastAsia="Times New Roman" w:cs="Times New Roman"/>
          <w:sz w:val="24"/>
        </w:rPr>
        <w:t xml:space="preserve"> </w:t>
      </w:r>
      <w:r>
        <w:rPr>
          <w:rFonts w:ascii="Times New Roman" w:hAnsi="Times New Roman" w:eastAsia="Times New Roman" w:cs="Times New Roman"/>
          <w:sz w:val="24"/>
        </w:rPr>
        <w:t>ORDER</w:t>
      </w:r>
    </w:p>
    <w:p>
      <w:pPr>
        <w:spacing w:before="10" w:after="0"/>
      </w:pPr>
    </w:p>
    <w:p>
      <w:pPr/>
      <w:r>
        <w:rPr>
          <w:rFonts w:ascii="Times New Roman" w:hAnsi="Times New Roman" w:eastAsia="Times New Roman" w:cs="Times New Roman"/>
          <w:b/>
          <w:sz w:val="24"/>
        </w:rPr>
        <w:t xml:space="preserve">Meeting Welcome </w:t>
      </w:r>
      <w:r>
        <w:rPr>
          <w:rFonts w:ascii="Times New Roman" w:hAnsi="Times New Roman" w:eastAsia="Times New Roman" w:cs="Times New Roman"/>
          <w:sz w:val="24"/>
        </w:rPr>
        <w:t>– Speaker James Groves – 1:00 pm</w:t>
      </w:r>
    </w:p>
    <w:p>
      <w:pPr>
        <w:spacing w:before="10" w:after="0"/>
      </w:pPr>
    </w:p>
    <w:p>
      <w:pPr/>
      <w:r>
        <w:rPr>
          <w:rFonts w:ascii="Times New Roman" w:hAnsi="Times New Roman" w:eastAsia="Times New Roman" w:cs="Times New Roman"/>
          <w:sz w:val="24"/>
        </w:rPr>
        <w:t>There was a call to order by the Chairperson to welcome everyone to the meeting and introduce Father Paul for the opening prayer.</w:t>
      </w:r>
    </w:p>
    <w:p>
      <w:pPr>
        <w:spacing w:before="2" w:after="0"/>
      </w:pPr>
    </w:p>
    <w:p>
      <w:pPr>
        <w:spacing w:line="480" w:lineRule="auto"/>
      </w:pPr>
      <w:r>
        <w:rPr>
          <w:rFonts w:ascii="Times New Roman" w:hAnsi="Times New Roman" w:eastAsia="Times New Roman" w:cs="Times New Roman"/>
          <w:b/>
          <w:sz w:val="24"/>
        </w:rPr>
        <w:t xml:space="preserve">Opening Prayer </w:t>
      </w:r>
      <w:r>
        <w:rPr>
          <w:rFonts w:ascii="Times New Roman" w:hAnsi="Times New Roman" w:eastAsia="Times New Roman" w:cs="Times New Roman"/>
          <w:sz w:val="24"/>
        </w:rPr>
        <w:t xml:space="preserve">– Speaker Father Paul – 1:03 pm The church pastor led the group in an opening prayer. </w:t>
      </w:r>
      <w:r>
        <w:rPr>
          <w:rFonts w:ascii="Times New Roman" w:hAnsi="Times New Roman" w:eastAsia="Times New Roman" w:cs="Times New Roman"/>
          <w:b/>
          <w:sz w:val="24"/>
        </w:rPr>
        <w:t xml:space="preserve">Meeting Goals </w:t>
      </w:r>
      <w:r>
        <w:rPr>
          <w:rFonts w:ascii="Times New Roman" w:hAnsi="Times New Roman" w:eastAsia="Times New Roman" w:cs="Times New Roman"/>
          <w:sz w:val="24"/>
        </w:rPr>
        <w:t>– Speaker James Groves – 1:05 pm</w:t>
      </w:r>
    </w:p>
    <w:p>
      <w:pPr/>
      <w:r>
        <w:rPr>
          <w:rFonts w:ascii="Times New Roman" w:hAnsi="Times New Roman" w:eastAsia="Times New Roman" w:cs="Times New Roman"/>
          <w:sz w:val="24"/>
        </w:rPr>
        <w:t>The Chairperson reviewed the goals of the meeting: hear current reports from each church department and discuss any outstanding questions and orders of business in response to the reports.</w:t>
      </w:r>
    </w:p>
    <w:p>
      <w:pPr>
        <w:spacing w:before="1" w:after="0"/>
      </w:pPr>
    </w:p>
    <w:p>
      <w:pPr>
        <w:ind w:hanging="331"/>
      </w:pPr>
      <w:r>
        <w:rPr>
          <w:rFonts w:ascii="Times New Roman" w:hAnsi="Times New Roman" w:eastAsia="Times New Roman" w:cs="Times New Roman"/>
          <w:sz w:val="24"/>
        </w:rPr>
        <w:t>ATTENDANCE</w:t>
      </w:r>
    </w:p>
    <w:p>
      <w:pPr>
        <w:spacing w:before="2" w:after="0"/>
      </w:pPr>
    </w:p>
    <w:p>
      <w:pPr/>
      <w:r>
        <w:rPr>
          <w:rFonts w:ascii="Times New Roman" w:hAnsi="Times New Roman" w:eastAsia="Times New Roman" w:cs="Times New Roman"/>
          <w:b/>
          <w:sz w:val="24"/>
        </w:rPr>
        <w:t>Attendees</w:t>
      </w:r>
    </w:p>
    <w:p>
      <w:pPr>
        <w:spacing w:before="4" w:after="0" w:line="286" w:lineRule="exact"/>
      </w:pPr>
      <w:r>
        <w:rPr>
          <w:rFonts w:ascii="Times New Roman" w:hAnsi="Times New Roman" w:eastAsia="Times New Roman" w:cs="Times New Roman"/>
          <w:sz w:val="24"/>
        </w:rPr>
        <w:t>James</w:t>
      </w:r>
      <w:r>
        <w:rPr>
          <w:rFonts w:ascii="Times New Roman" w:hAnsi="Times New Roman" w:eastAsia="Times New Roman" w:cs="Times New Roman"/>
          <w:sz w:val="24"/>
        </w:rPr>
        <w:t xml:space="preserve"> </w:t>
      </w:r>
      <w:r>
        <w:rPr>
          <w:rFonts w:ascii="Times New Roman" w:hAnsi="Times New Roman" w:eastAsia="Times New Roman" w:cs="Times New Roman"/>
          <w:sz w:val="24"/>
        </w:rPr>
        <w:t>Groves</w:t>
      </w:r>
    </w:p>
    <w:p>
      <w:pPr>
        <w:spacing w:line="275" w:lineRule="exact"/>
      </w:pPr>
      <w:r>
        <w:rPr>
          <w:rFonts w:ascii="Times New Roman" w:hAnsi="Times New Roman" w:eastAsia="Times New Roman" w:cs="Times New Roman"/>
          <w:sz w:val="24"/>
        </w:rPr>
        <w:t>Father</w:t>
      </w:r>
      <w:r>
        <w:rPr>
          <w:rFonts w:ascii="Times New Roman" w:hAnsi="Times New Roman" w:eastAsia="Times New Roman" w:cs="Times New Roman"/>
          <w:sz w:val="24"/>
        </w:rPr>
        <w:t xml:space="preserve"> </w:t>
      </w:r>
      <w:r>
        <w:rPr>
          <w:rFonts w:ascii="Times New Roman" w:hAnsi="Times New Roman" w:eastAsia="Times New Roman" w:cs="Times New Roman"/>
          <w:sz w:val="24"/>
        </w:rPr>
        <w:t>Paul</w:t>
      </w:r>
    </w:p>
    <w:p>
      <w:pPr>
        <w:spacing w:line="275" w:lineRule="exact"/>
      </w:pPr>
      <w:r>
        <w:rPr>
          <w:rFonts w:ascii="Times New Roman" w:hAnsi="Times New Roman" w:eastAsia="Times New Roman" w:cs="Times New Roman"/>
          <w:sz w:val="24"/>
        </w:rPr>
        <w:t>David</w:t>
      </w:r>
      <w:r>
        <w:rPr>
          <w:rFonts w:ascii="Times New Roman" w:hAnsi="Times New Roman" w:eastAsia="Times New Roman" w:cs="Times New Roman"/>
          <w:sz w:val="24"/>
        </w:rPr>
        <w:t xml:space="preserve"> </w:t>
      </w:r>
      <w:r>
        <w:rPr>
          <w:rFonts w:ascii="Times New Roman" w:hAnsi="Times New Roman" w:eastAsia="Times New Roman" w:cs="Times New Roman"/>
          <w:sz w:val="24"/>
        </w:rPr>
        <w:t>Johnson</w:t>
      </w:r>
    </w:p>
    <w:p>
      <w:pPr>
        <w:spacing w:line="275" w:lineRule="exact"/>
      </w:pPr>
      <w:r>
        <w:rPr>
          <w:rFonts w:ascii="Times New Roman" w:hAnsi="Times New Roman" w:eastAsia="Times New Roman" w:cs="Times New Roman"/>
          <w:sz w:val="24"/>
        </w:rPr>
        <w:t>Jennifer</w:t>
      </w:r>
      <w:r>
        <w:rPr>
          <w:rFonts w:ascii="Times New Roman" w:hAnsi="Times New Roman" w:eastAsia="Times New Roman" w:cs="Times New Roman"/>
          <w:sz w:val="24"/>
        </w:rPr>
        <w:t xml:space="preserve"> </w:t>
      </w:r>
      <w:r>
        <w:rPr>
          <w:rFonts w:ascii="Times New Roman" w:hAnsi="Times New Roman" w:eastAsia="Times New Roman" w:cs="Times New Roman"/>
          <w:sz w:val="24"/>
        </w:rPr>
        <w:t>Gomez</w:t>
      </w:r>
    </w:p>
    <w:p>
      <w:pPr>
        <w:spacing w:line="278" w:lineRule="exact"/>
      </w:pPr>
      <w:r>
        <w:rPr>
          <w:rFonts w:ascii="Times New Roman" w:hAnsi="Times New Roman" w:eastAsia="Times New Roman" w:cs="Times New Roman"/>
          <w:sz w:val="24"/>
        </w:rPr>
        <w:t>Samantha</w:t>
      </w:r>
      <w:r>
        <w:rPr>
          <w:rFonts w:ascii="Times New Roman" w:hAnsi="Times New Roman" w:eastAsia="Times New Roman" w:cs="Times New Roman"/>
          <w:sz w:val="24"/>
        </w:rPr>
        <w:t xml:space="preserve"> </w:t>
      </w:r>
      <w:r>
        <w:rPr>
          <w:rFonts w:ascii="Times New Roman" w:hAnsi="Times New Roman" w:eastAsia="Times New Roman" w:cs="Times New Roman"/>
          <w:sz w:val="24"/>
        </w:rPr>
        <w:t>Bowen</w:t>
      </w:r>
    </w:p>
    <w:p>
      <w:pPr>
        <w:spacing w:line="278" w:lineRule="exact"/>
      </w:pPr>
      <w:r>
        <w:rPr>
          <w:rFonts w:ascii="Times New Roman" w:hAnsi="Times New Roman" w:eastAsia="Times New Roman" w:cs="Times New Roman"/>
          <w:sz w:val="24"/>
        </w:rPr>
        <w:t>Mary</w:t>
      </w:r>
      <w:r>
        <w:rPr>
          <w:rFonts w:ascii="Times New Roman" w:hAnsi="Times New Roman" w:eastAsia="Times New Roman" w:cs="Times New Roman"/>
          <w:sz w:val="24"/>
        </w:rPr>
        <w:t xml:space="preserve"> </w:t>
      </w:r>
      <w:r>
        <w:rPr>
          <w:rFonts w:ascii="Times New Roman" w:hAnsi="Times New Roman" w:eastAsia="Times New Roman" w:cs="Times New Roman"/>
          <w:sz w:val="24"/>
        </w:rPr>
        <w:t>Allen</w:t>
      </w:r>
    </w:p>
    <w:p>
      <w:pPr>
        <w:spacing w:line="283" w:lineRule="exact"/>
      </w:pPr>
      <w:r>
        <w:rPr>
          <w:rFonts w:ascii="Times New Roman" w:hAnsi="Times New Roman" w:eastAsia="Times New Roman" w:cs="Times New Roman"/>
          <w:sz w:val="24"/>
        </w:rPr>
        <w:t>Jane</w:t>
      </w:r>
      <w:r>
        <w:rPr>
          <w:rFonts w:ascii="Times New Roman" w:hAnsi="Times New Roman" w:eastAsia="Times New Roman" w:cs="Times New Roman"/>
          <w:sz w:val="24"/>
        </w:rPr>
        <w:t xml:space="preserve"> </w:t>
      </w:r>
      <w:r>
        <w:rPr>
          <w:rFonts w:ascii="Times New Roman" w:hAnsi="Times New Roman" w:eastAsia="Times New Roman" w:cs="Times New Roman"/>
          <w:sz w:val="24"/>
        </w:rPr>
        <w:t>Lieu</w:t>
      </w:r>
    </w:p>
    <w:p>
      <w:pPr>
        <w:spacing w:line="272" w:lineRule="exact"/>
      </w:pPr>
      <w:r>
        <w:rPr>
          <w:rFonts w:ascii="Times New Roman" w:hAnsi="Times New Roman" w:eastAsia="Times New Roman" w:cs="Times New Roman"/>
          <w:b/>
          <w:sz w:val="24"/>
        </w:rPr>
        <w:t>Absentees</w:t>
      </w:r>
    </w:p>
    <w:p>
      <w:pPr>
        <w:spacing w:line="297" w:lineRule="exact"/>
      </w:pPr>
      <w:r>
        <w:rPr>
          <w:rFonts w:ascii="Times New Roman" w:hAnsi="Times New Roman" w:eastAsia="Times New Roman" w:cs="Times New Roman"/>
          <w:sz w:val="24"/>
        </w:rPr>
        <w:t>Mark</w:t>
      </w:r>
      <w:r>
        <w:rPr>
          <w:rFonts w:ascii="Times New Roman" w:hAnsi="Times New Roman" w:eastAsia="Times New Roman" w:cs="Times New Roman"/>
          <w:sz w:val="24"/>
        </w:rPr>
        <w:t xml:space="preserve"> </w:t>
      </w:r>
      <w:r>
        <w:rPr>
          <w:rFonts w:ascii="Times New Roman" w:hAnsi="Times New Roman" w:eastAsia="Times New Roman" w:cs="Times New Roman"/>
          <w:sz w:val="24"/>
        </w:rPr>
        <w:t>Blee</w:t>
      </w:r>
    </w:p>
    <w:p>
      <w:pPr>
        <w:spacing w:before="5" w:after="0"/>
      </w:pPr>
    </w:p>
    <w:p>
      <w:pPr>
        <w:ind w:hanging="356"/>
      </w:pPr>
      <w:r>
        <w:rPr>
          <w:rFonts w:ascii="Times New Roman" w:hAnsi="Times New Roman" w:eastAsia="Times New Roman" w:cs="Times New Roman"/>
          <w:sz w:val="24"/>
        </w:rPr>
        <w:t>PREVIOUS MEETING</w:t>
      </w:r>
      <w:r>
        <w:rPr>
          <w:rFonts w:ascii="Times New Roman" w:hAnsi="Times New Roman" w:eastAsia="Times New Roman" w:cs="Times New Roman"/>
          <w:sz w:val="24"/>
        </w:rPr>
        <w:t xml:space="preserve"> </w:t>
      </w:r>
      <w:r>
        <w:rPr>
          <w:rFonts w:ascii="Times New Roman" w:hAnsi="Times New Roman" w:eastAsia="Times New Roman" w:cs="Times New Roman"/>
          <w:sz w:val="24"/>
        </w:rPr>
        <w:t>MINUTES</w:t>
      </w:r>
    </w:p>
    <w:p>
      <w:pPr>
        <w:spacing w:before="10" w:after="0"/>
      </w:pPr>
    </w:p>
    <w:p>
      <w:pPr/>
      <w:r>
        <w:rPr>
          <w:rFonts w:ascii="Times New Roman" w:hAnsi="Times New Roman" w:eastAsia="Times New Roman" w:cs="Times New Roman"/>
          <w:b/>
          <w:sz w:val="24"/>
        </w:rPr>
        <w:t xml:space="preserve">Previous Meeting Minutes </w:t>
      </w:r>
      <w:r>
        <w:rPr>
          <w:rFonts w:ascii="Times New Roman" w:hAnsi="Times New Roman" w:eastAsia="Times New Roman" w:cs="Times New Roman"/>
          <w:sz w:val="24"/>
        </w:rPr>
        <w:t>– Speaker James Groves – 1:08 pm</w:t>
      </w:r>
    </w:p>
    <w:p>
      <w:pPr/>
    </w:p>
    <w:p>
      <w:pPr>
        <w:spacing w:before="70" w:after="0"/>
      </w:pPr>
      <w:r>
        <w:rPr>
          <w:rFonts w:ascii="Times New Roman" w:hAnsi="Times New Roman" w:eastAsia="Times New Roman" w:cs="Times New Roman"/>
          <w:sz w:val="24"/>
        </w:rPr>
        <w:t>The Secretary distributed the previous meeting minutes for the attendees to review. The Chairperson led a vote to approve the minutes. The group voted unanimously to approve.</w:t>
      </w:r>
    </w:p>
    <w:p>
      <w:pPr>
        <w:spacing w:before="8" w:after="0"/>
      </w:pPr>
    </w:p>
    <w:p>
      <w:pPr>
        <w:ind w:hanging="291"/>
      </w:pPr>
      <w:r>
        <w:rPr>
          <w:rFonts w:ascii="Times New Roman" w:hAnsi="Times New Roman" w:eastAsia="Times New Roman" w:cs="Times New Roman"/>
          <w:sz w:val="24"/>
        </w:rPr>
        <w:t>CURRENT MEETING</w:t>
      </w:r>
      <w:r>
        <w:rPr>
          <w:rFonts w:ascii="Times New Roman" w:hAnsi="Times New Roman" w:eastAsia="Times New Roman" w:cs="Times New Roman"/>
          <w:sz w:val="24"/>
        </w:rPr>
        <w:t xml:space="preserve"> </w:t>
      </w:r>
      <w:r>
        <w:rPr>
          <w:rFonts w:ascii="Times New Roman" w:hAnsi="Times New Roman" w:eastAsia="Times New Roman" w:cs="Times New Roman"/>
          <w:sz w:val="24"/>
        </w:rPr>
        <w:t>AGENDA</w:t>
      </w:r>
    </w:p>
    <w:p>
      <w:pPr>
        <w:spacing w:before="3" w:after="0"/>
      </w:pPr>
    </w:p>
    <w:p>
      <w:pPr/>
      <w:r>
        <w:rPr>
          <w:rFonts w:ascii="Times New Roman" w:hAnsi="Times New Roman" w:eastAsia="Times New Roman" w:cs="Times New Roman"/>
          <w:b/>
          <w:sz w:val="24"/>
        </w:rPr>
        <w:t xml:space="preserve">Current Meeting Agenda </w:t>
      </w:r>
      <w:r>
        <w:rPr>
          <w:rFonts w:ascii="Times New Roman" w:hAnsi="Times New Roman" w:eastAsia="Times New Roman" w:cs="Times New Roman"/>
          <w:sz w:val="24"/>
        </w:rPr>
        <w:t>– Speaker James Groves – 1:15 pm</w:t>
      </w:r>
    </w:p>
    <w:p>
      <w:pPr>
        <w:spacing w:before="10" w:after="0"/>
      </w:pPr>
    </w:p>
    <w:p>
      <w:pPr/>
      <w:r>
        <w:rPr>
          <w:rFonts w:ascii="Times New Roman" w:hAnsi="Times New Roman" w:eastAsia="Times New Roman" w:cs="Times New Roman"/>
          <w:sz w:val="24"/>
        </w:rPr>
        <w:t>The Secretary distributed the current meeting agenda for the attendees to review. The Business Manager requested to add a discussion about the spring carnival fundraiser. The Chairperson led a vote to approve the agenda with the new addition, and the group voted unanimously to approve.</w:t>
      </w:r>
    </w:p>
    <w:p>
      <w:pPr/>
    </w:p>
    <w:p>
      <w:pPr>
        <w:ind w:hanging="356"/>
      </w:pPr>
      <w:r>
        <w:rPr>
          <w:rFonts w:ascii="Times New Roman" w:hAnsi="Times New Roman" w:eastAsia="Times New Roman" w:cs="Times New Roman"/>
          <w:sz w:val="24"/>
        </w:rPr>
        <w:t>DEPARTMENT</w:t>
      </w:r>
      <w:r>
        <w:rPr>
          <w:rFonts w:ascii="Times New Roman" w:hAnsi="Times New Roman" w:eastAsia="Times New Roman" w:cs="Times New Roman"/>
          <w:sz w:val="24"/>
        </w:rPr>
        <w:t xml:space="preserve"> </w:t>
      </w:r>
      <w:r>
        <w:rPr>
          <w:rFonts w:ascii="Times New Roman" w:hAnsi="Times New Roman" w:eastAsia="Times New Roman" w:cs="Times New Roman"/>
          <w:sz w:val="24"/>
        </w:rPr>
        <w:t>REPORTS</w:t>
      </w:r>
    </w:p>
    <w:p>
      <w:pPr>
        <w:spacing w:before="3" w:after="0"/>
      </w:pPr>
    </w:p>
    <w:p>
      <w:pPr>
        <w:spacing w:before="1" w:after="0"/>
      </w:pPr>
      <w:r>
        <w:rPr>
          <w:rFonts w:ascii="Times New Roman" w:hAnsi="Times New Roman" w:eastAsia="Times New Roman" w:cs="Times New Roman"/>
          <w:b/>
          <w:sz w:val="24"/>
        </w:rPr>
        <w:t xml:space="preserve">Pastor Report </w:t>
      </w:r>
      <w:r>
        <w:rPr>
          <w:rFonts w:ascii="Times New Roman" w:hAnsi="Times New Roman" w:eastAsia="Times New Roman" w:cs="Times New Roman"/>
          <w:sz w:val="24"/>
        </w:rPr>
        <w:t>– Speaker Father Paul – 1:23 pm</w:t>
      </w:r>
    </w:p>
    <w:p>
      <w:pPr>
        <w:spacing w:before="9" w:after="0"/>
      </w:pPr>
    </w:p>
    <w:p>
      <w:pPr/>
      <w:r>
        <w:rPr>
          <w:rFonts w:ascii="Times New Roman" w:hAnsi="Times New Roman" w:eastAsia="Times New Roman" w:cs="Times New Roman"/>
          <w:sz w:val="24"/>
        </w:rPr>
        <w:t>Father Paul introduced the church’s newly hired Office Administrator, Mary Allen. Mary will assist the Business Manager, Samantha Bowen, with church administrative and operational needs.</w:t>
      </w:r>
    </w:p>
    <w:p>
      <w:pPr>
        <w:spacing w:before="1" w:after="0"/>
      </w:pPr>
    </w:p>
    <w:p>
      <w:pPr>
        <w:spacing w:before="1" w:after="0"/>
      </w:pPr>
      <w:r>
        <w:rPr>
          <w:rFonts w:ascii="Times New Roman" w:hAnsi="Times New Roman" w:eastAsia="Times New Roman" w:cs="Times New Roman"/>
          <w:sz w:val="24"/>
        </w:rPr>
        <w:t>He also informed the attendees that the remodel to the sacristy in the church would be completed by the end of February. The contractors just have to finish the painting and then all furnishings and décor can be returned to the space.</w:t>
      </w:r>
    </w:p>
    <w:p>
      <w:pPr>
        <w:spacing w:before="7" w:after="0"/>
      </w:pPr>
    </w:p>
    <w:p>
      <w:pPr>
        <w:spacing w:before="1" w:after="0" w:line="240" w:lineRule="auto"/>
        <w:jc w:val="both"/>
      </w:pPr>
      <w:r>
        <w:rPr>
          <w:rFonts w:ascii="Times New Roman" w:hAnsi="Times New Roman" w:eastAsia="Times New Roman" w:cs="Times New Roman"/>
          <w:sz w:val="24"/>
        </w:rPr>
        <w:t>Finally, he gave a summary of the teen retreat that took place at the Tree Grove Retreat Center the previous weekend. Fifty students attended and overall gave positive reviews of the event. There were no mishaps or emergencies reported.</w:t>
      </w:r>
    </w:p>
    <w:p>
      <w:pPr>
        <w:spacing w:before="4" w:after="0"/>
      </w:pPr>
    </w:p>
    <w:p>
      <w:pPr/>
      <w:r>
        <w:rPr>
          <w:rFonts w:ascii="Times New Roman" w:hAnsi="Times New Roman" w:eastAsia="Times New Roman" w:cs="Times New Roman"/>
          <w:b/>
          <w:sz w:val="24"/>
        </w:rPr>
        <w:t xml:space="preserve">Education Report </w:t>
      </w:r>
      <w:r>
        <w:rPr>
          <w:rFonts w:ascii="Times New Roman" w:hAnsi="Times New Roman" w:eastAsia="Times New Roman" w:cs="Times New Roman"/>
          <w:sz w:val="24"/>
        </w:rPr>
        <w:t>– Speaker Jennifer Gomez – 1:39 pm</w:t>
      </w:r>
    </w:p>
    <w:p>
      <w:pPr>
        <w:spacing w:before="3" w:after="0"/>
      </w:pPr>
    </w:p>
    <w:p>
      <w:pPr>
        <w:spacing w:before="1" w:after="0"/>
      </w:pPr>
      <w:r>
        <w:rPr>
          <w:rFonts w:ascii="Times New Roman" w:hAnsi="Times New Roman" w:eastAsia="Times New Roman" w:cs="Times New Roman"/>
          <w:sz w:val="24"/>
        </w:rPr>
        <w:t>The School Principal presented information about student statistics gathered from the first semester of the school year at the K-12 school. These stats included information about academic achievement, extracurricular involvement, and volunteer hours completed by students.</w:t>
      </w:r>
    </w:p>
    <w:p>
      <w:pPr/>
    </w:p>
    <w:p>
      <w:pPr/>
      <w:r>
        <w:rPr>
          <w:rFonts w:ascii="Times New Roman" w:hAnsi="Times New Roman" w:eastAsia="Times New Roman" w:cs="Times New Roman"/>
          <w:sz w:val="24"/>
        </w:rPr>
        <w:t>She also presented a proposal to expand the pre-school and Sunday school programs to utilize the K-12 school facilities to allow for more space for more student enrollment.</w:t>
      </w:r>
    </w:p>
    <w:p>
      <w:pPr>
        <w:spacing w:before="8" w:after="0"/>
      </w:pPr>
    </w:p>
    <w:p>
      <w:pPr>
        <w:spacing w:before="1" w:after="0"/>
      </w:pPr>
      <w:r>
        <w:rPr>
          <w:rFonts w:ascii="Times New Roman" w:hAnsi="Times New Roman" w:eastAsia="Times New Roman" w:cs="Times New Roman"/>
          <w:b/>
          <w:sz w:val="24"/>
        </w:rPr>
        <w:t xml:space="preserve">Business Report </w:t>
      </w:r>
      <w:r>
        <w:rPr>
          <w:rFonts w:ascii="Times New Roman" w:hAnsi="Times New Roman" w:eastAsia="Times New Roman" w:cs="Times New Roman"/>
          <w:sz w:val="24"/>
        </w:rPr>
        <w:t>– Speaker Samantha Bowen – 1:57 pm</w:t>
      </w:r>
    </w:p>
    <w:p>
      <w:pPr>
        <w:spacing w:before="3" w:after="0"/>
      </w:pPr>
    </w:p>
    <w:p>
      <w:pPr/>
      <w:r>
        <w:rPr>
          <w:rFonts w:ascii="Times New Roman" w:hAnsi="Times New Roman" w:eastAsia="Times New Roman" w:cs="Times New Roman"/>
          <w:sz w:val="24"/>
        </w:rPr>
        <w:t>The Business Manager presented the 2020 fourth-quarter finance report and informed the group that the church’s endowment has increased by 10% since the 2020 third- quarter.</w:t>
      </w:r>
    </w:p>
    <w:p>
      <w:pPr>
        <w:spacing w:before="8" w:after="0"/>
      </w:pPr>
    </w:p>
    <w:p>
      <w:pPr/>
      <w:r>
        <w:rPr>
          <w:rFonts w:ascii="Times New Roman" w:hAnsi="Times New Roman" w:eastAsia="Times New Roman" w:cs="Times New Roman"/>
          <w:sz w:val="24"/>
        </w:rPr>
        <w:t>She also presented the planned roll-out of a new social media marketing campaign for the church and schools. The Marketing team will begin to utilize the following platforms: Facebook, Instagram, Twitter, and LinkedIn. She asked everyone to follow these pages with their own personal accounts, if applicable. When the LinkedIn account has been created she will send an alert to the staff so they can connect their own profiles with the church’s account.</w:t>
      </w:r>
    </w:p>
    <w:p>
      <w:pPr>
        <w:spacing w:before="70" w:after="0"/>
        <w:ind w:hanging="426"/>
      </w:pPr>
      <w:r>
        <w:rPr>
          <w:rFonts w:ascii="Times New Roman" w:hAnsi="Times New Roman" w:eastAsia="Times New Roman" w:cs="Times New Roman"/>
          <w:sz w:val="24"/>
        </w:rPr>
        <w:t>OTHER</w:t>
      </w:r>
      <w:r>
        <w:rPr>
          <w:rFonts w:ascii="Times New Roman" w:hAnsi="Times New Roman" w:eastAsia="Times New Roman" w:cs="Times New Roman"/>
          <w:sz w:val="24"/>
        </w:rPr>
        <w:t xml:space="preserve"> </w:t>
      </w:r>
      <w:r>
        <w:rPr>
          <w:rFonts w:ascii="Times New Roman" w:hAnsi="Times New Roman" w:eastAsia="Times New Roman" w:cs="Times New Roman"/>
          <w:sz w:val="24"/>
        </w:rPr>
        <w:t>ITEMS</w:t>
      </w:r>
    </w:p>
    <w:p>
      <w:pPr>
        <w:spacing w:before="10" w:after="0"/>
      </w:pPr>
    </w:p>
    <w:p>
      <w:pPr/>
      <w:r>
        <w:rPr>
          <w:rFonts w:ascii="Times New Roman" w:hAnsi="Times New Roman" w:eastAsia="Times New Roman" w:cs="Times New Roman"/>
          <w:b/>
          <w:sz w:val="24"/>
        </w:rPr>
        <w:t xml:space="preserve">Spring Carnival Fundraiser </w:t>
      </w:r>
      <w:r>
        <w:rPr>
          <w:rFonts w:ascii="Times New Roman" w:hAnsi="Times New Roman" w:eastAsia="Times New Roman" w:cs="Times New Roman"/>
          <w:sz w:val="24"/>
        </w:rPr>
        <w:t>– Speaker James Groves – 2:13 pm</w:t>
      </w:r>
    </w:p>
    <w:p>
      <w:pPr>
        <w:spacing w:before="9" w:after="0"/>
      </w:pPr>
    </w:p>
    <w:p>
      <w:pPr/>
      <w:r>
        <w:rPr>
          <w:rFonts w:ascii="Times New Roman" w:hAnsi="Times New Roman" w:eastAsia="Times New Roman" w:cs="Times New Roman"/>
          <w:sz w:val="24"/>
        </w:rPr>
        <w:t>The Chairperson led a discussion about updates for the spring carnival fundraising event. He reviewed each department’s individual responsibilities for implementing the event. He also led a vote to narrow down the top 20 food vendor applicants down to 10 final vendors.</w:t>
      </w:r>
    </w:p>
    <w:p>
      <w:pPr>
        <w:spacing w:before="1" w:after="0"/>
      </w:pPr>
    </w:p>
    <w:p>
      <w:pPr>
        <w:ind w:hanging="491"/>
      </w:pPr>
      <w:r>
        <w:rPr>
          <w:rFonts w:ascii="Times New Roman" w:hAnsi="Times New Roman" w:eastAsia="Times New Roman" w:cs="Times New Roman"/>
          <w:sz w:val="24"/>
        </w:rPr>
        <w:t>ADJOURNMENT</w:t>
      </w:r>
    </w:p>
    <w:p>
      <w:pPr>
        <w:spacing w:before="3" w:after="0"/>
      </w:pPr>
    </w:p>
    <w:p>
      <w:pPr>
        <w:spacing w:line="480" w:lineRule="auto"/>
      </w:pPr>
      <w:r>
        <w:rPr>
          <w:rFonts w:ascii="Times New Roman" w:hAnsi="Times New Roman" w:eastAsia="Times New Roman" w:cs="Times New Roman"/>
          <w:b/>
          <w:sz w:val="24"/>
        </w:rPr>
        <w:t xml:space="preserve">Closing Prayer </w:t>
      </w:r>
      <w:r>
        <w:rPr>
          <w:rFonts w:ascii="Times New Roman" w:hAnsi="Times New Roman" w:eastAsia="Times New Roman" w:cs="Times New Roman"/>
          <w:sz w:val="24"/>
        </w:rPr>
        <w:t>– Speaker Father Paul – 2:27pm Father Paul led the group in a closing prayer.</w:t>
      </w:r>
    </w:p>
    <w:p>
      <w:pPr>
        <w:spacing w:before="2" w:after="0"/>
      </w:pPr>
      <w:r>
        <w:rPr>
          <w:rFonts w:ascii="Times New Roman" w:hAnsi="Times New Roman" w:eastAsia="Times New Roman" w:cs="Times New Roman"/>
          <w:b/>
          <w:sz w:val="24"/>
        </w:rPr>
        <w:t xml:space="preserve">End of Meeting </w:t>
      </w:r>
      <w:r>
        <w:rPr>
          <w:rFonts w:ascii="Times New Roman" w:hAnsi="Times New Roman" w:eastAsia="Times New Roman" w:cs="Times New Roman"/>
          <w:sz w:val="24"/>
        </w:rPr>
        <w:t>– Speaker James Groves – 2:29 pm</w:t>
      </w:r>
    </w:p>
    <w:p>
      <w:pPr/>
    </w:p>
    <w:p>
      <w:pPr>
        <w:spacing w:before="8" w:after="0"/>
      </w:pPr>
    </w:p>
    <w:p>
      <w:pPr>
        <w:spacing w:before="1" w:after="0"/>
      </w:pPr>
      <w:r>
        <w:rPr>
          <w:rFonts w:ascii="Times New Roman" w:hAnsi="Times New Roman" w:eastAsia="Times New Roman" w:cs="Times New Roman"/>
          <w:sz w:val="24"/>
        </w:rPr>
        <w:t>Minutes</w:t>
      </w:r>
      <w:r>
        <w:rPr>
          <w:rFonts w:ascii="Times New Roman" w:hAnsi="Times New Roman" w:eastAsia="Times New Roman" w:cs="Times New Roman"/>
          <w:sz w:val="24"/>
        </w:rPr>
        <w:t xml:space="preserve"> </w:t>
      </w:r>
      <w:r>
        <w:rPr>
          <w:rFonts w:ascii="Times New Roman" w:hAnsi="Times New Roman" w:eastAsia="Times New Roman" w:cs="Times New Roman"/>
          <w:sz w:val="24"/>
        </w:rPr>
        <w:t>submitted</w:t>
      </w:r>
      <w:r>
        <w:rPr>
          <w:rFonts w:ascii="Times New Roman" w:hAnsi="Times New Roman" w:eastAsia="Times New Roman" w:cs="Times New Roman"/>
          <w:sz w:val="24"/>
        </w:rPr>
        <w:t xml:space="preserve"> </w:t>
      </w:r>
      <w:r>
        <w:rPr>
          <w:rFonts w:ascii="Times New Roman" w:hAnsi="Times New Roman" w:eastAsia="Times New Roman" w:cs="Times New Roman"/>
          <w:sz w:val="24"/>
        </w:rPr>
        <w:t>by:</w:t>
      </w:r>
      <w:r>
        <w:rPr>
          <w:rFonts w:ascii="Times New Roman" w:hAnsi="Times New Roman" w:eastAsia="Times New Roman" w:cs="Times New Roman"/>
          <w:sz w:val="24"/>
        </w:rPr>
        <w:t xml:space="preserve"> </w:t>
        <w:tab/>
      </w:r>
      <w:r>
        <w:rPr>
          <w:rFonts w:ascii="Times New Roman" w:hAnsi="Times New Roman" w:eastAsia="Times New Roman" w:cs="Times New Roman"/>
          <w:sz w:val="24"/>
        </w:rPr>
        <w:t xml:space="preserve">Print Name: </w:t>
      </w:r>
      <w:r>
        <w:rPr>
          <w:rFonts w:ascii="Times New Roman" w:hAnsi="Times New Roman" w:eastAsia="Times New Roman" w:cs="Times New Roman"/>
          <w:sz w:val="24"/>
        </w:rPr>
        <w:t>David</w:t>
      </w:r>
      <w:r>
        <w:rPr>
          <w:rFonts w:ascii="Times New Roman" w:hAnsi="Times New Roman" w:eastAsia="Times New Roman" w:cs="Times New Roman"/>
          <w:sz w:val="24"/>
        </w:rPr>
        <w:t xml:space="preserve"> </w:t>
      </w:r>
      <w:r>
        <w:rPr>
          <w:rFonts w:ascii="Times New Roman" w:hAnsi="Times New Roman" w:eastAsia="Times New Roman" w:cs="Times New Roman"/>
          <w:sz w:val="24"/>
        </w:rPr>
        <w:t>Johnson</w:t>
      </w:r>
    </w:p>
    <w:p>
      <w:pPr/>
    </w:p>
    <w:p>
      <w:pPr>
        <w:spacing w:before="1" w:after="0"/>
      </w:pPr>
    </w:p>
    <w:p>
      <w:pPr>
        <w:spacing w:before="93" w:after="0"/>
      </w:pPr>
      <w:r>
        <w:rPr>
          <w:rFonts w:ascii="Times New Roman" w:hAnsi="Times New Roman" w:eastAsia="Times New Roman" w:cs="Times New Roman"/>
          <w:sz w:val="24"/>
        </w:rPr>
        <w:t>Approved</w:t>
      </w:r>
      <w:r>
        <w:rPr>
          <w:rFonts w:ascii="Times New Roman" w:hAnsi="Times New Roman" w:eastAsia="Times New Roman" w:cs="Times New Roman"/>
          <w:sz w:val="24"/>
        </w:rPr>
        <w:t xml:space="preserve"> </w:t>
      </w:r>
      <w:r>
        <w:rPr>
          <w:rFonts w:ascii="Times New Roman" w:hAnsi="Times New Roman" w:eastAsia="Times New Roman" w:cs="Times New Roman"/>
          <w:sz w:val="24"/>
        </w:rPr>
        <w:t>by:</w:t>
      </w:r>
      <w:r>
        <w:rPr>
          <w:rFonts w:ascii="Times New Roman" w:hAnsi="Times New Roman" w:eastAsia="Times New Roman" w:cs="Times New Roman"/>
          <w:sz w:val="24"/>
        </w:rPr>
        <w:t xml:space="preserve"> </w:t>
        <w:tab/>
      </w:r>
      <w:r>
        <w:rPr>
          <w:rFonts w:ascii="Times New Roman" w:hAnsi="Times New Roman" w:eastAsia="Times New Roman" w:cs="Times New Roman"/>
          <w:sz w:val="24"/>
        </w:rPr>
        <w:t xml:space="preserve">Print Name: </w:t>
      </w:r>
      <w:r>
        <w:rPr>
          <w:rFonts w:ascii="Times New Roman" w:hAnsi="Times New Roman" w:eastAsia="Times New Roman" w:cs="Times New Roman"/>
          <w:sz w:val="24"/>
        </w:rPr>
        <w:t>James</w:t>
      </w:r>
      <w:r>
        <w:rPr>
          <w:rFonts w:ascii="Times New Roman" w:hAnsi="Times New Roman" w:eastAsia="Times New Roman" w:cs="Times New Roman"/>
          <w:sz w:val="24"/>
        </w:rPr>
        <w:t xml:space="preserve"> </w:t>
      </w:r>
      <w:r>
        <w:rPr>
          <w:rFonts w:ascii="Times New Roman" w:hAnsi="Times New Roman" w:eastAsia="Times New Roman" w:cs="Times New Roman"/>
          <w:sz w:val="24"/>
        </w:rPr>
        <w:t>Groves</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