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65" w:after="0" w:line="240" w:lineRule="auto"/>
      </w:pPr>
      <w:r>
        <w:rPr>
          <w:rFonts w:ascii="Times New Roman" w:hAnsi="Times New Roman" w:eastAsia="Times New Roman" w:cs="Times New Roman"/>
          <w:sz w:val="24"/>
        </w:rPr>
        <w:t xml:space="preserve">SAMPLE </w:t>
      </w:r>
      <w:r>
        <w:rPr>
          <w:rFonts w:ascii="Times New Roman" w:hAnsi="Times New Roman" w:eastAsia="Times New Roman" w:cs="Times New Roman"/>
          <w:sz w:val="24"/>
        </w:rPr>
        <w:t xml:space="preserve">CORPORATE MEETING MINUTES FOR </w:t>
      </w:r>
      <w:r>
        <w:rPr>
          <w:rFonts w:ascii="Times New Roman" w:hAnsi="Times New Roman" w:eastAsia="Times New Roman" w:cs="Times New Roman"/>
          <w:sz w:val="24"/>
        </w:rPr>
        <w:t>ART PROMOTIONS, LLC.</w:t>
      </w:r>
    </w:p>
    <w:p>
      <w:pPr>
        <w:spacing w:before="5" w:after="0"/>
      </w:pPr>
    </w:p>
    <w:p>
      <w:pPr>
        <w:spacing w:before="92" w:after="0"/>
      </w:pPr>
      <w:r>
        <w:rPr>
          <w:rFonts w:ascii="Times New Roman" w:hAnsi="Times New Roman" w:eastAsia="Times New Roman" w:cs="Times New Roman"/>
          <w:sz w:val="24"/>
        </w:rPr>
        <w:t>MEETING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DETAILS</w:t>
      </w:r>
    </w:p>
    <w:p>
      <w:pPr>
        <w:spacing w:before="3" w:after="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Chairperson: </w:t>
      </w:r>
      <w:r>
        <w:rPr>
          <w:rFonts w:ascii="Times New Roman" w:hAnsi="Times New Roman" w:eastAsia="Times New Roman" w:cs="Times New Roman"/>
          <w:sz w:val="24"/>
        </w:rPr>
        <w:t xml:space="preserve">Kate Bansagi </w:t>
      </w:r>
      <w:r>
        <w:rPr>
          <w:rFonts w:ascii="Times New Roman" w:hAnsi="Times New Roman" w:eastAsia="Times New Roman" w:cs="Times New Roman"/>
          <w:sz w:val="24"/>
        </w:rPr>
        <w:t xml:space="preserve">Secretary: </w:t>
      </w:r>
      <w:r>
        <w:rPr>
          <w:rFonts w:ascii="Times New Roman" w:hAnsi="Times New Roman" w:eastAsia="Times New Roman" w:cs="Times New Roman"/>
          <w:sz w:val="24"/>
        </w:rPr>
        <w:t>Adrianne Charlot</w:t>
      </w:r>
    </w:p>
    <w:p>
      <w:pPr>
        <w:spacing w:before="9" w:after="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February 12, 2021</w:t>
      </w:r>
    </w:p>
    <w:p>
      <w:pPr>
        <w:spacing w:before="4" w:after="0"/>
      </w:pPr>
      <w:r>
        <w:rPr>
          <w:rFonts w:ascii="Times New Roman" w:hAnsi="Times New Roman" w:eastAsia="Times New Roman" w:cs="Times New Roman"/>
          <w:sz w:val="24"/>
        </w:rPr>
        <w:t xml:space="preserve">Time: </w:t>
      </w:r>
      <w:r>
        <w:rPr>
          <w:rFonts w:ascii="Times New Roman" w:hAnsi="Times New Roman" w:eastAsia="Times New Roman" w:cs="Times New Roman"/>
          <w:sz w:val="24"/>
        </w:rPr>
        <w:t>10:00 am</w:t>
      </w:r>
    </w:p>
    <w:p>
      <w:pPr>
        <w:spacing w:before="10" w:after="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Location: </w:t>
      </w:r>
      <w:r>
        <w:rPr>
          <w:rFonts w:ascii="Times New Roman" w:hAnsi="Times New Roman" w:eastAsia="Times New Roman" w:cs="Times New Roman"/>
          <w:sz w:val="24"/>
        </w:rPr>
        <w:t xml:space="preserve">Art Promotions, LLC. </w:t>
      </w:r>
      <w:r>
        <w:rPr>
          <w:rFonts w:ascii="Times New Roman" w:hAnsi="Times New Roman" w:eastAsia="Times New Roman" w:cs="Times New Roman"/>
          <w:sz w:val="24"/>
        </w:rPr>
        <w:t xml:space="preserve">Street Address: </w:t>
      </w:r>
      <w:r>
        <w:rPr>
          <w:rFonts w:ascii="Times New Roman" w:hAnsi="Times New Roman" w:eastAsia="Times New Roman" w:cs="Times New Roman"/>
          <w:sz w:val="24"/>
        </w:rPr>
        <w:t xml:space="preserve">5784 Spring St. </w:t>
      </w:r>
      <w:r>
        <w:rPr>
          <w:rFonts w:ascii="Times New Roman" w:hAnsi="Times New Roman" w:eastAsia="Times New Roman" w:cs="Times New Roman"/>
          <w:sz w:val="24"/>
        </w:rPr>
        <w:t xml:space="preserve">City: </w:t>
      </w:r>
      <w:r>
        <w:rPr>
          <w:rFonts w:ascii="Times New Roman" w:hAnsi="Times New Roman" w:eastAsia="Times New Roman" w:cs="Times New Roman"/>
          <w:sz w:val="24"/>
        </w:rPr>
        <w:t>Los Angeles</w:t>
      </w:r>
    </w:p>
    <w:p>
      <w:pPr>
        <w:spacing w:before="3" w:after="0"/>
      </w:pPr>
      <w:r>
        <w:rPr>
          <w:rFonts w:ascii="Times New Roman" w:hAnsi="Times New Roman" w:eastAsia="Times New Roman" w:cs="Times New Roman"/>
          <w:sz w:val="24"/>
        </w:rPr>
        <w:t xml:space="preserve">State: </w:t>
      </w:r>
      <w:r>
        <w:rPr>
          <w:rFonts w:ascii="Times New Roman" w:hAnsi="Times New Roman" w:eastAsia="Times New Roman" w:cs="Times New Roman"/>
          <w:sz w:val="24"/>
        </w:rPr>
        <w:t xml:space="preserve">CA </w:t>
      </w:r>
      <w:r>
        <w:rPr>
          <w:rFonts w:ascii="Times New Roman" w:hAnsi="Times New Roman" w:eastAsia="Times New Roman" w:cs="Times New Roman"/>
          <w:sz w:val="24"/>
        </w:rPr>
        <w:t xml:space="preserve">Zip: </w:t>
      </w:r>
      <w:r>
        <w:rPr>
          <w:rFonts w:ascii="Times New Roman" w:hAnsi="Times New Roman" w:eastAsia="Times New Roman" w:cs="Times New Roman"/>
          <w:sz w:val="24"/>
        </w:rPr>
        <w:t>97858</w:t>
      </w:r>
    </w:p>
    <w:p>
      <w:pPr>
        <w:spacing w:before="9" w:after="0"/>
      </w:pPr>
    </w:p>
    <w:p>
      <w:pPr>
        <w:ind w:hanging="261"/>
      </w:pPr>
      <w:r>
        <w:rPr>
          <w:rFonts w:ascii="Times New Roman" w:hAnsi="Times New Roman" w:eastAsia="Times New Roman" w:cs="Times New Roman"/>
          <w:sz w:val="24"/>
        </w:rPr>
        <w:t>ATTENDEES</w:t>
      </w:r>
    </w:p>
    <w:p>
      <w:pPr>
        <w:spacing w:before="2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Tyra Hudson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(CEO)</w:t>
      </w:r>
    </w:p>
    <w:p>
      <w:pPr>
        <w:spacing w:before="19" w:after="0"/>
      </w:pPr>
      <w:r>
        <w:rPr>
          <w:rFonts w:ascii="Times New Roman" w:hAnsi="Times New Roman" w:eastAsia="Times New Roman" w:cs="Times New Roman"/>
          <w:sz w:val="24"/>
        </w:rPr>
        <w:t>Kate Bansagi (Director of Business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Development)</w:t>
      </w:r>
    </w:p>
    <w:p>
      <w:pPr>
        <w:spacing w:before="14" w:after="0"/>
      </w:pPr>
      <w:r>
        <w:rPr>
          <w:rFonts w:ascii="Times New Roman" w:hAnsi="Times New Roman" w:eastAsia="Times New Roman" w:cs="Times New Roman"/>
          <w:sz w:val="24"/>
        </w:rPr>
        <w:t>Dora Cyrus (Facilities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Manager)</w:t>
      </w:r>
    </w:p>
    <w:p>
      <w:pPr>
        <w:spacing w:before="19" w:after="0"/>
      </w:pPr>
      <w:r>
        <w:rPr>
          <w:rFonts w:ascii="Times New Roman" w:hAnsi="Times New Roman" w:eastAsia="Times New Roman" w:cs="Times New Roman"/>
          <w:sz w:val="24"/>
        </w:rPr>
        <w:t>Tim Jones (HR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Director)</w:t>
      </w:r>
    </w:p>
    <w:p>
      <w:pPr>
        <w:spacing w:before="14" w:after="0"/>
      </w:pPr>
      <w:r>
        <w:rPr>
          <w:rFonts w:ascii="Times New Roman" w:hAnsi="Times New Roman" w:eastAsia="Times New Roman" w:cs="Times New Roman"/>
          <w:sz w:val="24"/>
        </w:rPr>
        <w:t>Daryl Curry (Finance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Director)</w:t>
      </w:r>
    </w:p>
    <w:p>
      <w:pPr>
        <w:spacing w:before="15" w:after="0"/>
      </w:pPr>
      <w:r>
        <w:rPr>
          <w:rFonts w:ascii="Times New Roman" w:hAnsi="Times New Roman" w:eastAsia="Times New Roman" w:cs="Times New Roman"/>
          <w:sz w:val="24"/>
        </w:rPr>
        <w:t>Adrianne Charlot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(Secretary)</w:t>
      </w:r>
    </w:p>
    <w:p>
      <w:pPr>
        <w:spacing w:before="3" w:after="0"/>
      </w:pPr>
    </w:p>
    <w:p>
      <w:pPr>
        <w:ind w:hanging="331"/>
      </w:pPr>
      <w:r>
        <w:rPr>
          <w:rFonts w:ascii="Times New Roman" w:hAnsi="Times New Roman" w:eastAsia="Times New Roman" w:cs="Times New Roman"/>
          <w:sz w:val="24"/>
        </w:rPr>
        <w:t>ABSENCES</w:t>
      </w:r>
    </w:p>
    <w:p>
      <w:pPr>
        <w:spacing w:before="1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No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absences</w:t>
      </w:r>
    </w:p>
    <w:p>
      <w:pPr>
        <w:spacing w:before="4" w:after="0"/>
      </w:pPr>
    </w:p>
    <w:p>
      <w:pPr>
        <w:ind w:hanging="356"/>
      </w:pPr>
      <w:r>
        <w:rPr>
          <w:rFonts w:ascii="Times New Roman" w:hAnsi="Times New Roman" w:eastAsia="Times New Roman" w:cs="Times New Roman"/>
          <w:sz w:val="24"/>
        </w:rPr>
        <w:t>CALL 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ORDER</w:t>
      </w:r>
    </w:p>
    <w:p>
      <w:pPr>
        <w:spacing w:before="9" w:after="0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Introduction </w:t>
      </w:r>
      <w:r>
        <w:rPr>
          <w:rFonts w:ascii="Times New Roman" w:hAnsi="Times New Roman" w:eastAsia="Times New Roman" w:cs="Times New Roman"/>
          <w:sz w:val="24"/>
        </w:rPr>
        <w:t>– Speaker Kate Bansagi – 10:00 am</w:t>
      </w:r>
    </w:p>
    <w:p>
      <w:pPr>
        <w:spacing w:before="4" w:after="0"/>
      </w:pPr>
      <w:r>
        <w:rPr>
          <w:rFonts w:ascii="Times New Roman" w:hAnsi="Times New Roman" w:eastAsia="Times New Roman" w:cs="Times New Roman"/>
          <w:sz w:val="24"/>
        </w:rPr>
        <w:t>Kate welcomed everyone to the meeting and outlined the meeting goals.</w:t>
      </w:r>
    </w:p>
    <w:p>
      <w:pPr>
        <w:spacing w:before="10" w:after="0"/>
      </w:pPr>
    </w:p>
    <w:p>
      <w:pPr>
        <w:spacing w:line="275" w:lineRule="exact"/>
      </w:pPr>
      <w:r>
        <w:rPr>
          <w:rFonts w:ascii="Times New Roman" w:hAnsi="Times New Roman" w:eastAsia="Times New Roman" w:cs="Times New Roman"/>
          <w:b/>
          <w:sz w:val="24"/>
        </w:rPr>
        <w:t xml:space="preserve">Previous Meeting Minutes </w:t>
      </w:r>
      <w:r>
        <w:rPr>
          <w:rFonts w:ascii="Times New Roman" w:hAnsi="Times New Roman" w:eastAsia="Times New Roman" w:cs="Times New Roman"/>
          <w:sz w:val="24"/>
        </w:rPr>
        <w:t>– Speaker Kate Bansagi – 10:05 am</w:t>
      </w:r>
    </w:p>
    <w:p>
      <w:pPr/>
      <w:r>
        <w:rPr>
          <w:rFonts w:ascii="Times New Roman" w:hAnsi="Times New Roman" w:eastAsia="Times New Roman" w:cs="Times New Roman"/>
          <w:sz w:val="24"/>
        </w:rPr>
        <w:t>Adrianne distributed the previous meeting minutes for all to review. Kate led everyone in a vote to approve the minutes. The group unanimously voted to approve.</w:t>
      </w:r>
    </w:p>
    <w:p>
      <w:pPr>
        <w:spacing w:before="2" w:after="0"/>
      </w:pPr>
    </w:p>
    <w:p>
      <w:pPr>
        <w:spacing w:line="275" w:lineRule="exact"/>
      </w:pPr>
      <w:r>
        <w:rPr>
          <w:rFonts w:ascii="Times New Roman" w:hAnsi="Times New Roman" w:eastAsia="Times New Roman" w:cs="Times New Roman"/>
          <w:b/>
          <w:sz w:val="24"/>
        </w:rPr>
        <w:t xml:space="preserve">Current Meeting Agenda </w:t>
      </w:r>
      <w:r>
        <w:rPr>
          <w:rFonts w:ascii="Times New Roman" w:hAnsi="Times New Roman" w:eastAsia="Times New Roman" w:cs="Times New Roman"/>
          <w:sz w:val="24"/>
        </w:rPr>
        <w:t>– Speaker Kate Bansagi – 10:09 am</w:t>
      </w:r>
    </w:p>
    <w:p>
      <w:pPr/>
      <w:r>
        <w:rPr>
          <w:rFonts w:ascii="Times New Roman" w:hAnsi="Times New Roman" w:eastAsia="Times New Roman" w:cs="Times New Roman"/>
          <w:sz w:val="24"/>
        </w:rPr>
        <w:t>Adrianne distributed the current meeting agenda for all to review. Kate led everyone in a vote to approve the agenda. The group unanimously voted to approve.</w:t>
      </w:r>
    </w:p>
    <w:p>
      <w:pPr>
        <w:spacing w:before="2" w:after="0"/>
      </w:pPr>
    </w:p>
    <w:p>
      <w:pPr>
        <w:ind w:hanging="291"/>
      </w:pPr>
      <w:r>
        <w:rPr>
          <w:rFonts w:ascii="Times New Roman" w:hAnsi="Times New Roman" w:eastAsia="Times New Roman" w:cs="Times New Roman"/>
          <w:sz w:val="24"/>
        </w:rPr>
        <w:t>OLD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BUSINESS</w:t>
      </w:r>
    </w:p>
    <w:p>
      <w:pPr>
        <w:spacing w:before="10" w:after="0"/>
      </w:pPr>
    </w:p>
    <w:p>
      <w:pPr>
        <w:spacing w:line="275" w:lineRule="exact"/>
      </w:pPr>
      <w:r>
        <w:rPr>
          <w:rFonts w:ascii="Times New Roman" w:hAnsi="Times New Roman" w:eastAsia="Times New Roman" w:cs="Times New Roman"/>
          <w:b/>
          <w:sz w:val="24"/>
        </w:rPr>
        <w:t xml:space="preserve">Old Business </w:t>
      </w:r>
      <w:r>
        <w:rPr>
          <w:rFonts w:ascii="Times New Roman" w:hAnsi="Times New Roman" w:eastAsia="Times New Roman" w:cs="Times New Roman"/>
          <w:sz w:val="24"/>
        </w:rPr>
        <w:t>– Speaker Kate Bansagi – 10:13 am</w:t>
      </w:r>
    </w:p>
    <w:p>
      <w:pPr>
        <w:spacing w:line="275" w:lineRule="exact"/>
      </w:pPr>
      <w:r>
        <w:rPr>
          <w:rFonts w:ascii="Times New Roman" w:hAnsi="Times New Roman" w:eastAsia="Times New Roman" w:cs="Times New Roman"/>
          <w:sz w:val="24"/>
        </w:rPr>
        <w:t>There was no outstanding business to address in this meeting.</w:t>
      </w:r>
    </w:p>
    <w:p>
      <w:pPr>
        <w:spacing w:before="3" w:after="0"/>
      </w:pPr>
    </w:p>
    <w:p>
      <w:pPr>
        <w:ind w:hanging="356"/>
      </w:pPr>
      <w:r>
        <w:rPr>
          <w:rFonts w:ascii="Times New Roman" w:hAnsi="Times New Roman" w:eastAsia="Times New Roman" w:cs="Times New Roman"/>
          <w:sz w:val="24"/>
        </w:rPr>
        <w:t>NEW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BUSINESS</w:t>
      </w:r>
    </w:p>
    <w:p>
      <w:pPr>
        <w:spacing w:before="10" w:after="0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Space Planning </w:t>
      </w:r>
      <w:r>
        <w:rPr>
          <w:rFonts w:ascii="Times New Roman" w:hAnsi="Times New Roman" w:eastAsia="Times New Roman" w:cs="Times New Roman"/>
          <w:sz w:val="24"/>
        </w:rPr>
        <w:t>– Speaker Kate Bansagi – 10:14 am</w:t>
      </w:r>
    </w:p>
    <w:p>
      <w:pPr/>
    </w:p>
    <w:p>
      <w:pPr>
        <w:spacing w:before="70" w:after="0"/>
      </w:pPr>
      <w:r>
        <w:rPr>
          <w:rFonts w:ascii="Times New Roman" w:hAnsi="Times New Roman" w:eastAsia="Times New Roman" w:cs="Times New Roman"/>
          <w:sz w:val="24"/>
        </w:rPr>
        <w:t>Kate presented the full proposal and schedule from Jones Consultants, Inc. for the new space planning project.</w:t>
      </w:r>
    </w:p>
    <w:p>
      <w:pPr>
        <w:spacing w:before="9" w:after="0"/>
      </w:pPr>
    </w:p>
    <w:p>
      <w:pPr>
        <w:ind w:hanging="421"/>
      </w:pPr>
      <w:r>
        <w:rPr>
          <w:rFonts w:ascii="Times New Roman" w:hAnsi="Times New Roman" w:eastAsia="Times New Roman" w:cs="Times New Roman"/>
          <w:sz w:val="24"/>
        </w:rPr>
        <w:t>VOTE</w:t>
      </w:r>
    </w:p>
    <w:p>
      <w:pPr>
        <w:spacing w:before="3" w:after="0"/>
      </w:pPr>
    </w:p>
    <w:p>
      <w:pPr>
        <w:spacing w:line="276" w:lineRule="exact"/>
      </w:pPr>
      <w:r>
        <w:rPr>
          <w:rFonts w:ascii="Times New Roman" w:hAnsi="Times New Roman" w:eastAsia="Times New Roman" w:cs="Times New Roman"/>
          <w:b/>
          <w:sz w:val="24"/>
        </w:rPr>
        <w:t xml:space="preserve">Jones Consultants </w:t>
      </w:r>
      <w:r>
        <w:rPr>
          <w:rFonts w:ascii="Times New Roman" w:hAnsi="Times New Roman" w:eastAsia="Times New Roman" w:cs="Times New Roman"/>
          <w:sz w:val="24"/>
        </w:rPr>
        <w:t>– Speaker Kate Bansagi – 10:24 am</w:t>
      </w:r>
    </w:p>
    <w:p>
      <w:pPr/>
      <w:r>
        <w:rPr>
          <w:rFonts w:ascii="Times New Roman" w:hAnsi="Times New Roman" w:eastAsia="Times New Roman" w:cs="Times New Roman"/>
          <w:sz w:val="24"/>
        </w:rPr>
        <w:t>Kate led a vote to finalize the decision to contract with Jones Consultants for the space planning project. The group voted unanimously to sign the contract.</w:t>
      </w:r>
    </w:p>
    <w:p>
      <w:pPr>
        <w:spacing w:before="8" w:after="0"/>
      </w:pPr>
    </w:p>
    <w:p>
      <w:pPr>
        <w:ind w:hanging="491"/>
      </w:pPr>
      <w:r>
        <w:rPr>
          <w:rFonts w:ascii="Times New Roman" w:hAnsi="Times New Roman" w:eastAsia="Times New Roman" w:cs="Times New Roman"/>
          <w:sz w:val="24"/>
        </w:rPr>
        <w:t>ADJOURNMENT</w:t>
      </w:r>
    </w:p>
    <w:p>
      <w:pPr>
        <w:spacing w:before="3" w:after="0"/>
      </w:pPr>
    </w:p>
    <w:p>
      <w:pPr>
        <w:spacing w:line="276" w:lineRule="exact"/>
      </w:pPr>
      <w:r>
        <w:rPr>
          <w:rFonts w:ascii="Times New Roman" w:hAnsi="Times New Roman" w:eastAsia="Times New Roman" w:cs="Times New Roman"/>
          <w:b/>
          <w:sz w:val="24"/>
        </w:rPr>
        <w:t xml:space="preserve">Next Meeting </w:t>
      </w:r>
      <w:r>
        <w:rPr>
          <w:rFonts w:ascii="Times New Roman" w:hAnsi="Times New Roman" w:eastAsia="Times New Roman" w:cs="Times New Roman"/>
          <w:sz w:val="24"/>
        </w:rPr>
        <w:t>– Speaker Kate Bansagi – 10:29 am</w:t>
      </w:r>
    </w:p>
    <w:p>
      <w:pPr/>
      <w:r>
        <w:rPr>
          <w:rFonts w:ascii="Times New Roman" w:hAnsi="Times New Roman" w:eastAsia="Times New Roman" w:cs="Times New Roman"/>
          <w:sz w:val="24"/>
        </w:rPr>
        <w:t>Kate scheduled the next corporate meeting on February 26, 2021.</w:t>
      </w:r>
    </w:p>
    <w:p>
      <w:pPr>
        <w:spacing w:before="9" w:after="0"/>
      </w:pPr>
    </w:p>
    <w:p>
      <w:pPr>
        <w:spacing w:line="240" w:lineRule="auto"/>
      </w:pPr>
      <w:r>
        <w:rPr>
          <w:rFonts w:ascii="Times New Roman" w:hAnsi="Times New Roman" w:eastAsia="Times New Roman" w:cs="Times New Roman"/>
          <w:b/>
          <w:sz w:val="24"/>
        </w:rPr>
        <w:t xml:space="preserve">End of Meeting </w:t>
      </w:r>
      <w:r>
        <w:rPr>
          <w:rFonts w:ascii="Times New Roman" w:hAnsi="Times New Roman" w:eastAsia="Times New Roman" w:cs="Times New Roman"/>
          <w:sz w:val="24"/>
        </w:rPr>
        <w:t>– Speaker Kate Bansagi – 10:30 am Kate called a formal end to the meeting.</w:t>
      </w:r>
    </w:p>
    <w:p>
      <w:pPr>
        <w:spacing w:before="8" w:after="0"/>
      </w:pPr>
    </w:p>
    <w:p>
      <w:pPr>
        <w:spacing w:line="276" w:lineRule="exact"/>
      </w:pPr>
      <w:r>
        <w:rPr>
          <w:rFonts w:ascii="Times New Roman" w:hAnsi="Times New Roman" w:eastAsia="Times New Roman" w:cs="Times New Roman"/>
          <w:b/>
          <w:sz w:val="24"/>
        </w:rPr>
        <w:t xml:space="preserve">Approval of Minutes </w:t>
      </w:r>
      <w:r>
        <w:rPr>
          <w:rFonts w:ascii="Times New Roman" w:hAnsi="Times New Roman" w:eastAsia="Times New Roman" w:cs="Times New Roman"/>
          <w:sz w:val="24"/>
        </w:rPr>
        <w:t>– Speaker Adrianne Charlot – 10:30 am</w:t>
      </w:r>
    </w:p>
    <w:p>
      <w:pPr/>
      <w:r>
        <w:rPr>
          <w:rFonts w:ascii="Times New Roman" w:hAnsi="Times New Roman" w:eastAsia="Times New Roman" w:cs="Times New Roman"/>
          <w:sz w:val="24"/>
        </w:rPr>
        <w:t>Adrianne recorded the end time and Kate approved the meeting minutes.</w:t>
      </w:r>
    </w:p>
    <w:p>
      <w:pPr>
        <w:spacing w:before="3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inu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ub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tt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y: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  <w:tab/>
      </w:r>
      <w:r>
        <w:rPr>
          <w:rFonts w:ascii="Times New Roman" w:hAnsi="Times New Roman" w:eastAsia="Times New Roman" w:cs="Times New Roman"/>
          <w:sz w:val="24"/>
        </w:rPr>
        <w:t>Pr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Na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</w:t>
      </w:r>
      <w:r>
        <w:rPr>
          <w:rFonts w:ascii="Times New Roman" w:hAnsi="Times New Roman" w:eastAsia="Times New Roman" w:cs="Times New Roman"/>
          <w:sz w:val="24"/>
        </w:rPr>
        <w:t>Adrianne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Charl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_</w:t>
      </w:r>
      <w:r>
        <w:rPr>
          <w:rFonts w:ascii="Times New Roman" w:hAnsi="Times New Roman" w:eastAsia="Times New Roman" w:cs="Times New Roman"/>
          <w:sz w:val="24"/>
        </w:rPr>
        <w:t>t</w:t>
      </w:r>
    </w:p>
    <w:p>
      <w:pPr>
        <w:spacing w:line="20" w:lineRule="exact"/>
      </w:pPr>
    </w:p>
    <w:p>
      <w:pPr>
        <w:spacing w:before="264" w:after="0"/>
      </w:pPr>
      <w:r>
        <w:rPr>
          <w:rFonts w:ascii="Times New Roman" w:hAnsi="Times New Roman" w:eastAsia="Times New Roman" w:cs="Times New Roman"/>
          <w:sz w:val="24"/>
        </w:rPr>
        <w:t>Approved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by:</w:t>
      </w:r>
      <w:r>
        <w:rPr>
          <w:rFonts w:ascii="Times New Roman" w:hAnsi="Times New Roman" w:eastAsia="Times New Roman" w:cs="Times New Roman"/>
          <w:sz w:val="24"/>
        </w:rPr>
        <w:t xml:space="preserve"> </w:t>
        <w:tab/>
      </w:r>
      <w:r>
        <w:rPr>
          <w:rFonts w:ascii="Times New Roman" w:hAnsi="Times New Roman" w:eastAsia="Times New Roman" w:cs="Times New Roman"/>
          <w:sz w:val="24"/>
        </w:rPr>
        <w:t xml:space="preserve">Print Name: </w:t>
      </w:r>
      <w:r>
        <w:rPr>
          <w:rFonts w:ascii="Times New Roman" w:hAnsi="Times New Roman" w:eastAsia="Times New Roman" w:cs="Times New Roman"/>
          <w:sz w:val="24"/>
        </w:rPr>
        <w:t>_</w:t>
      </w:r>
      <w:r>
        <w:rPr>
          <w:rFonts w:ascii="Times New Roman" w:hAnsi="Times New Roman" w:eastAsia="Times New Roman" w:cs="Times New Roman"/>
          <w:sz w:val="24"/>
        </w:rPr>
        <w:t>Kate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Bansagi</w:t>
      </w:r>
    </w:p>
    <w:p>
      <w:pPr>
        <w:spacing w:line="20" w:lineRule="exact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