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5" w:after="0" w:line="240" w:lineRule="auto"/>
      </w:pPr>
      <w:r>
        <w:rPr>
          <w:rFonts w:ascii="Times New Roman" w:hAnsi="Times New Roman" w:eastAsia="Times New Roman" w:cs="Times New Roman"/>
          <w:sz w:val="24"/>
        </w:rPr>
        <w:t xml:space="preserve">SAMPLE </w:t>
      </w:r>
      <w:r>
        <w:rPr>
          <w:rFonts w:ascii="Times New Roman" w:hAnsi="Times New Roman" w:eastAsia="Times New Roman" w:cs="Times New Roman"/>
          <w:sz w:val="24"/>
        </w:rPr>
        <w:t xml:space="preserve">COUNCIL MEETING MINUTES FOR </w:t>
      </w:r>
      <w:r>
        <w:rPr>
          <w:rFonts w:ascii="Times New Roman" w:hAnsi="Times New Roman" w:eastAsia="Times New Roman" w:cs="Times New Roman"/>
          <w:sz w:val="24"/>
        </w:rPr>
        <w:t>CITY OF SHADY OAKS, CA</w:t>
      </w:r>
    </w:p>
    <w:p>
      <w:pPr>
        <w:spacing w:before="5" w:after="0"/>
      </w:pPr>
    </w:p>
    <w:p>
      <w:pPr>
        <w:spacing w:before="92" w:after="0"/>
      </w:pPr>
      <w:r>
        <w:rPr>
          <w:rFonts w:ascii="Times New Roman" w:hAnsi="Times New Roman" w:eastAsia="Times New Roman" w:cs="Times New Roman"/>
          <w:sz w:val="24"/>
        </w:rPr>
        <w:t>MEETING</w:t>
      </w:r>
      <w:r>
        <w:rPr>
          <w:rFonts w:ascii="Times New Roman" w:hAnsi="Times New Roman" w:eastAsia="Times New Roman" w:cs="Times New Roman"/>
          <w:sz w:val="24"/>
        </w:rPr>
        <w:t xml:space="preserve"> </w:t>
      </w:r>
      <w:r>
        <w:rPr>
          <w:rFonts w:ascii="Times New Roman" w:hAnsi="Times New Roman" w:eastAsia="Times New Roman" w:cs="Times New Roman"/>
          <w:sz w:val="24"/>
        </w:rPr>
        <w:t>DETAILS</w:t>
      </w:r>
    </w:p>
    <w:p>
      <w:pPr>
        <w:spacing w:before="3" w:after="0"/>
      </w:pPr>
    </w:p>
    <w:p>
      <w:pPr/>
      <w:r>
        <w:rPr>
          <w:rFonts w:ascii="Times New Roman" w:hAnsi="Times New Roman" w:eastAsia="Times New Roman" w:cs="Times New Roman"/>
          <w:sz w:val="24"/>
        </w:rPr>
        <w:t xml:space="preserve">Chairperson: </w:t>
      </w:r>
      <w:r>
        <w:rPr>
          <w:rFonts w:ascii="Times New Roman" w:hAnsi="Times New Roman" w:eastAsia="Times New Roman" w:cs="Times New Roman"/>
          <w:sz w:val="24"/>
        </w:rPr>
        <w:t xml:space="preserve">Mayor Ana Carratelli </w:t>
      </w:r>
      <w:r>
        <w:rPr>
          <w:rFonts w:ascii="Times New Roman" w:hAnsi="Times New Roman" w:eastAsia="Times New Roman" w:cs="Times New Roman"/>
          <w:sz w:val="24"/>
        </w:rPr>
        <w:t xml:space="preserve">Secretary: </w:t>
      </w:r>
      <w:r>
        <w:rPr>
          <w:rFonts w:ascii="Times New Roman" w:hAnsi="Times New Roman" w:eastAsia="Times New Roman" w:cs="Times New Roman"/>
          <w:sz w:val="24"/>
        </w:rPr>
        <w:t>Sebastian Plachy</w:t>
      </w:r>
    </w:p>
    <w:p>
      <w:pPr>
        <w:spacing w:before="9" w:after="0"/>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March 5, 2021</w:t>
      </w:r>
    </w:p>
    <w:p>
      <w:pPr>
        <w:spacing w:before="4" w:after="0"/>
      </w:pPr>
      <w:r>
        <w:rPr>
          <w:rFonts w:ascii="Times New Roman" w:hAnsi="Times New Roman" w:eastAsia="Times New Roman" w:cs="Times New Roman"/>
          <w:sz w:val="24"/>
        </w:rPr>
        <w:t xml:space="preserve">Time: </w:t>
      </w:r>
      <w:r>
        <w:rPr>
          <w:rFonts w:ascii="Times New Roman" w:hAnsi="Times New Roman" w:eastAsia="Times New Roman" w:cs="Times New Roman"/>
          <w:sz w:val="24"/>
        </w:rPr>
        <w:t>11:00 am</w:t>
      </w:r>
    </w:p>
    <w:p>
      <w:pPr>
        <w:spacing w:before="10" w:after="0"/>
      </w:pPr>
    </w:p>
    <w:p>
      <w:pPr/>
      <w:r>
        <w:rPr>
          <w:rFonts w:ascii="Times New Roman" w:hAnsi="Times New Roman" w:eastAsia="Times New Roman" w:cs="Times New Roman"/>
          <w:sz w:val="24"/>
        </w:rPr>
        <w:t xml:space="preserve">Location: </w:t>
      </w:r>
      <w:r>
        <w:rPr>
          <w:rFonts w:ascii="Times New Roman" w:hAnsi="Times New Roman" w:eastAsia="Times New Roman" w:cs="Times New Roman"/>
          <w:sz w:val="24"/>
        </w:rPr>
        <w:t xml:space="preserve">Shady Oaks City Hall </w:t>
      </w: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 xml:space="preserve">57389 Autumn Rd. </w:t>
      </w:r>
      <w:r>
        <w:rPr>
          <w:rFonts w:ascii="Times New Roman" w:hAnsi="Times New Roman" w:eastAsia="Times New Roman" w:cs="Times New Roman"/>
          <w:sz w:val="24"/>
        </w:rPr>
        <w:t xml:space="preserve">City: </w:t>
      </w:r>
      <w:r>
        <w:rPr>
          <w:rFonts w:ascii="Times New Roman" w:hAnsi="Times New Roman" w:eastAsia="Times New Roman" w:cs="Times New Roman"/>
          <w:sz w:val="24"/>
        </w:rPr>
        <w:t>Shady Oaks</w:t>
      </w:r>
    </w:p>
    <w:p>
      <w:pPr>
        <w:spacing w:before="3" w:after="0"/>
      </w:pP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CA </w:t>
      </w:r>
      <w:r>
        <w:rPr>
          <w:rFonts w:ascii="Times New Roman" w:hAnsi="Times New Roman" w:eastAsia="Times New Roman" w:cs="Times New Roman"/>
          <w:sz w:val="24"/>
        </w:rPr>
        <w:t xml:space="preserve">Zip: </w:t>
      </w:r>
      <w:r>
        <w:rPr>
          <w:rFonts w:ascii="Times New Roman" w:hAnsi="Times New Roman" w:eastAsia="Times New Roman" w:cs="Times New Roman"/>
          <w:sz w:val="24"/>
        </w:rPr>
        <w:t>91284</w:t>
      </w:r>
    </w:p>
    <w:p>
      <w:pPr>
        <w:spacing w:before="9" w:after="0"/>
      </w:pPr>
    </w:p>
    <w:p>
      <w:pPr>
        <w:ind w:hanging="261"/>
      </w:pPr>
      <w:r>
        <w:rPr>
          <w:rFonts w:ascii="Times New Roman" w:hAnsi="Times New Roman" w:eastAsia="Times New Roman" w:cs="Times New Roman"/>
          <w:sz w:val="24"/>
        </w:rPr>
        <w:t>ATTENDANCE</w:t>
      </w:r>
    </w:p>
    <w:p>
      <w:pPr>
        <w:spacing w:before="2" w:after="0"/>
      </w:pPr>
    </w:p>
    <w:p>
      <w:pPr/>
      <w:r>
        <w:rPr>
          <w:rFonts w:ascii="Times New Roman" w:hAnsi="Times New Roman" w:eastAsia="Times New Roman" w:cs="Times New Roman"/>
          <w:sz w:val="24"/>
        </w:rPr>
        <w:t>Mayor Ana Carratelli (Council Chair)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9" w:after="0"/>
      </w:pPr>
      <w:r>
        <w:rPr>
          <w:rFonts w:ascii="Times New Roman" w:hAnsi="Times New Roman" w:eastAsia="Times New Roman" w:cs="Times New Roman"/>
          <w:sz w:val="24"/>
        </w:rPr>
        <w:t>Chloe May (Council President)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4" w:after="0"/>
      </w:pPr>
      <w:r>
        <w:rPr>
          <w:rFonts w:ascii="Times New Roman" w:hAnsi="Times New Roman" w:eastAsia="Times New Roman" w:cs="Times New Roman"/>
          <w:sz w:val="24"/>
        </w:rPr>
        <w:t>Sebastian Plachy (Secretary)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9" w:after="0"/>
      </w:pPr>
      <w:r>
        <w:rPr>
          <w:rFonts w:ascii="Times New Roman" w:hAnsi="Times New Roman" w:eastAsia="Times New Roman" w:cs="Times New Roman"/>
          <w:sz w:val="24"/>
        </w:rPr>
        <w:t>Amanda Ettinger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4" w:after="0"/>
      </w:pPr>
      <w:r>
        <w:rPr>
          <w:rFonts w:ascii="Times New Roman" w:hAnsi="Times New Roman" w:eastAsia="Times New Roman" w:cs="Times New Roman"/>
          <w:sz w:val="24"/>
        </w:rPr>
        <w:t>Antonio Voci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5" w:after="0"/>
      </w:pPr>
      <w:r>
        <w:rPr>
          <w:rFonts w:ascii="Times New Roman" w:hAnsi="Times New Roman" w:eastAsia="Times New Roman" w:cs="Times New Roman"/>
          <w:sz w:val="24"/>
        </w:rPr>
        <w:t>Diana Campa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9" w:after="0"/>
      </w:pPr>
      <w:r>
        <w:rPr>
          <w:rFonts w:ascii="Times New Roman" w:hAnsi="Times New Roman" w:eastAsia="Times New Roman" w:cs="Times New Roman"/>
          <w:sz w:val="24"/>
        </w:rPr>
        <w:t>Scott Michael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4" w:after="0"/>
      </w:pPr>
      <w:r>
        <w:rPr>
          <w:rFonts w:ascii="Times New Roman" w:hAnsi="Times New Roman" w:eastAsia="Times New Roman" w:cs="Times New Roman"/>
          <w:sz w:val="24"/>
        </w:rPr>
        <w:t>Wendy Toledo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9" w:after="0"/>
      </w:pPr>
      <w:r>
        <w:rPr>
          <w:rFonts w:ascii="Times New Roman" w:hAnsi="Times New Roman" w:eastAsia="Times New Roman" w:cs="Times New Roman"/>
          <w:sz w:val="24"/>
        </w:rPr>
        <w:t>Adriana Molter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4" w:after="0"/>
      </w:pPr>
      <w:r>
        <w:rPr>
          <w:rFonts w:ascii="Times New Roman" w:hAnsi="Times New Roman" w:eastAsia="Times New Roman" w:cs="Times New Roman"/>
          <w:sz w:val="24"/>
        </w:rPr>
        <w:t>Fiona Alpert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9" w:after="0"/>
      </w:pPr>
      <w:r>
        <w:rPr>
          <w:rFonts w:ascii="Times New Roman" w:hAnsi="Times New Roman" w:eastAsia="Times New Roman" w:cs="Times New Roman"/>
          <w:sz w:val="24"/>
        </w:rPr>
        <w:t>Hailey Jordan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p>
    <w:p>
      <w:pPr>
        <w:spacing w:before="14" w:after="0"/>
      </w:pPr>
      <w:r>
        <w:rPr>
          <w:rFonts w:ascii="Times New Roman" w:hAnsi="Times New Roman" w:eastAsia="Times New Roman" w:cs="Times New Roman"/>
          <w:sz w:val="24"/>
        </w:rPr>
        <w:t>Natalia Leary (Council Member) –</w:t>
      </w:r>
      <w:r>
        <w:rPr>
          <w:rFonts w:ascii="Times New Roman" w:hAnsi="Times New Roman" w:eastAsia="Times New Roman" w:cs="Times New Roman"/>
          <w:sz w:val="24"/>
        </w:rPr>
        <w:t xml:space="preserve"> </w:t>
      </w:r>
      <w:r>
        <w:rPr>
          <w:rFonts w:ascii="Times New Roman" w:hAnsi="Times New Roman" w:eastAsia="Times New Roman" w:cs="Times New Roman"/>
          <w:sz w:val="24"/>
        </w:rPr>
        <w:t>ABSENT</w:t>
      </w:r>
    </w:p>
    <w:p>
      <w:pPr>
        <w:spacing w:before="3" w:after="0"/>
      </w:pPr>
    </w:p>
    <w:p>
      <w:pPr>
        <w:ind w:hanging="331"/>
      </w:pPr>
      <w:r>
        <w:rPr>
          <w:rFonts w:ascii="Times New Roman" w:hAnsi="Times New Roman" w:eastAsia="Times New Roman" w:cs="Times New Roman"/>
          <w:sz w:val="24"/>
        </w:rPr>
        <w:t>CALL TO</w:t>
      </w:r>
      <w:r>
        <w:rPr>
          <w:rFonts w:ascii="Times New Roman" w:hAnsi="Times New Roman" w:eastAsia="Times New Roman" w:cs="Times New Roman"/>
          <w:sz w:val="24"/>
        </w:rPr>
        <w:t xml:space="preserve"> </w:t>
      </w:r>
      <w:r>
        <w:rPr>
          <w:rFonts w:ascii="Times New Roman" w:hAnsi="Times New Roman" w:eastAsia="Times New Roman" w:cs="Times New Roman"/>
          <w:sz w:val="24"/>
        </w:rPr>
        <w:t>ORDER</w:t>
      </w:r>
    </w:p>
    <w:p>
      <w:pPr>
        <w:spacing w:before="10" w:after="0"/>
      </w:pPr>
    </w:p>
    <w:p>
      <w:pPr>
        <w:spacing w:line="276" w:lineRule="exact"/>
      </w:pPr>
      <w:r>
        <w:rPr>
          <w:rFonts w:ascii="Times New Roman" w:hAnsi="Times New Roman" w:eastAsia="Times New Roman" w:cs="Times New Roman"/>
          <w:b/>
          <w:sz w:val="24"/>
        </w:rPr>
        <w:t xml:space="preserve">Previous Meeting Minutes </w:t>
      </w:r>
      <w:r>
        <w:rPr>
          <w:rFonts w:ascii="Times New Roman" w:hAnsi="Times New Roman" w:eastAsia="Times New Roman" w:cs="Times New Roman"/>
          <w:sz w:val="24"/>
        </w:rPr>
        <w:t>– Speaker Mayor Ana Carratelli – 11:02 am</w:t>
      </w:r>
    </w:p>
    <w:p>
      <w:pPr/>
      <w:r>
        <w:rPr>
          <w:rFonts w:ascii="Times New Roman" w:hAnsi="Times New Roman" w:eastAsia="Times New Roman" w:cs="Times New Roman"/>
          <w:sz w:val="24"/>
        </w:rPr>
        <w:t>Mr. Plachy passed out copies of the previous meeting minutes for all to review. The council voted unanimously to approve the minutes in a vote led by Mayor Carratelli.</w:t>
      </w:r>
    </w:p>
    <w:p>
      <w:pPr>
        <w:spacing w:before="2" w:after="0"/>
      </w:pPr>
    </w:p>
    <w:p>
      <w:pPr>
        <w:spacing w:line="275" w:lineRule="exact"/>
      </w:pPr>
      <w:r>
        <w:rPr>
          <w:rFonts w:ascii="Times New Roman" w:hAnsi="Times New Roman" w:eastAsia="Times New Roman" w:cs="Times New Roman"/>
          <w:b/>
          <w:sz w:val="24"/>
        </w:rPr>
        <w:t xml:space="preserve">Current Meeting Agenda </w:t>
      </w:r>
      <w:r>
        <w:rPr>
          <w:rFonts w:ascii="Times New Roman" w:hAnsi="Times New Roman" w:eastAsia="Times New Roman" w:cs="Times New Roman"/>
          <w:sz w:val="24"/>
        </w:rPr>
        <w:t>– Speaker Mayor Ana Carratelli – 11:07 am</w:t>
      </w:r>
    </w:p>
    <w:p>
      <w:pPr/>
      <w:r>
        <w:rPr>
          <w:rFonts w:ascii="Times New Roman" w:hAnsi="Times New Roman" w:eastAsia="Times New Roman" w:cs="Times New Roman"/>
          <w:sz w:val="24"/>
        </w:rPr>
        <w:t>Mr. Plachy passed out copies of the current meeting agenda for all to review. The council voted unanimously to approve the agendain a vote led by Mayor Carratelli.</w:t>
      </w:r>
    </w:p>
    <w:p>
      <w:pPr>
        <w:spacing w:before="2" w:after="0"/>
      </w:pPr>
    </w:p>
    <w:p>
      <w:pPr>
        <w:ind w:hanging="356"/>
      </w:pPr>
      <w:r>
        <w:rPr>
          <w:rFonts w:ascii="Times New Roman" w:hAnsi="Times New Roman" w:eastAsia="Times New Roman" w:cs="Times New Roman"/>
          <w:sz w:val="24"/>
        </w:rPr>
        <w:t>OLD</w:t>
      </w:r>
      <w:r>
        <w:rPr>
          <w:rFonts w:ascii="Times New Roman" w:hAnsi="Times New Roman" w:eastAsia="Times New Roman" w:cs="Times New Roman"/>
          <w:sz w:val="24"/>
        </w:rPr>
        <w:t xml:space="preserve"> </w:t>
      </w:r>
      <w:r>
        <w:rPr>
          <w:rFonts w:ascii="Times New Roman" w:hAnsi="Times New Roman" w:eastAsia="Times New Roman" w:cs="Times New Roman"/>
          <w:sz w:val="24"/>
        </w:rPr>
        <w:t>BUSINESS</w:t>
      </w:r>
    </w:p>
    <w:p>
      <w:pPr>
        <w:spacing w:before="9" w:after="0"/>
      </w:pPr>
    </w:p>
    <w:p>
      <w:pPr>
        <w:spacing w:before="1" w:after="0" w:line="275" w:lineRule="exact"/>
      </w:pPr>
      <w:r>
        <w:rPr>
          <w:rFonts w:ascii="Times New Roman" w:hAnsi="Times New Roman" w:eastAsia="Times New Roman" w:cs="Times New Roman"/>
          <w:b/>
          <w:sz w:val="24"/>
        </w:rPr>
        <w:t xml:space="preserve">Pothole on Glennview Ave. </w:t>
      </w:r>
      <w:r>
        <w:rPr>
          <w:rFonts w:ascii="Times New Roman" w:hAnsi="Times New Roman" w:eastAsia="Times New Roman" w:cs="Times New Roman"/>
          <w:sz w:val="24"/>
        </w:rPr>
        <w:t>– Speaker Amanda Ettinger – 11:12 am</w:t>
      </w:r>
    </w:p>
    <w:p>
      <w:pPr/>
      <w:r>
        <w:rPr>
          <w:rFonts w:ascii="Times New Roman" w:hAnsi="Times New Roman" w:eastAsia="Times New Roman" w:cs="Times New Roman"/>
          <w:sz w:val="24"/>
        </w:rPr>
        <w:t>Ms. Ettinger updated the council on the repair of the large pothole on Glennview Ave. that is blocking the main entrance to the high school parking lot. The repairs should be done by March 14</w:t>
      </w:r>
      <w:r>
        <w:rPr>
          <w:rFonts w:ascii="Times New Roman" w:hAnsi="Times New Roman" w:eastAsia="Times New Roman" w:cs="Times New Roman"/>
          <w:sz w:val="24"/>
        </w:rPr>
        <w:t>th</w:t>
      </w:r>
      <w:r>
        <w:rPr>
          <w:rFonts w:ascii="Times New Roman" w:hAnsi="Times New Roman" w:eastAsia="Times New Roman" w:cs="Times New Roman"/>
          <w:sz w:val="24"/>
        </w:rPr>
        <w:t>.</w:t>
      </w:r>
    </w:p>
    <w:p>
      <w:pPr>
        <w:spacing w:before="7" w:after="0"/>
      </w:pPr>
    </w:p>
    <w:p>
      <w:pPr>
        <w:ind w:hanging="291"/>
      </w:pPr>
      <w:r>
        <w:rPr>
          <w:rFonts w:ascii="Times New Roman" w:hAnsi="Times New Roman" w:eastAsia="Times New Roman" w:cs="Times New Roman"/>
          <w:sz w:val="24"/>
        </w:rPr>
        <w:t>NEW</w:t>
      </w:r>
      <w:r>
        <w:rPr>
          <w:rFonts w:ascii="Times New Roman" w:hAnsi="Times New Roman" w:eastAsia="Times New Roman" w:cs="Times New Roman"/>
          <w:sz w:val="24"/>
        </w:rPr>
        <w:t xml:space="preserve"> </w:t>
      </w:r>
      <w:r>
        <w:rPr>
          <w:rFonts w:ascii="Times New Roman" w:hAnsi="Times New Roman" w:eastAsia="Times New Roman" w:cs="Times New Roman"/>
          <w:sz w:val="24"/>
        </w:rPr>
        <w:t>BUSINESS</w:t>
      </w:r>
    </w:p>
    <w:p>
      <w:pPr/>
    </w:p>
    <w:p>
      <w:pPr>
        <w:spacing w:before="70" w:after="0" w:line="276" w:lineRule="exact"/>
      </w:pPr>
      <w:r>
        <w:rPr>
          <w:rFonts w:ascii="Times New Roman" w:hAnsi="Times New Roman" w:eastAsia="Times New Roman" w:cs="Times New Roman"/>
          <w:b/>
          <w:sz w:val="24"/>
        </w:rPr>
        <w:t xml:space="preserve">Memorial Day Parade </w:t>
      </w:r>
      <w:r>
        <w:rPr>
          <w:rFonts w:ascii="Times New Roman" w:hAnsi="Times New Roman" w:eastAsia="Times New Roman" w:cs="Times New Roman"/>
          <w:sz w:val="24"/>
        </w:rPr>
        <w:t>– Speaker Fiona Alpert – 11:18 am</w:t>
      </w:r>
    </w:p>
    <w:p>
      <w:pPr/>
      <w:r>
        <w:rPr>
          <w:rFonts w:ascii="Times New Roman" w:hAnsi="Times New Roman" w:eastAsia="Times New Roman" w:cs="Times New Roman"/>
          <w:sz w:val="24"/>
        </w:rPr>
        <w:t>Ms. Alpert presented the plan for implementing the annual Memorial Day parade and celebration at the Community Center.</w:t>
      </w:r>
    </w:p>
    <w:p>
      <w:pPr>
        <w:spacing w:before="8" w:after="0"/>
      </w:pPr>
    </w:p>
    <w:p>
      <w:pPr>
        <w:ind w:hanging="356"/>
      </w:pP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ITEMS</w:t>
      </w:r>
    </w:p>
    <w:p>
      <w:pPr>
        <w:spacing w:before="3" w:after="0"/>
      </w:pPr>
    </w:p>
    <w:p>
      <w:pPr/>
      <w:r>
        <w:rPr>
          <w:rFonts w:ascii="Times New Roman" w:hAnsi="Times New Roman" w:eastAsia="Times New Roman" w:cs="Times New Roman"/>
          <w:b/>
          <w:sz w:val="24"/>
        </w:rPr>
        <w:t xml:space="preserve">Other Items </w:t>
      </w:r>
      <w:r>
        <w:rPr>
          <w:rFonts w:ascii="Times New Roman" w:hAnsi="Times New Roman" w:eastAsia="Times New Roman" w:cs="Times New Roman"/>
          <w:sz w:val="24"/>
        </w:rPr>
        <w:t>– There were no other items for this meeting.</w:t>
      </w:r>
    </w:p>
    <w:p>
      <w:pPr>
        <w:spacing w:before="10" w:after="0"/>
      </w:pPr>
    </w:p>
    <w:p>
      <w:pPr>
        <w:ind w:hanging="421"/>
      </w:pPr>
      <w:r>
        <w:rPr>
          <w:rFonts w:ascii="Times New Roman" w:hAnsi="Times New Roman" w:eastAsia="Times New Roman" w:cs="Times New Roman"/>
          <w:sz w:val="24"/>
        </w:rPr>
        <w:t>PUBLIC</w:t>
      </w:r>
      <w:r>
        <w:rPr>
          <w:rFonts w:ascii="Times New Roman" w:hAnsi="Times New Roman" w:eastAsia="Times New Roman" w:cs="Times New Roman"/>
          <w:sz w:val="24"/>
        </w:rPr>
        <w:t xml:space="preserve"> </w:t>
      </w:r>
      <w:r>
        <w:rPr>
          <w:rFonts w:ascii="Times New Roman" w:hAnsi="Times New Roman" w:eastAsia="Times New Roman" w:cs="Times New Roman"/>
          <w:sz w:val="24"/>
        </w:rPr>
        <w:t>COMMENT</w:t>
      </w:r>
    </w:p>
    <w:p>
      <w:pPr>
        <w:spacing w:before="3" w:after="0"/>
      </w:pPr>
    </w:p>
    <w:p>
      <w:pPr>
        <w:spacing w:line="275" w:lineRule="exact"/>
      </w:pPr>
      <w:r>
        <w:rPr>
          <w:rFonts w:ascii="Times New Roman" w:hAnsi="Times New Roman" w:eastAsia="Times New Roman" w:cs="Times New Roman"/>
          <w:b/>
          <w:sz w:val="24"/>
        </w:rPr>
        <w:t xml:space="preserve">Shady Oaks Recreation Center </w:t>
      </w:r>
      <w:r>
        <w:rPr>
          <w:rFonts w:ascii="Times New Roman" w:hAnsi="Times New Roman" w:eastAsia="Times New Roman" w:cs="Times New Roman"/>
          <w:sz w:val="24"/>
        </w:rPr>
        <w:t>– Speaker Oliver Rodgers – 11:29 am</w:t>
      </w:r>
    </w:p>
    <w:p>
      <w:pPr/>
      <w:r>
        <w:rPr>
          <w:rFonts w:ascii="Times New Roman" w:hAnsi="Times New Roman" w:eastAsia="Times New Roman" w:cs="Times New Roman"/>
          <w:sz w:val="24"/>
        </w:rPr>
        <w:t>Resident Mr. Rodgers pressed the council for an update about the reopening of the rec center. The council said it would put together an update presentation for the next council meeting.</w:t>
      </w:r>
    </w:p>
    <w:p>
      <w:pPr>
        <w:spacing w:before="1" w:after="0"/>
      </w:pPr>
    </w:p>
    <w:p>
      <w:pPr>
        <w:ind w:hanging="491"/>
      </w:pPr>
      <w:r>
        <w:rPr>
          <w:rFonts w:ascii="Times New Roman" w:hAnsi="Times New Roman" w:eastAsia="Times New Roman" w:cs="Times New Roman"/>
          <w:sz w:val="24"/>
        </w:rPr>
        <w:t>ADJOURNMENT</w:t>
      </w:r>
    </w:p>
    <w:p>
      <w:pPr>
        <w:spacing w:before="9" w:after="0"/>
      </w:pPr>
    </w:p>
    <w:p>
      <w:pPr>
        <w:spacing w:before="1" w:after="0" w:line="276" w:lineRule="exact"/>
      </w:pPr>
      <w:r>
        <w:rPr>
          <w:rFonts w:ascii="Times New Roman" w:hAnsi="Times New Roman" w:eastAsia="Times New Roman" w:cs="Times New Roman"/>
          <w:b/>
          <w:sz w:val="24"/>
        </w:rPr>
        <w:t xml:space="preserve">End of Meeting </w:t>
      </w:r>
      <w:r>
        <w:rPr>
          <w:rFonts w:ascii="Times New Roman" w:hAnsi="Times New Roman" w:eastAsia="Times New Roman" w:cs="Times New Roman"/>
          <w:sz w:val="24"/>
        </w:rPr>
        <w:t>– Speaker Mayor Ana Carratelli – 11:38 am</w:t>
      </w:r>
    </w:p>
    <w:p>
      <w:pPr/>
      <w:r>
        <w:rPr>
          <w:rFonts w:ascii="Times New Roman" w:hAnsi="Times New Roman" w:eastAsia="Times New Roman" w:cs="Times New Roman"/>
          <w:sz w:val="24"/>
        </w:rPr>
        <w:t>Mayor Carratelli called an end to the meeting and Mr. Plachy recorded the end time.</w:t>
      </w:r>
    </w:p>
    <w:p>
      <w:pPr>
        <w:spacing w:before="2" w:after="0"/>
      </w:pPr>
    </w:p>
    <w:p>
      <w:pPr>
        <w:spacing w:before="92" w:after="0"/>
      </w:pPr>
      <w:r>
        <w:rPr>
          <w:rFonts w:ascii="Times New Roman" w:hAnsi="Times New Roman" w:eastAsia="Times New Roman" w:cs="Times New Roman"/>
          <w:b/>
          <w:sz w:val="24"/>
        </w:rPr>
        <w:t xml:space="preserve">Approval of Minutes </w:t>
      </w:r>
      <w:r>
        <w:rPr>
          <w:rFonts w:ascii="Times New Roman" w:hAnsi="Times New Roman" w:eastAsia="Times New Roman" w:cs="Times New Roman"/>
          <w:sz w:val="24"/>
        </w:rPr>
        <w:t>– Speaker Mayor Ana Carratelli – 11:39 am Mayor Carratelli approved the minutes.</w:t>
      </w:r>
    </w:p>
    <w:p>
      <w:pPr>
        <w:spacing w:before="212" w:after="0"/>
      </w:pPr>
      <w:r>
        <w:rPr>
          <w:rFonts w:ascii="Times New Roman" w:hAnsi="Times New Roman" w:eastAsia="Times New Roman" w:cs="Times New Roman"/>
          <w:sz w:val="24"/>
        </w:rPr>
        <w:t>M</w:t>
      </w:r>
      <w:r>
        <w:rPr>
          <w:rFonts w:ascii="Times New Roman" w:hAnsi="Times New Roman" w:eastAsia="Times New Roman" w:cs="Times New Roman"/>
          <w:sz w:val="24"/>
        </w:rPr>
        <w:t>inu</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s</w:t>
      </w:r>
      <w:r>
        <w:rPr>
          <w:rFonts w:ascii="Times New Roman" w:hAnsi="Times New Roman" w:eastAsia="Times New Roman" w:cs="Times New Roman"/>
          <w:sz w:val="24"/>
        </w:rPr>
        <w:t xml:space="preserve"> </w:t>
      </w:r>
      <w:r>
        <w:rPr>
          <w:rFonts w:ascii="Times New Roman" w:hAnsi="Times New Roman" w:eastAsia="Times New Roman" w:cs="Times New Roman"/>
          <w:sz w:val="24"/>
        </w:rPr>
        <w:t>s</w:t>
      </w:r>
      <w:r>
        <w:rPr>
          <w:rFonts w:ascii="Times New Roman" w:hAnsi="Times New Roman" w:eastAsia="Times New Roman" w:cs="Times New Roman"/>
          <w:sz w:val="24"/>
        </w:rPr>
        <w:t>ub</w:t>
      </w:r>
      <w:r>
        <w:rPr>
          <w:rFonts w:ascii="Times New Roman" w:hAnsi="Times New Roman" w:eastAsia="Times New Roman" w:cs="Times New Roman"/>
          <w:sz w:val="24"/>
        </w:rPr>
        <w:t>m</w:t>
      </w:r>
      <w:r>
        <w:rPr>
          <w:rFonts w:ascii="Times New Roman" w:hAnsi="Times New Roman" w:eastAsia="Times New Roman" w:cs="Times New Roman"/>
          <w:sz w:val="24"/>
        </w:rPr>
        <w:t>i</w:t>
      </w:r>
      <w:r>
        <w:rPr>
          <w:rFonts w:ascii="Times New Roman" w:hAnsi="Times New Roman" w:eastAsia="Times New Roman" w:cs="Times New Roman"/>
          <w:sz w:val="24"/>
        </w:rPr>
        <w:t>tt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b</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r>
        <w:rPr>
          <w:rFonts w:ascii="Times New Roman" w:hAnsi="Times New Roman" w:eastAsia="Times New Roman" w:cs="Times New Roman"/>
          <w:sz w:val="24"/>
        </w:rPr>
        <w:t>Pr</w:t>
      </w:r>
      <w:r>
        <w:rPr>
          <w:rFonts w:ascii="Times New Roman" w:hAnsi="Times New Roman" w:eastAsia="Times New Roman" w:cs="Times New Roman"/>
          <w:sz w:val="24"/>
        </w:rPr>
        <w:t>in</w:t>
      </w:r>
      <w:r>
        <w:rPr>
          <w:rFonts w:ascii="Times New Roman" w:hAnsi="Times New Roman" w:eastAsia="Times New Roman" w:cs="Times New Roman"/>
          <w:sz w:val="24"/>
        </w:rPr>
        <w:t>t</w:t>
      </w:r>
      <w:r>
        <w:rPr>
          <w:rFonts w:ascii="Times New Roman" w:hAnsi="Times New Roman" w:eastAsia="Times New Roman" w:cs="Times New Roman"/>
          <w:sz w:val="24"/>
        </w:rPr>
        <w:t xml:space="preserve"> </w:t>
      </w:r>
      <w:r>
        <w:rPr>
          <w:rFonts w:ascii="Times New Roman" w:hAnsi="Times New Roman" w:eastAsia="Times New Roman" w:cs="Times New Roman"/>
          <w:sz w:val="24"/>
        </w:rPr>
        <w:t>Na</w:t>
      </w:r>
      <w:r>
        <w:rPr>
          <w:rFonts w:ascii="Times New Roman" w:hAnsi="Times New Roman" w:eastAsia="Times New Roman" w:cs="Times New Roman"/>
          <w:sz w:val="24"/>
        </w:rPr>
        <w:t>m</w:t>
      </w:r>
      <w:r>
        <w:rPr>
          <w:rFonts w:ascii="Times New Roman" w:hAnsi="Times New Roman" w:eastAsia="Times New Roman" w:cs="Times New Roman"/>
          <w:sz w:val="24"/>
        </w:rPr>
        <w:t>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Sebastian Plachy</w:t>
        <w:tab/>
      </w:r>
      <w:r>
        <w:rPr>
          <w:rFonts w:ascii="Times New Roman" w:hAnsi="Times New Roman" w:eastAsia="Times New Roman" w:cs="Times New Roman"/>
          <w:sz w:val="24"/>
        </w:rPr>
        <w:t>_</w:t>
      </w:r>
    </w:p>
    <w:p>
      <w:pPr>
        <w:spacing w:line="20" w:lineRule="exact"/>
      </w:pPr>
    </w:p>
    <w:p>
      <w:pPr/>
    </w:p>
    <w:p>
      <w:pPr>
        <w:spacing w:before="243" w:after="0"/>
      </w:pPr>
      <w:r>
        <w:rPr>
          <w:rFonts w:ascii="Times New Roman" w:hAnsi="Times New Roman" w:eastAsia="Times New Roman" w:cs="Times New Roman"/>
          <w:sz w:val="24"/>
        </w:rPr>
        <w:t>Approved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tab/>
      </w: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w:t>
      </w:r>
      <w:r>
        <w:rPr>
          <w:rFonts w:ascii="Times New Roman" w:hAnsi="Times New Roman" w:eastAsia="Times New Roman" w:cs="Times New Roman"/>
          <w:sz w:val="24"/>
        </w:rPr>
        <w:t xml:space="preserve">Mayor </w:t>
      </w:r>
      <w:r>
        <w:rPr>
          <w:rFonts w:ascii="Times New Roman" w:hAnsi="Times New Roman" w:eastAsia="Times New Roman" w:cs="Times New Roman"/>
          <w:sz w:val="24"/>
        </w:rPr>
        <w:t>Ana</w:t>
      </w:r>
      <w:r>
        <w:rPr>
          <w:rFonts w:ascii="Times New Roman" w:hAnsi="Times New Roman" w:eastAsia="Times New Roman" w:cs="Times New Roman"/>
          <w:sz w:val="24"/>
        </w:rPr>
        <w:t xml:space="preserve"> </w:t>
      </w:r>
      <w:r>
        <w:rPr>
          <w:rFonts w:ascii="Times New Roman" w:hAnsi="Times New Roman" w:eastAsia="Times New Roman" w:cs="Times New Roman"/>
          <w:sz w:val="24"/>
        </w:rPr>
        <w:t>Carratelli</w:t>
      </w:r>
    </w:p>
    <w:p>
      <w:pPr>
        <w:spacing w:line="20" w:lineRule="exact"/>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