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65" w:after="0" w:line="240" w:lineRule="auto"/>
      </w:pPr>
      <w:r>
        <w:rPr>
          <w:rFonts w:ascii="Times New Roman" w:hAnsi="Times New Roman" w:eastAsia="Times New Roman" w:cs="Times New Roman"/>
          <w:sz w:val="24"/>
        </w:rPr>
        <w:t xml:space="preserve">SAMPLE </w:t>
      </w:r>
      <w:r>
        <w:rPr>
          <w:rFonts w:ascii="Times New Roman" w:hAnsi="Times New Roman" w:eastAsia="Times New Roman" w:cs="Times New Roman"/>
          <w:sz w:val="24"/>
        </w:rPr>
        <w:t xml:space="preserve">EDUCATION MEETING MINUTES FOR </w:t>
      </w:r>
      <w:r>
        <w:rPr>
          <w:rFonts w:ascii="Times New Roman" w:hAnsi="Times New Roman" w:eastAsia="Times New Roman" w:cs="Times New Roman"/>
          <w:sz w:val="24"/>
        </w:rPr>
        <w:t>SHADY OAKS BOARD OF EDUCATION</w:t>
      </w:r>
    </w:p>
    <w:p>
      <w:pPr>
        <w:spacing w:before="7" w:after="0"/>
      </w:pPr>
    </w:p>
    <w:p>
      <w:pPr/>
      <w:r>
        <w:rPr>
          <w:rFonts w:ascii="Times New Roman" w:hAnsi="Times New Roman" w:eastAsia="Times New Roman" w:cs="Times New Roman"/>
          <w:sz w:val="24"/>
        </w:rPr>
        <w:t>MEETING</w:t>
      </w:r>
      <w:r>
        <w:rPr>
          <w:rFonts w:ascii="Times New Roman" w:hAnsi="Times New Roman" w:eastAsia="Times New Roman" w:cs="Times New Roman"/>
          <w:sz w:val="24"/>
        </w:rPr>
        <w:t xml:space="preserve"> </w:t>
      </w:r>
      <w:r>
        <w:rPr>
          <w:rFonts w:ascii="Times New Roman" w:hAnsi="Times New Roman" w:eastAsia="Times New Roman" w:cs="Times New Roman"/>
          <w:sz w:val="24"/>
        </w:rPr>
        <w:t>DETAILS</w:t>
      </w:r>
    </w:p>
    <w:p>
      <w:pPr>
        <w:spacing w:before="10" w:after="0"/>
      </w:pPr>
    </w:p>
    <w:p>
      <w:pPr>
        <w:spacing w:line="240" w:lineRule="auto"/>
      </w:pPr>
      <w:r>
        <w:rPr>
          <w:rFonts w:ascii="Times New Roman" w:hAnsi="Times New Roman" w:eastAsia="Times New Roman" w:cs="Times New Roman"/>
          <w:sz w:val="24"/>
        </w:rPr>
        <w:t xml:space="preserve">Chairperson: </w:t>
      </w:r>
      <w:r>
        <w:rPr>
          <w:rFonts w:ascii="Times New Roman" w:hAnsi="Times New Roman" w:eastAsia="Times New Roman" w:cs="Times New Roman"/>
          <w:sz w:val="24"/>
        </w:rPr>
        <w:t xml:space="preserve">Ruben Sorrentino </w:t>
      </w:r>
      <w:r>
        <w:rPr>
          <w:rFonts w:ascii="Times New Roman" w:hAnsi="Times New Roman" w:eastAsia="Times New Roman" w:cs="Times New Roman"/>
          <w:sz w:val="24"/>
        </w:rPr>
        <w:t xml:space="preserve">Secretary: </w:t>
      </w:r>
      <w:r>
        <w:rPr>
          <w:rFonts w:ascii="Times New Roman" w:hAnsi="Times New Roman" w:eastAsia="Times New Roman" w:cs="Times New Roman"/>
          <w:sz w:val="24"/>
        </w:rPr>
        <w:t>Madison Garcia</w:t>
      </w:r>
    </w:p>
    <w:p>
      <w:pPr>
        <w:spacing w:before="8" w:after="0"/>
      </w:pPr>
    </w:p>
    <w:p>
      <w:pPr>
        <w:spacing w:line="275" w:lineRule="exact"/>
      </w:pPr>
      <w:r>
        <w:rPr>
          <w:rFonts w:ascii="Times New Roman" w:hAnsi="Times New Roman" w:eastAsia="Times New Roman" w:cs="Times New Roman"/>
          <w:sz w:val="24"/>
        </w:rPr>
        <w:t xml:space="preserve">Date: </w:t>
      </w:r>
      <w:r>
        <w:rPr>
          <w:rFonts w:ascii="Times New Roman" w:hAnsi="Times New Roman" w:eastAsia="Times New Roman" w:cs="Times New Roman"/>
          <w:sz w:val="24"/>
        </w:rPr>
        <w:t>March 1, 2021</w:t>
      </w:r>
    </w:p>
    <w:p>
      <w:pPr>
        <w:spacing w:line="275" w:lineRule="exact"/>
      </w:pPr>
      <w:r>
        <w:rPr>
          <w:rFonts w:ascii="Times New Roman" w:hAnsi="Times New Roman" w:eastAsia="Times New Roman" w:cs="Times New Roman"/>
          <w:sz w:val="24"/>
        </w:rPr>
        <w:t xml:space="preserve">Time: </w:t>
      </w:r>
      <w:r>
        <w:rPr>
          <w:rFonts w:ascii="Times New Roman" w:hAnsi="Times New Roman" w:eastAsia="Times New Roman" w:cs="Times New Roman"/>
          <w:sz w:val="24"/>
        </w:rPr>
        <w:t>7:00 pm</w:t>
      </w:r>
    </w:p>
    <w:p>
      <w:pPr>
        <w:spacing w:before="4" w:after="0"/>
      </w:pPr>
    </w:p>
    <w:p>
      <w:pPr/>
      <w:r>
        <w:rPr>
          <w:rFonts w:ascii="Times New Roman" w:hAnsi="Times New Roman" w:eastAsia="Times New Roman" w:cs="Times New Roman"/>
          <w:sz w:val="24"/>
        </w:rPr>
        <w:t xml:space="preserve">Location: </w:t>
      </w:r>
      <w:r>
        <w:rPr>
          <w:rFonts w:ascii="Times New Roman" w:hAnsi="Times New Roman" w:eastAsia="Times New Roman" w:cs="Times New Roman"/>
          <w:sz w:val="24"/>
        </w:rPr>
        <w:t xml:space="preserve">Shady Oaks High School Auditorium </w:t>
      </w: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5849 Glenview Ave.</w:t>
      </w:r>
    </w:p>
    <w:p>
      <w:pPr/>
      <w:r>
        <w:rPr>
          <w:rFonts w:ascii="Times New Roman" w:hAnsi="Times New Roman" w:eastAsia="Times New Roman" w:cs="Times New Roman"/>
          <w:sz w:val="24"/>
        </w:rPr>
        <w:t xml:space="preserve">City: </w:t>
      </w:r>
      <w:r>
        <w:rPr>
          <w:rFonts w:ascii="Times New Roman" w:hAnsi="Times New Roman" w:eastAsia="Times New Roman" w:cs="Times New Roman"/>
          <w:sz w:val="24"/>
        </w:rPr>
        <w:t xml:space="preserve">Shady Oaks </w:t>
      </w:r>
      <w:r>
        <w:rPr>
          <w:rFonts w:ascii="Times New Roman" w:hAnsi="Times New Roman" w:eastAsia="Times New Roman" w:cs="Times New Roman"/>
          <w:sz w:val="24"/>
        </w:rPr>
        <w:t xml:space="preserve">State: </w:t>
      </w:r>
      <w:r>
        <w:rPr>
          <w:rFonts w:ascii="Times New Roman" w:hAnsi="Times New Roman" w:eastAsia="Times New Roman" w:cs="Times New Roman"/>
          <w:sz w:val="24"/>
        </w:rPr>
        <w:t xml:space="preserve">CA </w:t>
      </w:r>
      <w:r>
        <w:rPr>
          <w:rFonts w:ascii="Times New Roman" w:hAnsi="Times New Roman" w:eastAsia="Times New Roman" w:cs="Times New Roman"/>
          <w:sz w:val="24"/>
        </w:rPr>
        <w:t xml:space="preserve">Zip: </w:t>
      </w:r>
      <w:r>
        <w:rPr>
          <w:rFonts w:ascii="Times New Roman" w:hAnsi="Times New Roman" w:eastAsia="Times New Roman" w:cs="Times New Roman"/>
          <w:sz w:val="24"/>
        </w:rPr>
        <w:t>91284</w:t>
      </w:r>
    </w:p>
    <w:p>
      <w:pPr/>
    </w:p>
    <w:p>
      <w:pPr>
        <w:ind w:hanging="261"/>
      </w:pPr>
      <w:r>
        <w:rPr>
          <w:rFonts w:ascii="Times New Roman" w:hAnsi="Times New Roman" w:eastAsia="Times New Roman" w:cs="Times New Roman"/>
          <w:sz w:val="24"/>
        </w:rPr>
        <w:t>ATTENDEES</w:t>
      </w:r>
    </w:p>
    <w:p>
      <w:pPr>
        <w:spacing w:before="2" w:after="0"/>
      </w:pPr>
    </w:p>
    <w:p>
      <w:pPr/>
      <w:r>
        <w:rPr>
          <w:rFonts w:ascii="Times New Roman" w:hAnsi="Times New Roman" w:eastAsia="Times New Roman" w:cs="Times New Roman"/>
          <w:sz w:val="24"/>
        </w:rPr>
        <w:t>Ruben Sorrentino</w:t>
      </w:r>
      <w:r>
        <w:rPr>
          <w:rFonts w:ascii="Times New Roman" w:hAnsi="Times New Roman" w:eastAsia="Times New Roman" w:cs="Times New Roman"/>
          <w:sz w:val="24"/>
        </w:rPr>
        <w:t xml:space="preserve"> </w:t>
      </w:r>
      <w:r>
        <w:rPr>
          <w:rFonts w:ascii="Times New Roman" w:hAnsi="Times New Roman" w:eastAsia="Times New Roman" w:cs="Times New Roman"/>
          <w:sz w:val="24"/>
        </w:rPr>
        <w:t>(Chair)</w:t>
      </w:r>
    </w:p>
    <w:p>
      <w:pPr>
        <w:spacing w:before="14" w:after="0"/>
      </w:pPr>
      <w:r>
        <w:rPr>
          <w:rFonts w:ascii="Times New Roman" w:hAnsi="Times New Roman" w:eastAsia="Times New Roman" w:cs="Times New Roman"/>
          <w:sz w:val="24"/>
        </w:rPr>
        <w:t>Madison Garcia</w:t>
      </w:r>
      <w:r>
        <w:rPr>
          <w:rFonts w:ascii="Times New Roman" w:hAnsi="Times New Roman" w:eastAsia="Times New Roman" w:cs="Times New Roman"/>
          <w:sz w:val="24"/>
        </w:rPr>
        <w:t xml:space="preserve"> </w:t>
      </w:r>
      <w:r>
        <w:rPr>
          <w:rFonts w:ascii="Times New Roman" w:hAnsi="Times New Roman" w:eastAsia="Times New Roman" w:cs="Times New Roman"/>
          <w:sz w:val="24"/>
        </w:rPr>
        <w:t>(Secretary)</w:t>
      </w:r>
    </w:p>
    <w:p>
      <w:pPr>
        <w:spacing w:before="19" w:after="0"/>
      </w:pPr>
      <w:r>
        <w:rPr>
          <w:rFonts w:ascii="Times New Roman" w:hAnsi="Times New Roman" w:eastAsia="Times New Roman" w:cs="Times New Roman"/>
          <w:sz w:val="24"/>
        </w:rPr>
        <w:t>James Amore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14" w:after="0"/>
      </w:pPr>
      <w:r>
        <w:rPr>
          <w:rFonts w:ascii="Times New Roman" w:hAnsi="Times New Roman" w:eastAsia="Times New Roman" w:cs="Times New Roman"/>
          <w:sz w:val="24"/>
        </w:rPr>
        <w:t>Cat Gonzalez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20" w:after="0"/>
      </w:pPr>
      <w:r>
        <w:rPr>
          <w:rFonts w:ascii="Times New Roman" w:hAnsi="Times New Roman" w:eastAsia="Times New Roman" w:cs="Times New Roman"/>
          <w:sz w:val="24"/>
        </w:rPr>
        <w:t>Marina Reed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14" w:after="0"/>
      </w:pPr>
      <w:r>
        <w:rPr>
          <w:rFonts w:ascii="Times New Roman" w:hAnsi="Times New Roman" w:eastAsia="Times New Roman" w:cs="Times New Roman"/>
          <w:sz w:val="24"/>
        </w:rPr>
        <w:t>Peter Jung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14" w:after="0"/>
      </w:pPr>
      <w:r>
        <w:rPr>
          <w:rFonts w:ascii="Times New Roman" w:hAnsi="Times New Roman" w:eastAsia="Times New Roman" w:cs="Times New Roman"/>
          <w:sz w:val="24"/>
        </w:rPr>
        <w:t>Marcus Porter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19" w:after="0"/>
      </w:pPr>
      <w:r>
        <w:rPr>
          <w:rFonts w:ascii="Times New Roman" w:hAnsi="Times New Roman" w:eastAsia="Times New Roman" w:cs="Times New Roman"/>
          <w:sz w:val="24"/>
        </w:rPr>
        <w:t>Simone Escamilla (Board</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w:t>
      </w:r>
    </w:p>
    <w:p>
      <w:pPr>
        <w:spacing w:before="14" w:after="0"/>
      </w:pPr>
      <w:r>
        <w:rPr>
          <w:rFonts w:ascii="Times New Roman" w:hAnsi="Times New Roman" w:eastAsia="Times New Roman" w:cs="Times New Roman"/>
          <w:sz w:val="24"/>
        </w:rPr>
        <w:t>Various Community</w:t>
      </w:r>
      <w:r>
        <w:rPr>
          <w:rFonts w:ascii="Times New Roman" w:hAnsi="Times New Roman" w:eastAsia="Times New Roman" w:cs="Times New Roman"/>
          <w:sz w:val="24"/>
        </w:rPr>
        <w:t xml:space="preserve"> </w:t>
      </w:r>
      <w:r>
        <w:rPr>
          <w:rFonts w:ascii="Times New Roman" w:hAnsi="Times New Roman" w:eastAsia="Times New Roman" w:cs="Times New Roman"/>
          <w:sz w:val="24"/>
        </w:rPr>
        <w:t>Members</w:t>
      </w:r>
    </w:p>
    <w:p>
      <w:pPr>
        <w:spacing w:before="3" w:after="0"/>
      </w:pPr>
    </w:p>
    <w:p>
      <w:pPr>
        <w:ind w:hanging="331"/>
      </w:pPr>
      <w:r>
        <w:rPr>
          <w:rFonts w:ascii="Times New Roman" w:hAnsi="Times New Roman" w:eastAsia="Times New Roman" w:cs="Times New Roman"/>
          <w:sz w:val="24"/>
        </w:rPr>
        <w:t>ABSENCES</w:t>
      </w:r>
    </w:p>
    <w:p>
      <w:pPr>
        <w:spacing w:before="2" w:after="0"/>
      </w:pPr>
    </w:p>
    <w:p>
      <w:pPr/>
      <w:r>
        <w:rPr>
          <w:rFonts w:ascii="Times New Roman" w:hAnsi="Times New Roman" w:eastAsia="Times New Roman" w:cs="Times New Roman"/>
          <w:sz w:val="24"/>
        </w:rPr>
        <w:t>None</w:t>
      </w:r>
    </w:p>
    <w:p>
      <w:pPr>
        <w:spacing w:before="3" w:after="0"/>
      </w:pPr>
    </w:p>
    <w:p>
      <w:pPr>
        <w:ind w:hanging="356"/>
      </w:pPr>
      <w:r>
        <w:rPr>
          <w:rFonts w:ascii="Times New Roman" w:hAnsi="Times New Roman" w:eastAsia="Times New Roman" w:cs="Times New Roman"/>
          <w:sz w:val="24"/>
        </w:rPr>
        <w:t>CALL TO</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b w:val="0"/>
          <w:sz w:val="24"/>
        </w:rPr>
        <w:t>.</w:t>
      </w:r>
    </w:p>
    <w:p>
      <w:pPr>
        <w:spacing w:before="10" w:after="0"/>
      </w:pPr>
    </w:p>
    <w:p>
      <w:pPr/>
      <w:r>
        <w:rPr>
          <w:rFonts w:ascii="Times New Roman" w:hAnsi="Times New Roman" w:eastAsia="Times New Roman" w:cs="Times New Roman"/>
          <w:b/>
          <w:sz w:val="24"/>
        </w:rPr>
        <w:t xml:space="preserve">Welcome </w:t>
      </w:r>
      <w:r>
        <w:rPr>
          <w:rFonts w:ascii="Times New Roman" w:hAnsi="Times New Roman" w:eastAsia="Times New Roman" w:cs="Times New Roman"/>
          <w:sz w:val="24"/>
        </w:rPr>
        <w:t>– Speaker Ruben Sorrentino – 7:00 pm</w:t>
      </w:r>
    </w:p>
    <w:p>
      <w:pPr>
        <w:spacing w:before="9" w:after="0"/>
      </w:pPr>
      <w:r>
        <w:rPr>
          <w:rFonts w:ascii="Times New Roman" w:hAnsi="Times New Roman" w:eastAsia="Times New Roman" w:cs="Times New Roman"/>
          <w:sz w:val="24"/>
        </w:rPr>
        <w:t>Ruben welcomed all attendees to the meeting and introduced the HOA board.</w:t>
      </w:r>
    </w:p>
    <w:p>
      <w:pPr>
        <w:spacing w:before="3" w:after="0"/>
      </w:pPr>
    </w:p>
    <w:p>
      <w:pPr/>
      <w:r>
        <w:rPr>
          <w:rFonts w:ascii="Times New Roman" w:hAnsi="Times New Roman" w:eastAsia="Times New Roman" w:cs="Times New Roman"/>
          <w:b/>
          <w:sz w:val="24"/>
        </w:rPr>
        <w:t xml:space="preserve">Previous Meeting Minutes </w:t>
      </w:r>
      <w:r>
        <w:rPr>
          <w:rFonts w:ascii="Times New Roman" w:hAnsi="Times New Roman" w:eastAsia="Times New Roman" w:cs="Times New Roman"/>
          <w:sz w:val="24"/>
        </w:rPr>
        <w:t>– Speaker Ruben Sorrentino – 7:03 pm</w:t>
      </w:r>
    </w:p>
    <w:p>
      <w:pPr>
        <w:spacing w:before="4" w:after="0"/>
      </w:pPr>
      <w:r>
        <w:rPr>
          <w:rFonts w:ascii="Times New Roman" w:hAnsi="Times New Roman" w:eastAsia="Times New Roman" w:cs="Times New Roman"/>
          <w:sz w:val="24"/>
        </w:rPr>
        <w:t>Madison distributed the February meeting minutes and Ruben led the attendees in a vote of approval. The attendees voted unanimously to approve the minutes.</w:t>
      </w:r>
    </w:p>
    <w:p>
      <w:pPr>
        <w:spacing w:before="9" w:after="0"/>
      </w:pPr>
    </w:p>
    <w:p>
      <w:pPr/>
      <w:r>
        <w:rPr>
          <w:rFonts w:ascii="Times New Roman" w:hAnsi="Times New Roman" w:eastAsia="Times New Roman" w:cs="Times New Roman"/>
          <w:b/>
          <w:sz w:val="24"/>
        </w:rPr>
        <w:t xml:space="preserve">Current Meeting Agenda </w:t>
      </w:r>
      <w:r>
        <w:rPr>
          <w:rFonts w:ascii="Times New Roman" w:hAnsi="Times New Roman" w:eastAsia="Times New Roman" w:cs="Times New Roman"/>
          <w:sz w:val="24"/>
        </w:rPr>
        <w:t>– Speaker Ruben Sorrentino – 7:10 pm</w:t>
      </w:r>
    </w:p>
    <w:p>
      <w:pPr>
        <w:spacing w:before="4" w:after="0"/>
      </w:pPr>
      <w:r>
        <w:rPr>
          <w:rFonts w:ascii="Times New Roman" w:hAnsi="Times New Roman" w:eastAsia="Times New Roman" w:cs="Times New Roman"/>
          <w:sz w:val="24"/>
        </w:rPr>
        <w:t>Madison distributed the current meeting agenda and Ruben led the attendees in a vote of approval. The attendees voted to unanimously approve the minutes.</w:t>
      </w:r>
    </w:p>
    <w:p>
      <w:pPr>
        <w:spacing w:before="2" w:after="0"/>
      </w:pPr>
    </w:p>
    <w:p>
      <w:pPr>
        <w:spacing w:before="1" w:after="0"/>
        <w:ind w:hanging="291"/>
      </w:pPr>
      <w:r>
        <w:rPr>
          <w:rFonts w:ascii="Times New Roman" w:hAnsi="Times New Roman" w:eastAsia="Times New Roman" w:cs="Times New Roman"/>
          <w:sz w:val="24"/>
        </w:rPr>
        <w:t>OLD</w:t>
      </w:r>
      <w:r>
        <w:rPr>
          <w:rFonts w:ascii="Times New Roman" w:hAnsi="Times New Roman" w:eastAsia="Times New Roman" w:cs="Times New Roman"/>
          <w:sz w:val="24"/>
        </w:rPr>
        <w:t xml:space="preserve"> </w:t>
      </w:r>
      <w:r>
        <w:rPr>
          <w:rFonts w:ascii="Times New Roman" w:hAnsi="Times New Roman" w:eastAsia="Times New Roman" w:cs="Times New Roman"/>
          <w:sz w:val="24"/>
        </w:rPr>
        <w:t>BUSINESS</w:t>
      </w:r>
      <w:r>
        <w:rPr>
          <w:rFonts w:ascii="Times New Roman" w:hAnsi="Times New Roman" w:eastAsia="Times New Roman" w:cs="Times New Roman"/>
          <w:b w:val="0"/>
          <w:sz w:val="24"/>
        </w:rPr>
        <w:t>.</w:t>
      </w:r>
    </w:p>
    <w:p>
      <w:pPr>
        <w:spacing w:before="9" w:after="0"/>
      </w:pPr>
    </w:p>
    <w:p>
      <w:pPr/>
      <w:r>
        <w:rPr>
          <w:rFonts w:ascii="Times New Roman" w:hAnsi="Times New Roman" w:eastAsia="Times New Roman" w:cs="Times New Roman"/>
          <w:b/>
          <w:sz w:val="24"/>
        </w:rPr>
        <w:t xml:space="preserve">Prom Committees </w:t>
      </w:r>
      <w:r>
        <w:rPr>
          <w:rFonts w:ascii="Times New Roman" w:hAnsi="Times New Roman" w:eastAsia="Times New Roman" w:cs="Times New Roman"/>
          <w:sz w:val="24"/>
        </w:rPr>
        <w:t>– Speaker Simone Escamilla – Time 7:15 pm</w:t>
      </w:r>
    </w:p>
    <w:p>
      <w:pPr/>
    </w:p>
    <w:p>
      <w:pPr>
        <w:spacing w:before="70" w:after="0"/>
      </w:pPr>
      <w:r>
        <w:rPr>
          <w:rFonts w:ascii="Times New Roman" w:hAnsi="Times New Roman" w:eastAsia="Times New Roman" w:cs="Times New Roman"/>
          <w:sz w:val="24"/>
        </w:rPr>
        <w:t>Simone discusses the structure of both high school prom committees and provides guidance for the committee planning processes.</w:t>
      </w:r>
    </w:p>
    <w:p>
      <w:pPr>
        <w:spacing w:before="9" w:after="0"/>
      </w:pPr>
    </w:p>
    <w:p>
      <w:pPr>
        <w:ind w:hanging="356"/>
      </w:pPr>
      <w:r>
        <w:rPr>
          <w:rFonts w:ascii="Times New Roman" w:hAnsi="Times New Roman" w:eastAsia="Times New Roman" w:cs="Times New Roman"/>
          <w:sz w:val="24"/>
        </w:rPr>
        <w:t>NEW</w:t>
      </w:r>
      <w:r>
        <w:rPr>
          <w:rFonts w:ascii="Times New Roman" w:hAnsi="Times New Roman" w:eastAsia="Times New Roman" w:cs="Times New Roman"/>
          <w:sz w:val="24"/>
        </w:rPr>
        <w:t xml:space="preserve"> </w:t>
      </w:r>
      <w:r>
        <w:rPr>
          <w:rFonts w:ascii="Times New Roman" w:hAnsi="Times New Roman" w:eastAsia="Times New Roman" w:cs="Times New Roman"/>
          <w:sz w:val="24"/>
        </w:rPr>
        <w:t>BUSINESS</w:t>
      </w:r>
      <w:r>
        <w:rPr>
          <w:rFonts w:ascii="Times New Roman" w:hAnsi="Times New Roman" w:eastAsia="Times New Roman" w:cs="Times New Roman"/>
          <w:b w:val="0"/>
          <w:sz w:val="24"/>
        </w:rPr>
        <w:t>.</w:t>
      </w:r>
    </w:p>
    <w:p>
      <w:pPr>
        <w:spacing w:before="3" w:after="0"/>
      </w:pPr>
    </w:p>
    <w:p>
      <w:pPr>
        <w:spacing w:line="276" w:lineRule="exact"/>
      </w:pPr>
      <w:r>
        <w:rPr>
          <w:rFonts w:ascii="Times New Roman" w:hAnsi="Times New Roman" w:eastAsia="Times New Roman" w:cs="Times New Roman"/>
          <w:b/>
          <w:sz w:val="24"/>
        </w:rPr>
        <w:t xml:space="preserve">Lacrosse </w:t>
      </w:r>
      <w:r>
        <w:rPr>
          <w:rFonts w:ascii="Times New Roman" w:hAnsi="Times New Roman" w:eastAsia="Times New Roman" w:cs="Times New Roman"/>
          <w:sz w:val="24"/>
        </w:rPr>
        <w:t>– Speaker Marcus Porter – 7:25 pm</w:t>
      </w:r>
    </w:p>
    <w:p>
      <w:pPr/>
      <w:r>
        <w:rPr>
          <w:rFonts w:ascii="Times New Roman" w:hAnsi="Times New Roman" w:eastAsia="Times New Roman" w:cs="Times New Roman"/>
          <w:sz w:val="24"/>
        </w:rPr>
        <w:t>Marcus presents a proposal about of adding lacrosse as a division 1 sport at Shady Oaks High and Windy Willows High for the 2021-22 school year.</w:t>
      </w:r>
    </w:p>
    <w:p>
      <w:pPr>
        <w:spacing w:before="8" w:after="0"/>
      </w:pPr>
    </w:p>
    <w:p>
      <w:pPr>
        <w:ind w:hanging="426"/>
      </w:pP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ITEMS</w:t>
      </w:r>
    </w:p>
    <w:p>
      <w:pPr>
        <w:spacing w:before="3" w:after="0"/>
      </w:pPr>
    </w:p>
    <w:p>
      <w:pPr/>
      <w:r>
        <w:rPr>
          <w:rFonts w:ascii="Times New Roman" w:hAnsi="Times New Roman" w:eastAsia="Times New Roman" w:cs="Times New Roman"/>
          <w:b/>
          <w:sz w:val="24"/>
        </w:rPr>
        <w:t xml:space="preserve">Other Items </w:t>
      </w:r>
      <w:r>
        <w:rPr>
          <w:rFonts w:ascii="Times New Roman" w:hAnsi="Times New Roman" w:eastAsia="Times New Roman" w:cs="Times New Roman"/>
          <w:sz w:val="24"/>
        </w:rPr>
        <w:t>– Speaker Ruben Sorrentino – 7:40 pm There were no other items of discussion for this meeting.</w:t>
      </w:r>
    </w:p>
    <w:p>
      <w:pPr>
        <w:spacing w:before="9" w:after="0"/>
      </w:pPr>
    </w:p>
    <w:p>
      <w:pPr>
        <w:ind w:hanging="491"/>
      </w:pPr>
      <w:r>
        <w:rPr>
          <w:rFonts w:ascii="Times New Roman" w:hAnsi="Times New Roman" w:eastAsia="Times New Roman" w:cs="Times New Roman"/>
          <w:sz w:val="24"/>
        </w:rPr>
        <w:t>PUBLIC</w:t>
      </w:r>
      <w:r>
        <w:rPr>
          <w:rFonts w:ascii="Times New Roman" w:hAnsi="Times New Roman" w:eastAsia="Times New Roman" w:cs="Times New Roman"/>
          <w:sz w:val="24"/>
        </w:rPr>
        <w:t xml:space="preserve"> </w:t>
      </w:r>
      <w:r>
        <w:rPr>
          <w:rFonts w:ascii="Times New Roman" w:hAnsi="Times New Roman" w:eastAsia="Times New Roman" w:cs="Times New Roman"/>
          <w:sz w:val="24"/>
        </w:rPr>
        <w:t>HEARING</w:t>
      </w:r>
    </w:p>
    <w:p>
      <w:pPr>
        <w:spacing w:before="3" w:after="0"/>
      </w:pPr>
    </w:p>
    <w:p>
      <w:pPr>
        <w:spacing w:line="275" w:lineRule="exact"/>
      </w:pPr>
      <w:r>
        <w:rPr>
          <w:rFonts w:ascii="Times New Roman" w:hAnsi="Times New Roman" w:eastAsia="Times New Roman" w:cs="Times New Roman"/>
          <w:b/>
          <w:sz w:val="24"/>
        </w:rPr>
        <w:t xml:space="preserve">Spring College Fair </w:t>
      </w:r>
      <w:r>
        <w:rPr>
          <w:rFonts w:ascii="Times New Roman" w:hAnsi="Times New Roman" w:eastAsia="Times New Roman" w:cs="Times New Roman"/>
          <w:sz w:val="24"/>
        </w:rPr>
        <w:t>– Speaker Daisy Shelbo (Parent) – 7:41 pm</w:t>
      </w:r>
    </w:p>
    <w:p>
      <w:pPr/>
      <w:r>
        <w:rPr>
          <w:rFonts w:ascii="Times New Roman" w:hAnsi="Times New Roman" w:eastAsia="Times New Roman" w:cs="Times New Roman"/>
          <w:sz w:val="24"/>
        </w:rPr>
        <w:t>Daisy, parent of John Shelbo, asked for an update about the spring college fair that normally takes place in the Shady Oaks High auditorium in April. Board member Marina Reed explained that the fair would likely be delayed until May and that the board would have more information at the April meeting.</w:t>
      </w:r>
    </w:p>
    <w:p>
      <w:pPr/>
    </w:p>
    <w:p>
      <w:pPr>
        <w:ind w:hanging="356"/>
      </w:pPr>
      <w:r>
        <w:rPr>
          <w:rFonts w:ascii="Times New Roman" w:hAnsi="Times New Roman" w:eastAsia="Times New Roman" w:cs="Times New Roman"/>
          <w:sz w:val="24"/>
        </w:rPr>
        <w:t>ADJOURNMENT</w:t>
      </w:r>
      <w:r>
        <w:rPr>
          <w:rFonts w:ascii="Times New Roman" w:hAnsi="Times New Roman" w:eastAsia="Times New Roman" w:cs="Times New Roman"/>
          <w:b w:val="0"/>
          <w:sz w:val="24"/>
        </w:rPr>
        <w:t>.</w:t>
      </w:r>
    </w:p>
    <w:p>
      <w:pPr>
        <w:spacing w:before="10" w:after="0"/>
      </w:pPr>
    </w:p>
    <w:p>
      <w:pPr>
        <w:spacing w:line="275" w:lineRule="exact"/>
      </w:pPr>
      <w:r>
        <w:rPr>
          <w:rFonts w:ascii="Times New Roman" w:hAnsi="Times New Roman" w:eastAsia="Times New Roman" w:cs="Times New Roman"/>
          <w:b/>
          <w:sz w:val="24"/>
        </w:rPr>
        <w:t xml:space="preserve">End of Meeting </w:t>
      </w:r>
      <w:r>
        <w:rPr>
          <w:rFonts w:ascii="Times New Roman" w:hAnsi="Times New Roman" w:eastAsia="Times New Roman" w:cs="Times New Roman"/>
          <w:sz w:val="24"/>
        </w:rPr>
        <w:t>– Speaker Ruben Sorrentino – 7:55 pm</w:t>
      </w:r>
    </w:p>
    <w:p>
      <w:pPr>
        <w:spacing w:line="275" w:lineRule="exact"/>
      </w:pPr>
      <w:r>
        <w:rPr>
          <w:rFonts w:ascii="Times New Roman" w:hAnsi="Times New Roman" w:eastAsia="Times New Roman" w:cs="Times New Roman"/>
          <w:sz w:val="24"/>
        </w:rPr>
        <w:t>Ruben called an end to the meeting. Madison recorded the time.</w:t>
      </w:r>
    </w:p>
    <w:p>
      <w:pPr>
        <w:spacing w:before="3" w:after="0"/>
      </w:pPr>
    </w:p>
    <w:p>
      <w:pPr>
        <w:spacing w:line="275" w:lineRule="exact"/>
      </w:pPr>
      <w:r>
        <w:rPr>
          <w:rFonts w:ascii="Times New Roman" w:hAnsi="Times New Roman" w:eastAsia="Times New Roman" w:cs="Times New Roman"/>
          <w:b/>
          <w:sz w:val="24"/>
        </w:rPr>
        <w:t xml:space="preserve">Meeting Minutes </w:t>
      </w:r>
      <w:r>
        <w:rPr>
          <w:rFonts w:ascii="Times New Roman" w:hAnsi="Times New Roman" w:eastAsia="Times New Roman" w:cs="Times New Roman"/>
          <w:sz w:val="24"/>
        </w:rPr>
        <w:t>– Madison Garcia – 7:55 pm</w:t>
      </w:r>
    </w:p>
    <w:p>
      <w:pPr>
        <w:spacing w:line="275" w:lineRule="exact"/>
      </w:pPr>
      <w:r>
        <w:rPr>
          <w:rFonts w:ascii="Times New Roman" w:hAnsi="Times New Roman" w:eastAsia="Times New Roman" w:cs="Times New Roman"/>
          <w:sz w:val="24"/>
        </w:rPr>
        <w:t>Madison completed the minutes and Ruben approved them.</w:t>
      </w:r>
    </w:p>
    <w:p>
      <w:pPr>
        <w:spacing w:before="6" w:after="0"/>
      </w:pPr>
    </w:p>
    <w:p>
      <w:pPr>
        <w:spacing w:before="1" w:after="0"/>
      </w:pPr>
      <w:r>
        <w:rPr>
          <w:rFonts w:ascii="Times New Roman" w:hAnsi="Times New Roman" w:eastAsia="Times New Roman" w:cs="Times New Roman"/>
          <w:sz w:val="24"/>
        </w:rPr>
        <w:t>Minutes</w:t>
      </w:r>
      <w:r>
        <w:rPr>
          <w:rFonts w:ascii="Times New Roman" w:hAnsi="Times New Roman" w:eastAsia="Times New Roman" w:cs="Times New Roman"/>
          <w:sz w:val="24"/>
        </w:rPr>
        <w:t xml:space="preserve"> </w:t>
      </w:r>
      <w:r>
        <w:rPr>
          <w:rFonts w:ascii="Times New Roman" w:hAnsi="Times New Roman" w:eastAsia="Times New Roman" w:cs="Times New Roman"/>
          <w:sz w:val="24"/>
        </w:rPr>
        <w:t>submitted</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tab/>
      </w: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w:t>
      </w:r>
      <w:r>
        <w:rPr>
          <w:rFonts w:ascii="Times New Roman" w:hAnsi="Times New Roman" w:eastAsia="Times New Roman" w:cs="Times New Roman"/>
          <w:sz w:val="24"/>
        </w:rPr>
        <w:t>Madison</w:t>
      </w:r>
      <w:r>
        <w:rPr>
          <w:rFonts w:ascii="Times New Roman" w:hAnsi="Times New Roman" w:eastAsia="Times New Roman" w:cs="Times New Roman"/>
          <w:sz w:val="24"/>
        </w:rPr>
        <w:t xml:space="preserve"> </w:t>
      </w:r>
      <w:r>
        <w:rPr>
          <w:rFonts w:ascii="Times New Roman" w:hAnsi="Times New Roman" w:eastAsia="Times New Roman" w:cs="Times New Roman"/>
          <w:sz w:val="24"/>
        </w:rPr>
        <w:t>Garcia</w:t>
      </w:r>
      <w:r>
        <w:rPr>
          <w:rFonts w:ascii="Times New Roman" w:hAnsi="Times New Roman" w:eastAsia="Times New Roman" w:cs="Times New Roman"/>
          <w:sz w:val="24"/>
        </w:rPr>
        <w:t>_</w:t>
      </w:r>
    </w:p>
    <w:p>
      <w:pPr>
        <w:spacing w:line="20" w:lineRule="exact"/>
      </w:pPr>
    </w:p>
    <w:p>
      <w:pPr>
        <w:spacing w:before="6" w:after="0"/>
      </w:pPr>
    </w:p>
    <w:p>
      <w:pPr/>
    </w:p>
    <w:p>
      <w:pPr>
        <w:spacing w:before="5" w:after="0"/>
      </w:pPr>
    </w:p>
    <w:p>
      <w:pPr/>
      <w:r>
        <w:rPr>
          <w:rFonts w:ascii="Times New Roman" w:hAnsi="Times New Roman" w:eastAsia="Times New Roman" w:cs="Times New Roman"/>
          <w:sz w:val="24"/>
        </w:rPr>
        <w:t>Approved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tab/>
      </w:r>
      <w:r>
        <w:rPr>
          <w:rFonts w:ascii="Times New Roman" w:hAnsi="Times New Roman" w:eastAsia="Times New Roman" w:cs="Times New Roman"/>
          <w:sz w:val="24"/>
        </w:rPr>
        <w:t>Print</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p>
    <w:p>
      <w:pPr>
        <w:spacing w:before="92" w:after="0"/>
      </w:pPr>
      <w:r>
        <w:rPr>
          <w:rFonts w:ascii="Times New Roman" w:hAnsi="Times New Roman" w:eastAsia="Times New Roman" w:cs="Times New Roman"/>
          <w:sz w:val="24"/>
        </w:rPr>
        <w:t>Ruben Sorrentino</w:t>
      </w:r>
    </w:p>
    <w:p>
      <w:pPr>
        <w:spacing w:before="11" w:after="0"/>
      </w:pPr>
    </w:p>
    <w:p>
      <w:pPr>
        <w:spacing w:line="20" w:lineRule="exact"/>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