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ab/>
      </w:r>
      <w:r>
        <w:rPr>
          <w:rFonts w:ascii="Times New Roman" w:hAnsi="Times New Roman" w:eastAsia="Times New Roman" w:cs="Times New Roman"/>
          <w:b/>
          <w:sz w:val="24"/>
        </w:rPr>
        <w:t xml:space="preserve">SAMPLE </w:t>
      </w:r>
      <w:r>
        <w:rPr>
          <w:rFonts w:ascii="Times New Roman" w:hAnsi="Times New Roman" w:eastAsia="Times New Roman" w:cs="Times New Roman"/>
          <w:b/>
          <w:sz w:val="24"/>
        </w:rPr>
        <w:t>FORMAL MEETING MINUTES FOR</w:t>
      </w:r>
    </w:p>
    <w:p>
      <w:pPr>
        <w:jc w:val="center"/>
      </w:pPr>
      <w:r>
        <w:rPr>
          <w:rFonts w:ascii="Times New Roman" w:hAnsi="Times New Roman" w:eastAsia="Times New Roman" w:cs="Times New Roman"/>
          <w:b/>
          <w:sz w:val="24"/>
        </w:rPr>
        <w:t>SMITH &amp; JOHNSON IMMIGRATION ATTORNEYS</w:t>
      </w:r>
    </w:p>
    <w:p>
      <w:pPr/>
    </w:p>
    <w:p>
      <w:pPr/>
      <w:r>
        <w:rPr>
          <w:rFonts w:ascii="Times New Roman" w:hAnsi="Times New Roman" w:eastAsia="Times New Roman" w:cs="Times New Roman"/>
          <w:b/>
          <w:sz w:val="24"/>
        </w:rPr>
        <w:t>I. MEETING DETAILS</w:t>
      </w:r>
    </w:p>
    <w:p>
      <w:pPr/>
    </w:p>
    <w:p>
      <w:pPr/>
      <w:r>
        <w:rPr>
          <w:rFonts w:ascii="Times New Roman" w:hAnsi="Times New Roman" w:eastAsia="Times New Roman" w:cs="Times New Roman"/>
          <w:sz w:val="24"/>
        </w:rPr>
        <w:t xml:space="preserve">Chairperson: </w:t>
      </w:r>
      <w:r>
        <w:rPr>
          <w:rFonts w:ascii="Times New Roman" w:hAnsi="Times New Roman" w:eastAsia="Times New Roman" w:cs="Times New Roman"/>
          <w:sz w:val="24"/>
        </w:rPr>
        <w:t>Walter Reed, CEO</w:t>
      </w:r>
    </w:p>
    <w:p>
      <w:pPr/>
      <w:r>
        <w:rPr>
          <w:rFonts w:ascii="Times New Roman" w:hAnsi="Times New Roman" w:eastAsia="Times New Roman" w:cs="Times New Roman"/>
          <w:sz w:val="24"/>
        </w:rPr>
        <w:t xml:space="preserve">Secretary: </w:t>
      </w:r>
      <w:r>
        <w:rPr>
          <w:rFonts w:ascii="Times New Roman" w:hAnsi="Times New Roman" w:eastAsia="Times New Roman" w:cs="Times New Roman"/>
          <w:sz w:val="24"/>
        </w:rPr>
        <w:t>Peggy Sue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January 6, 2020</w:t>
      </w:r>
    </w:p>
    <w:p>
      <w:pPr/>
      <w:r>
        <w:rPr>
          <w:rFonts w:ascii="Times New Roman" w:hAnsi="Times New Roman" w:eastAsia="Times New Roman" w:cs="Times New Roman"/>
          <w:sz w:val="24"/>
        </w:rPr>
        <w:t xml:space="preserve">Time: </w:t>
      </w:r>
      <w:r>
        <w:rPr>
          <w:rFonts w:ascii="Times New Roman" w:hAnsi="Times New Roman" w:eastAsia="Times New Roman" w:cs="Times New Roman"/>
          <w:sz w:val="24"/>
        </w:rPr>
        <w:t>9:00 AM EST</w:t>
      </w:r>
    </w:p>
    <w:p>
      <w:pPr/>
    </w:p>
    <w:p>
      <w:pPr/>
      <w:r>
        <w:rPr>
          <w:rFonts w:ascii="Times New Roman" w:hAnsi="Times New Roman" w:eastAsia="Times New Roman" w:cs="Times New Roman"/>
          <w:sz w:val="24"/>
        </w:rPr>
        <w:t xml:space="preserve">Location: </w:t>
      </w:r>
      <w:r>
        <w:rPr>
          <w:rFonts w:ascii="Times New Roman" w:hAnsi="Times New Roman" w:eastAsia="Times New Roman" w:cs="Times New Roman"/>
          <w:sz w:val="24"/>
        </w:rPr>
        <w:t>Center for Law, Conference Room A</w:t>
      </w:r>
    </w:p>
    <w:p>
      <w:pPr/>
      <w:r>
        <w:rPr>
          <w:rFonts w:ascii="Times New Roman" w:hAnsi="Times New Roman" w:eastAsia="Times New Roman" w:cs="Times New Roman"/>
          <w:sz w:val="24"/>
        </w:rPr>
        <w:t xml:space="preserve">Street Address: </w:t>
      </w:r>
      <w:r>
        <w:rPr>
          <w:rFonts w:ascii="Times New Roman" w:hAnsi="Times New Roman" w:eastAsia="Times New Roman" w:cs="Times New Roman"/>
          <w:sz w:val="24"/>
        </w:rPr>
        <w:t>9000 SE 8</w:t>
      </w:r>
      <w:r>
        <w:rPr>
          <w:rFonts w:ascii="Times New Roman" w:hAnsi="Times New Roman" w:eastAsia="Times New Roman" w:cs="Times New Roman"/>
          <w:sz w:val="24"/>
        </w:rPr>
        <w:t>TH</w:t>
      </w:r>
      <w:r>
        <w:rPr>
          <w:rFonts w:ascii="Times New Roman" w:hAnsi="Times New Roman" w:eastAsia="Times New Roman" w:cs="Times New Roman"/>
          <w:sz w:val="24"/>
        </w:rPr>
        <w:t xml:space="preserve"> CIR. </w:t>
      </w:r>
    </w:p>
    <w:p>
      <w:pPr/>
      <w:r>
        <w:rPr>
          <w:rFonts w:ascii="Times New Roman" w:hAnsi="Times New Roman" w:eastAsia="Times New Roman" w:cs="Times New Roman"/>
          <w:sz w:val="24"/>
        </w:rPr>
        <w:t xml:space="preserve">City: </w:t>
      </w:r>
      <w:r>
        <w:rPr>
          <w:rFonts w:ascii="Times New Roman" w:hAnsi="Times New Roman" w:eastAsia="Times New Roman" w:cs="Times New Roman"/>
          <w:sz w:val="24"/>
        </w:rPr>
        <w:t xml:space="preserve">Houston     </w:t>
      </w:r>
      <w:r>
        <w:rPr>
          <w:rFonts w:ascii="Times New Roman" w:hAnsi="Times New Roman" w:eastAsia="Times New Roman" w:cs="Times New Roman"/>
          <w:sz w:val="24"/>
        </w:rPr>
        <w:t xml:space="preserve">State: </w:t>
      </w:r>
      <w:r>
        <w:rPr>
          <w:rFonts w:ascii="Times New Roman" w:hAnsi="Times New Roman" w:eastAsia="Times New Roman" w:cs="Times New Roman"/>
          <w:sz w:val="24"/>
        </w:rPr>
        <w:t xml:space="preserve">Texas     </w:t>
      </w:r>
      <w:r>
        <w:rPr>
          <w:rFonts w:ascii="Times New Roman" w:hAnsi="Times New Roman" w:eastAsia="Times New Roman" w:cs="Times New Roman"/>
          <w:sz w:val="24"/>
        </w:rPr>
        <w:t xml:space="preserve">Zip: </w:t>
      </w:r>
      <w:r>
        <w:rPr>
          <w:rFonts w:ascii="Times New Roman" w:hAnsi="Times New Roman" w:eastAsia="Times New Roman" w:cs="Times New Roman"/>
          <w:sz w:val="24"/>
        </w:rPr>
        <w:t>00091</w:t>
      </w:r>
    </w:p>
    <w:p>
      <w:pPr/>
    </w:p>
    <w:p>
      <w:pPr/>
      <w:r>
        <w:rPr>
          <w:rFonts w:ascii="Times New Roman" w:hAnsi="Times New Roman" w:eastAsia="Times New Roman" w:cs="Times New Roman"/>
          <w:b/>
          <w:sz w:val="24"/>
        </w:rPr>
        <w:t>II. ATTENDEES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The following persons were </w:t>
      </w:r>
      <w:r>
        <w:rPr>
          <w:rFonts w:ascii="Times New Roman" w:hAnsi="Times New Roman" w:eastAsia="Times New Roman" w:cs="Times New Roman"/>
          <w:sz w:val="24"/>
        </w:rPr>
        <w:t>present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Walter Reed (CEO), Peggy Sue (Secretary), Frank Medina (Lead Counsel), Barbara Stein, Kamala Jones, Joseph Pepper, Jack Trade. </w:t>
      </w:r>
    </w:p>
    <w:p>
      <w:pPr/>
    </w:p>
    <w:p>
      <w:pPr/>
      <w:r>
        <w:rPr>
          <w:rFonts w:ascii="Times New Roman" w:hAnsi="Times New Roman" w:eastAsia="Times New Roman" w:cs="Times New Roman"/>
          <w:b/>
          <w:sz w:val="24"/>
        </w:rPr>
        <w:t>III. ABSENCES</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The following persons were </w:t>
      </w:r>
      <w:r>
        <w:rPr>
          <w:rFonts w:ascii="Times New Roman" w:hAnsi="Times New Roman" w:eastAsia="Times New Roman" w:cs="Times New Roman"/>
          <w:sz w:val="24"/>
        </w:rPr>
        <w:t>absent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Fredrick Chaney, Stephanie Rose. </w:t>
      </w:r>
    </w:p>
    <w:p>
      <w:pPr/>
    </w:p>
    <w:p>
      <w:pPr/>
      <w:r>
        <w:rPr>
          <w:rFonts w:ascii="Times New Roman" w:hAnsi="Times New Roman" w:eastAsia="Times New Roman" w:cs="Times New Roman"/>
          <w:b/>
          <w:sz w:val="24"/>
        </w:rPr>
        <w:t>IV. CALL TO ORDER</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 xml:space="preserve">Meeting called to order at 9:03 AM – Peggy Sue. </w:t>
      </w:r>
    </w:p>
    <w:p>
      <w:pPr/>
    </w:p>
    <w:p>
      <w:pPr/>
      <w:r>
        <w:rPr>
          <w:rFonts w:ascii="Times New Roman" w:hAnsi="Times New Roman" w:eastAsia="Times New Roman" w:cs="Times New Roman"/>
          <w:sz w:val="24"/>
        </w:rPr>
        <w:t>Distribution of Previous Meeting Minutes – Peggy Sue – 9:05 AM</w:t>
      </w:r>
    </w:p>
    <w:p>
      <w:pPr/>
    </w:p>
    <w:p>
      <w:pPr/>
      <w:r>
        <w:rPr>
          <w:rFonts w:ascii="Times New Roman" w:hAnsi="Times New Roman" w:eastAsia="Times New Roman" w:cs="Times New Roman"/>
          <w:sz w:val="24"/>
        </w:rPr>
        <w:t xml:space="preserve">Secretary Sue called the meeting to order after a three (3) minute grace period for arrivals. First order of business was approving last week’s meeting minutes. Attendees voted unanimously to approve the minutes. </w:t>
      </w:r>
    </w:p>
    <w:p>
      <w:pPr/>
    </w:p>
    <w:p>
      <w:pPr/>
      <w:r>
        <w:rPr>
          <w:rFonts w:ascii="Times New Roman" w:hAnsi="Times New Roman" w:eastAsia="Times New Roman" w:cs="Times New Roman"/>
          <w:sz w:val="24"/>
        </w:rPr>
        <w:t>Approval of Current Meeting Agenda – Walter Reed – 9:15 AM</w:t>
      </w:r>
    </w:p>
    <w:p>
      <w:pPr/>
    </w:p>
    <w:p>
      <w:pPr/>
      <w:r>
        <w:rPr>
          <w:rFonts w:ascii="Times New Roman" w:hAnsi="Times New Roman" w:eastAsia="Times New Roman" w:cs="Times New Roman"/>
          <w:sz w:val="24"/>
        </w:rPr>
        <w:t xml:space="preserve">All attendees were given an agenda prior to the meeting via email. No motions to add/omit any items of the agenda. The agenda was unanimously approved by all attendees at 9:20 AM. </w:t>
      </w:r>
    </w:p>
    <w:p>
      <w:pPr/>
    </w:p>
    <w:p>
      <w:pPr/>
      <w:r>
        <w:rPr>
          <w:rFonts w:ascii="Times New Roman" w:hAnsi="Times New Roman" w:eastAsia="Times New Roman" w:cs="Times New Roman"/>
          <w:b/>
          <w:sz w:val="24"/>
        </w:rPr>
        <w:t>V. OLD BUSINESS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Outstanding Cases from December 2019 – Walter Reed – 9:22 AM</w:t>
      </w:r>
    </w:p>
    <w:p>
      <w:pPr/>
    </w:p>
    <w:p>
      <w:pPr/>
      <w:r>
        <w:rPr>
          <w:rFonts w:ascii="Times New Roman" w:hAnsi="Times New Roman" w:eastAsia="Times New Roman" w:cs="Times New Roman"/>
          <w:sz w:val="24"/>
        </w:rPr>
        <w:t xml:space="preserve">Mr. Reed overviewed the cases taken on by the firm during last month. Outstanding issues were discussed, including but limited to: (1) Rodriguez Case’s defense; (2) Stanley Case’s impending court date; (3) Mismanagement of paperwork from Medina Case. </w:t>
      </w:r>
    </w:p>
    <w:p>
      <w:pPr/>
    </w:p>
    <w:p>
      <w:pPr/>
      <w:r>
        <w:rPr>
          <w:rFonts w:ascii="Times New Roman" w:hAnsi="Times New Roman" w:eastAsia="Times New Roman" w:cs="Times New Roman"/>
          <w:sz w:val="24"/>
        </w:rPr>
        <w:t>Employment Handbook Changes – Walter Reed – 9:45 AM</w:t>
      </w:r>
    </w:p>
    <w:p>
      <w:pPr/>
    </w:p>
    <w:p>
      <w:pPr/>
      <w:r>
        <w:rPr>
          <w:rFonts w:ascii="Times New Roman" w:hAnsi="Times New Roman" w:eastAsia="Times New Roman" w:cs="Times New Roman"/>
          <w:sz w:val="24"/>
        </w:rPr>
        <w:t xml:space="preserve">As mentioned in last month’s meeting, new ethical guidelines were added to the amended Employee Handbook. All employees must provide their digital signature through the employee software program. Three signatories are still missing. </w:t>
      </w:r>
    </w:p>
    <w:p>
      <w:pPr/>
    </w:p>
    <w:p>
      <w:pPr/>
      <w:r>
        <w:rPr>
          <w:rFonts w:ascii="Times New Roman" w:hAnsi="Times New Roman" w:eastAsia="Times New Roman" w:cs="Times New Roman"/>
          <w:b/>
          <w:sz w:val="24"/>
        </w:rPr>
        <w:t>VI. NEW BUSINESS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Upcoming Executive Orders – Walter Reed – 10:15 AM</w:t>
      </w:r>
    </w:p>
    <w:p>
      <w:pPr/>
    </w:p>
    <w:p>
      <w:pPr/>
      <w:r>
        <w:rPr>
          <w:rFonts w:ascii="Times New Roman" w:hAnsi="Times New Roman" w:eastAsia="Times New Roman" w:cs="Times New Roman"/>
          <w:sz w:val="24"/>
        </w:rPr>
        <w:t xml:space="preserve">The new administration’s federally mandated orders were reviewed. All changes to agencies’ operations were discussed via PowerPoint presentation. Additional documents were distributed for personal reference. </w:t>
      </w:r>
    </w:p>
    <w:p>
      <w:pPr/>
    </w:p>
    <w:p>
      <w:pPr/>
      <w:r>
        <w:rPr>
          <w:rFonts w:ascii="Times New Roman" w:hAnsi="Times New Roman" w:eastAsia="Times New Roman" w:cs="Times New Roman"/>
          <w:sz w:val="24"/>
        </w:rPr>
        <w:t>Changes to Legal Detainment – Frank Medina – 10:45 AM</w:t>
      </w:r>
    </w:p>
    <w:p>
      <w:pPr/>
    </w:p>
    <w:p>
      <w:pPr/>
      <w:r>
        <w:rPr>
          <w:rFonts w:ascii="Times New Roman" w:hAnsi="Times New Roman" w:eastAsia="Times New Roman" w:cs="Times New Roman"/>
          <w:sz w:val="24"/>
        </w:rPr>
        <w:t xml:space="preserve">Plans for detainment cases were explored. Since the new orders affect the legal detainment window, attendees provided input regarding how it would affect the firm and the cases it handles. </w:t>
      </w:r>
    </w:p>
    <w:p>
      <w:pPr/>
    </w:p>
    <w:p>
      <w:pPr/>
    </w:p>
    <w:p>
      <w:pPr/>
      <w:r>
        <w:rPr>
          <w:rFonts w:ascii="Times New Roman" w:hAnsi="Times New Roman" w:eastAsia="Times New Roman" w:cs="Times New Roman"/>
          <w:b/>
          <w:sz w:val="24"/>
        </w:rPr>
        <w:t>VII. OTHER ITEMS</w:t>
      </w:r>
      <w:r>
        <w:rPr>
          <w:rFonts w:ascii="Times New Roman" w:hAnsi="Times New Roman" w:eastAsia="Times New Roman" w:cs="Times New Roman"/>
          <w:sz w:val="24"/>
        </w:rPr>
        <w:t>.</w:t>
      </w:r>
    </w:p>
    <w:p>
      <w:pPr/>
    </w:p>
    <w:p>
      <w:pPr/>
      <w:r>
        <w:rPr>
          <w:rFonts w:ascii="Times New Roman" w:hAnsi="Times New Roman" w:eastAsia="Times New Roman" w:cs="Times New Roman"/>
          <w:sz w:val="24"/>
        </w:rPr>
        <w:t>Hiring of Interns – Walter Reed – 11:30 AM</w:t>
      </w:r>
    </w:p>
    <w:p>
      <w:pPr/>
    </w:p>
    <w:p>
      <w:pPr/>
      <w:r>
        <w:rPr>
          <w:rFonts w:ascii="Times New Roman" w:hAnsi="Times New Roman" w:eastAsia="Times New Roman" w:cs="Times New Roman"/>
          <w:sz w:val="24"/>
        </w:rPr>
        <w:t>Attendees reviewed applications of several law students who wish to intern over the summer at the firm. Ultimately, from a pool of 20 candidates, two were chosen:</w:t>
      </w:r>
    </w:p>
    <w:p>
      <w:pPr/>
    </w:p>
    <w:p>
      <w:pPr/>
      <w:r>
        <w:rPr>
          <w:rFonts w:ascii="Times New Roman" w:hAnsi="Times New Roman" w:eastAsia="Times New Roman" w:cs="Times New Roman"/>
          <w:sz w:val="24"/>
        </w:rPr>
        <w:t>Harold Mina and Lily Ming-Son.</w:t>
      </w:r>
    </w:p>
    <w:p>
      <w:pPr/>
    </w:p>
    <w:p>
      <w:pPr/>
      <w:r>
        <w:rPr>
          <w:rFonts w:ascii="Times New Roman" w:hAnsi="Times New Roman" w:eastAsia="Times New Roman" w:cs="Times New Roman"/>
          <w:b/>
          <w:sz w:val="24"/>
        </w:rPr>
        <w:t>VIII. ADJOURNMENT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Meeting minutes approved unanimously – Peggy Sue – 11:50 AM</w:t>
      </w:r>
    </w:p>
    <w:p>
      <w:pPr/>
    </w:p>
    <w:p>
      <w:pPr/>
      <w:r>
        <w:rPr>
          <w:rFonts w:ascii="Times New Roman" w:hAnsi="Times New Roman" w:eastAsia="Times New Roman" w:cs="Times New Roman"/>
          <w:sz w:val="24"/>
        </w:rPr>
        <w:t xml:space="preserve">Meeting </w:t>
      </w:r>
      <w:r>
        <w:rPr>
          <w:rFonts w:ascii="Times New Roman" w:hAnsi="Times New Roman" w:eastAsia="Times New Roman" w:cs="Times New Roman"/>
          <w:b/>
          <w:sz w:val="24"/>
        </w:rPr>
        <w:t>adjourned</w:t>
      </w:r>
      <w:r>
        <w:rPr>
          <w:rFonts w:ascii="Times New Roman" w:hAnsi="Times New Roman" w:eastAsia="Times New Roman" w:cs="Times New Roman"/>
          <w:sz w:val="24"/>
        </w:rPr>
        <w:t xml:space="preserve"> – Peggy Sue – 11:55 AM</w:t>
      </w:r>
    </w:p>
    <w:p>
      <w:pPr/>
    </w:p>
    <w:p>
      <w:pPr/>
    </w:p>
    <w:p>
      <w:pPr/>
    </w:p>
    <w:p>
      <w:pPr/>
    </w:p>
    <w:p>
      <w:pPr/>
      <w:r>
        <w:rPr>
          <w:rFonts w:ascii="Times New Roman" w:hAnsi="Times New Roman" w:eastAsia="Times New Roman" w:cs="Times New Roman"/>
          <w:sz w:val="24"/>
        </w:rPr>
        <w:t xml:space="preserve">Submitted by: __________________              Print Name: </w:t>
      </w:r>
      <w:r>
        <w:rPr>
          <w:rFonts w:ascii="Times New Roman" w:hAnsi="Times New Roman" w:eastAsia="Times New Roman" w:cs="Times New Roman"/>
          <w:sz w:val="24"/>
        </w:rPr>
        <w:t>Peggy Sue</w:t>
      </w:r>
    </w:p>
    <w:p>
      <w:pPr/>
    </w:p>
    <w:p>
      <w:pPr/>
    </w:p>
    <w:p>
      <w:pPr/>
    </w:p>
    <w:p>
      <w:pPr/>
    </w:p>
    <w:p>
      <w:pPr/>
    </w:p>
    <w:p>
      <w:pPr/>
      <w:r>
        <w:rPr>
          <w:rFonts w:ascii="Times New Roman" w:hAnsi="Times New Roman" w:eastAsia="Times New Roman" w:cs="Times New Roman"/>
          <w:sz w:val="24"/>
        </w:rPr>
        <w:t xml:space="preserve">Approved by: __________________               Print Name: </w:t>
      </w:r>
      <w:r>
        <w:rPr>
          <w:rFonts w:ascii="Times New Roman" w:hAnsi="Times New Roman" w:eastAsia="Times New Roman" w:cs="Times New Roman"/>
          <w:sz w:val="24"/>
        </w:rPr>
        <w:t>Walter Reed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